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9B0F1F" w14:textId="56C226D3" w:rsidR="00B63FB2" w:rsidRPr="001358A1" w:rsidRDefault="002714BD" w:rsidP="001358A1">
      <w:pPr>
        <w:pStyle w:val="Heading1"/>
      </w:pPr>
      <w:r>
        <w:t>11.1 | Create: With a Message Design Planning Aid</w:t>
      </w:r>
    </w:p>
    <w:p w14:paraId="29D0A6E2" w14:textId="0C2F0AC0" w:rsidR="00A07AF3" w:rsidRPr="00A07AF3" w:rsidRDefault="00A07AF3" w:rsidP="00A07AF3">
      <w:pPr>
        <w:rPr>
          <w:lang w:bidi="en-US"/>
        </w:rPr>
      </w:pPr>
      <w:r w:rsidRPr="00A07AF3">
        <w:rPr>
          <w:lang w:bidi="en-US"/>
        </w:rPr>
        <w:t>Use this message design planning aid in conjunction with Table</w:t>
      </w:r>
      <w:r>
        <w:rPr>
          <w:lang w:bidi="en-US"/>
        </w:rPr>
        <w:t>s</w:t>
      </w:r>
      <w:r w:rsidRPr="00A07AF3">
        <w:rPr>
          <w:lang w:bidi="en-US"/>
        </w:rPr>
        <w:t xml:space="preserve"> 11.</w:t>
      </w:r>
      <w:r>
        <w:rPr>
          <w:lang w:bidi="en-US"/>
        </w:rPr>
        <w:t>4 and 11.</w:t>
      </w:r>
      <w:r w:rsidRPr="00A07AF3">
        <w:rPr>
          <w:lang w:bidi="en-US"/>
        </w:rPr>
        <w:t xml:space="preserve">5 from </w:t>
      </w:r>
      <w:r w:rsidRPr="00A07AF3">
        <w:rPr>
          <w:i/>
          <w:lang w:bidi="en-US"/>
        </w:rPr>
        <w:t>Streamlined ID</w:t>
      </w:r>
      <w:r w:rsidRPr="00A07AF3">
        <w:rPr>
          <w:lang w:bidi="en-US"/>
        </w:rPr>
        <w:t xml:space="preserve"> (202</w:t>
      </w:r>
      <w:r>
        <w:rPr>
          <w:lang w:bidi="en-US"/>
        </w:rPr>
        <w:t>7</w:t>
      </w:r>
      <w:r w:rsidRPr="00A07AF3">
        <w:rPr>
          <w:lang w:bidi="en-US"/>
        </w:rPr>
        <w:t xml:space="preserve">) to plan the learning and design principles you will address in your instruction, the related form and flow factors you will manipulate to address those principles, and the media attributes you may be able to optimize to support your design. </w:t>
      </w:r>
    </w:p>
    <w:tbl>
      <w:tblPr>
        <w:tblStyle w:val="TableGrid1"/>
        <w:tblW w:w="0" w:type="auto"/>
        <w:tbl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insideH w:val="single" w:sz="12" w:space="0" w:color="215868" w:themeColor="accent5" w:themeShade="80"/>
          <w:insideV w:val="single" w:sz="12" w:space="0" w:color="215868" w:themeColor="accent5" w:themeShade="80"/>
        </w:tblBorders>
        <w:tblLook w:val="04A0" w:firstRow="1" w:lastRow="0" w:firstColumn="1" w:lastColumn="0" w:noHBand="0" w:noVBand="1"/>
      </w:tblPr>
      <w:tblGrid>
        <w:gridCol w:w="3116"/>
        <w:gridCol w:w="3117"/>
        <w:gridCol w:w="3117"/>
      </w:tblGrid>
      <w:tr w:rsidR="009811BD" w:rsidRPr="009811BD" w14:paraId="55F3A983" w14:textId="77777777" w:rsidTr="009811BD">
        <w:tc>
          <w:tcPr>
            <w:tcW w:w="3116" w:type="dxa"/>
            <w:shd w:val="clear" w:color="auto" w:fill="F2F2F2"/>
            <w:vAlign w:val="center"/>
          </w:tcPr>
          <w:p w14:paraId="269CD281" w14:textId="77777777" w:rsidR="009811BD" w:rsidRPr="009811BD" w:rsidRDefault="009811BD" w:rsidP="009811BD">
            <w:pPr>
              <w:widowControl w:val="0"/>
              <w:autoSpaceDE w:val="0"/>
              <w:autoSpaceDN w:val="0"/>
              <w:spacing w:after="0" w:line="259" w:lineRule="auto"/>
              <w:jc w:val="center"/>
              <w:rPr>
                <w:rFonts w:eastAsia="Times New Roman" w:cs="Arial"/>
                <w:b/>
                <w:szCs w:val="22"/>
                <w:lang w:bidi="en-US"/>
              </w:rPr>
            </w:pPr>
            <w:r w:rsidRPr="009811BD">
              <w:rPr>
                <w:rFonts w:eastAsia="Times New Roman" w:cs="Arial"/>
                <w:b/>
                <w:szCs w:val="22"/>
                <w:lang w:bidi="en-US"/>
              </w:rPr>
              <w:t>Learning &amp; Design Principles to Address</w:t>
            </w:r>
          </w:p>
        </w:tc>
        <w:tc>
          <w:tcPr>
            <w:tcW w:w="3117" w:type="dxa"/>
            <w:shd w:val="clear" w:color="auto" w:fill="F2F2F2"/>
            <w:vAlign w:val="center"/>
          </w:tcPr>
          <w:p w14:paraId="694456E8" w14:textId="77777777" w:rsidR="009811BD" w:rsidRPr="009811BD" w:rsidRDefault="009811BD" w:rsidP="009811BD">
            <w:pPr>
              <w:widowControl w:val="0"/>
              <w:autoSpaceDE w:val="0"/>
              <w:autoSpaceDN w:val="0"/>
              <w:spacing w:after="0" w:line="259" w:lineRule="auto"/>
              <w:jc w:val="center"/>
              <w:rPr>
                <w:rFonts w:eastAsia="Times New Roman" w:cs="Arial"/>
                <w:b/>
                <w:szCs w:val="22"/>
                <w:lang w:bidi="en-US"/>
              </w:rPr>
            </w:pPr>
            <w:r w:rsidRPr="009811BD">
              <w:rPr>
                <w:rFonts w:eastAsia="Times New Roman" w:cs="Arial"/>
                <w:b/>
                <w:szCs w:val="22"/>
                <w:lang w:bidi="en-US"/>
              </w:rPr>
              <w:t>Related Factors to Use (Form &amp; Flow Factors)</w:t>
            </w:r>
          </w:p>
        </w:tc>
        <w:tc>
          <w:tcPr>
            <w:tcW w:w="3117" w:type="dxa"/>
            <w:shd w:val="clear" w:color="auto" w:fill="F2F2F2"/>
            <w:vAlign w:val="center"/>
          </w:tcPr>
          <w:p w14:paraId="7DC6FD63" w14:textId="77777777" w:rsidR="009811BD" w:rsidRPr="009811BD" w:rsidRDefault="009811BD" w:rsidP="009811BD">
            <w:pPr>
              <w:widowControl w:val="0"/>
              <w:autoSpaceDE w:val="0"/>
              <w:autoSpaceDN w:val="0"/>
              <w:spacing w:after="0" w:line="259" w:lineRule="auto"/>
              <w:jc w:val="center"/>
              <w:rPr>
                <w:rFonts w:eastAsia="Times New Roman" w:cs="Arial"/>
                <w:b/>
                <w:szCs w:val="22"/>
                <w:lang w:bidi="en-US"/>
              </w:rPr>
            </w:pPr>
            <w:r w:rsidRPr="009811BD">
              <w:rPr>
                <w:rFonts w:eastAsia="Times New Roman" w:cs="Arial"/>
                <w:b/>
                <w:szCs w:val="22"/>
                <w:lang w:bidi="en-US"/>
              </w:rPr>
              <w:t>Possible Media Attributes to Optimize</w:t>
            </w:r>
          </w:p>
        </w:tc>
      </w:tr>
      <w:tr w:rsidR="009811BD" w:rsidRPr="009811BD" w14:paraId="6C28EC4F" w14:textId="77777777" w:rsidTr="009811BD">
        <w:trPr>
          <w:trHeight w:val="864"/>
        </w:trPr>
        <w:tc>
          <w:tcPr>
            <w:tcW w:w="3116" w:type="dxa"/>
            <w:vAlign w:val="center"/>
          </w:tcPr>
          <w:p w14:paraId="7FBAEBD0" w14:textId="77777777" w:rsidR="009811BD" w:rsidRPr="009811BD" w:rsidRDefault="009811BD" w:rsidP="009811BD">
            <w:pPr>
              <w:widowControl w:val="0"/>
              <w:autoSpaceDE w:val="0"/>
              <w:autoSpaceDN w:val="0"/>
              <w:spacing w:after="0" w:line="259" w:lineRule="auto"/>
              <w:rPr>
                <w:rFonts w:eastAsia="Times New Roman" w:cs="Arial"/>
                <w:szCs w:val="22"/>
                <w:lang w:bidi="en-US"/>
              </w:rPr>
            </w:pPr>
          </w:p>
        </w:tc>
        <w:tc>
          <w:tcPr>
            <w:tcW w:w="3117" w:type="dxa"/>
            <w:vAlign w:val="center"/>
          </w:tcPr>
          <w:p w14:paraId="40F599FA" w14:textId="77777777" w:rsidR="009811BD" w:rsidRPr="009811BD" w:rsidRDefault="009811BD" w:rsidP="009811BD">
            <w:pPr>
              <w:widowControl w:val="0"/>
              <w:autoSpaceDE w:val="0"/>
              <w:autoSpaceDN w:val="0"/>
              <w:spacing w:after="0" w:line="259" w:lineRule="auto"/>
              <w:rPr>
                <w:rFonts w:eastAsia="Times New Roman" w:cs="Arial"/>
                <w:szCs w:val="22"/>
                <w:lang w:bidi="en-US"/>
              </w:rPr>
            </w:pPr>
          </w:p>
        </w:tc>
        <w:tc>
          <w:tcPr>
            <w:tcW w:w="3117" w:type="dxa"/>
            <w:vAlign w:val="center"/>
          </w:tcPr>
          <w:p w14:paraId="2920D8C6" w14:textId="77777777" w:rsidR="009811BD" w:rsidRPr="009811BD" w:rsidRDefault="009811BD" w:rsidP="009811BD">
            <w:pPr>
              <w:widowControl w:val="0"/>
              <w:autoSpaceDE w:val="0"/>
              <w:autoSpaceDN w:val="0"/>
              <w:spacing w:after="0" w:line="259" w:lineRule="auto"/>
              <w:rPr>
                <w:rFonts w:eastAsia="Times New Roman" w:cs="Arial"/>
                <w:szCs w:val="22"/>
                <w:lang w:bidi="en-US"/>
              </w:rPr>
            </w:pPr>
          </w:p>
        </w:tc>
      </w:tr>
      <w:tr w:rsidR="009811BD" w:rsidRPr="009811BD" w14:paraId="64EB0450" w14:textId="77777777" w:rsidTr="009811BD">
        <w:trPr>
          <w:trHeight w:val="864"/>
        </w:trPr>
        <w:tc>
          <w:tcPr>
            <w:tcW w:w="3116" w:type="dxa"/>
            <w:vAlign w:val="center"/>
          </w:tcPr>
          <w:p w14:paraId="78FE7E5E" w14:textId="77777777" w:rsidR="009811BD" w:rsidRPr="009811BD" w:rsidRDefault="009811BD" w:rsidP="009811BD">
            <w:pPr>
              <w:widowControl w:val="0"/>
              <w:autoSpaceDE w:val="0"/>
              <w:autoSpaceDN w:val="0"/>
              <w:spacing w:after="0" w:line="259" w:lineRule="auto"/>
              <w:rPr>
                <w:rFonts w:eastAsia="Times New Roman" w:cs="Arial"/>
                <w:szCs w:val="22"/>
                <w:lang w:bidi="en-US"/>
              </w:rPr>
            </w:pPr>
          </w:p>
        </w:tc>
        <w:tc>
          <w:tcPr>
            <w:tcW w:w="3117" w:type="dxa"/>
            <w:vAlign w:val="center"/>
          </w:tcPr>
          <w:p w14:paraId="5642DD19" w14:textId="77777777" w:rsidR="009811BD" w:rsidRPr="009811BD" w:rsidRDefault="009811BD" w:rsidP="009811BD">
            <w:pPr>
              <w:widowControl w:val="0"/>
              <w:autoSpaceDE w:val="0"/>
              <w:autoSpaceDN w:val="0"/>
              <w:spacing w:after="0" w:line="259" w:lineRule="auto"/>
              <w:rPr>
                <w:rFonts w:eastAsia="Times New Roman" w:cs="Arial"/>
                <w:szCs w:val="22"/>
                <w:lang w:bidi="en-US"/>
              </w:rPr>
            </w:pPr>
          </w:p>
        </w:tc>
        <w:tc>
          <w:tcPr>
            <w:tcW w:w="3117" w:type="dxa"/>
            <w:vAlign w:val="center"/>
          </w:tcPr>
          <w:p w14:paraId="5E28F926" w14:textId="77777777" w:rsidR="009811BD" w:rsidRPr="009811BD" w:rsidRDefault="009811BD" w:rsidP="009811BD">
            <w:pPr>
              <w:widowControl w:val="0"/>
              <w:autoSpaceDE w:val="0"/>
              <w:autoSpaceDN w:val="0"/>
              <w:spacing w:after="0" w:line="259" w:lineRule="auto"/>
              <w:rPr>
                <w:rFonts w:eastAsia="Times New Roman" w:cs="Arial"/>
                <w:szCs w:val="22"/>
                <w:lang w:bidi="en-US"/>
              </w:rPr>
            </w:pPr>
          </w:p>
        </w:tc>
      </w:tr>
      <w:tr w:rsidR="009811BD" w:rsidRPr="009811BD" w14:paraId="355B717D" w14:textId="77777777" w:rsidTr="009811BD">
        <w:trPr>
          <w:trHeight w:val="864"/>
        </w:trPr>
        <w:tc>
          <w:tcPr>
            <w:tcW w:w="3116" w:type="dxa"/>
            <w:vAlign w:val="center"/>
          </w:tcPr>
          <w:p w14:paraId="27116547" w14:textId="77777777" w:rsidR="009811BD" w:rsidRPr="009811BD" w:rsidRDefault="009811BD" w:rsidP="009811BD">
            <w:pPr>
              <w:widowControl w:val="0"/>
              <w:autoSpaceDE w:val="0"/>
              <w:autoSpaceDN w:val="0"/>
              <w:spacing w:after="0" w:line="259" w:lineRule="auto"/>
              <w:rPr>
                <w:rFonts w:eastAsia="Times New Roman" w:cs="Arial"/>
                <w:szCs w:val="22"/>
                <w:lang w:bidi="en-US"/>
              </w:rPr>
            </w:pPr>
          </w:p>
        </w:tc>
        <w:tc>
          <w:tcPr>
            <w:tcW w:w="3117" w:type="dxa"/>
            <w:vAlign w:val="center"/>
          </w:tcPr>
          <w:p w14:paraId="61672411" w14:textId="77777777" w:rsidR="009811BD" w:rsidRPr="009811BD" w:rsidRDefault="009811BD" w:rsidP="009811BD">
            <w:pPr>
              <w:widowControl w:val="0"/>
              <w:autoSpaceDE w:val="0"/>
              <w:autoSpaceDN w:val="0"/>
              <w:spacing w:after="0" w:line="259" w:lineRule="auto"/>
              <w:rPr>
                <w:rFonts w:eastAsia="Times New Roman" w:cs="Arial"/>
                <w:szCs w:val="22"/>
                <w:lang w:bidi="en-US"/>
              </w:rPr>
            </w:pPr>
          </w:p>
        </w:tc>
        <w:tc>
          <w:tcPr>
            <w:tcW w:w="3117" w:type="dxa"/>
            <w:vAlign w:val="center"/>
          </w:tcPr>
          <w:p w14:paraId="4CDF80C2" w14:textId="77777777" w:rsidR="009811BD" w:rsidRPr="009811BD" w:rsidRDefault="009811BD" w:rsidP="009811BD">
            <w:pPr>
              <w:widowControl w:val="0"/>
              <w:autoSpaceDE w:val="0"/>
              <w:autoSpaceDN w:val="0"/>
              <w:spacing w:after="0" w:line="259" w:lineRule="auto"/>
              <w:rPr>
                <w:rFonts w:eastAsia="Times New Roman" w:cs="Arial"/>
                <w:szCs w:val="22"/>
                <w:lang w:bidi="en-US"/>
              </w:rPr>
            </w:pPr>
          </w:p>
        </w:tc>
      </w:tr>
      <w:tr w:rsidR="009811BD" w:rsidRPr="009811BD" w14:paraId="0C86604A" w14:textId="77777777" w:rsidTr="009811BD">
        <w:trPr>
          <w:trHeight w:val="864"/>
        </w:trPr>
        <w:tc>
          <w:tcPr>
            <w:tcW w:w="3116" w:type="dxa"/>
            <w:vAlign w:val="center"/>
          </w:tcPr>
          <w:p w14:paraId="101D882D" w14:textId="77777777" w:rsidR="009811BD" w:rsidRPr="009811BD" w:rsidRDefault="009811BD" w:rsidP="009811BD">
            <w:pPr>
              <w:widowControl w:val="0"/>
              <w:autoSpaceDE w:val="0"/>
              <w:autoSpaceDN w:val="0"/>
              <w:spacing w:after="0" w:line="259" w:lineRule="auto"/>
              <w:rPr>
                <w:rFonts w:eastAsia="Times New Roman" w:cs="Arial"/>
                <w:szCs w:val="22"/>
                <w:lang w:bidi="en-US"/>
              </w:rPr>
            </w:pPr>
          </w:p>
        </w:tc>
        <w:tc>
          <w:tcPr>
            <w:tcW w:w="3117" w:type="dxa"/>
            <w:vAlign w:val="center"/>
          </w:tcPr>
          <w:p w14:paraId="57FDEFED" w14:textId="77777777" w:rsidR="009811BD" w:rsidRPr="009811BD" w:rsidRDefault="009811BD" w:rsidP="009811BD">
            <w:pPr>
              <w:widowControl w:val="0"/>
              <w:autoSpaceDE w:val="0"/>
              <w:autoSpaceDN w:val="0"/>
              <w:spacing w:after="0" w:line="259" w:lineRule="auto"/>
              <w:rPr>
                <w:rFonts w:eastAsia="Times New Roman" w:cs="Arial"/>
                <w:szCs w:val="22"/>
                <w:lang w:bidi="en-US"/>
              </w:rPr>
            </w:pPr>
          </w:p>
        </w:tc>
        <w:tc>
          <w:tcPr>
            <w:tcW w:w="3117" w:type="dxa"/>
            <w:vAlign w:val="center"/>
          </w:tcPr>
          <w:p w14:paraId="43EA3F2C" w14:textId="77777777" w:rsidR="009811BD" w:rsidRPr="009811BD" w:rsidRDefault="009811BD" w:rsidP="009811BD">
            <w:pPr>
              <w:widowControl w:val="0"/>
              <w:autoSpaceDE w:val="0"/>
              <w:autoSpaceDN w:val="0"/>
              <w:spacing w:after="0" w:line="259" w:lineRule="auto"/>
              <w:rPr>
                <w:rFonts w:eastAsia="Times New Roman" w:cs="Arial"/>
                <w:szCs w:val="22"/>
                <w:lang w:bidi="en-US"/>
              </w:rPr>
            </w:pPr>
          </w:p>
        </w:tc>
      </w:tr>
      <w:tr w:rsidR="009811BD" w:rsidRPr="009811BD" w14:paraId="28212B6B" w14:textId="77777777" w:rsidTr="009811BD">
        <w:trPr>
          <w:trHeight w:val="864"/>
        </w:trPr>
        <w:tc>
          <w:tcPr>
            <w:tcW w:w="3116" w:type="dxa"/>
            <w:vAlign w:val="center"/>
          </w:tcPr>
          <w:p w14:paraId="1A28C08A" w14:textId="77777777" w:rsidR="009811BD" w:rsidRPr="009811BD" w:rsidRDefault="009811BD" w:rsidP="009811BD">
            <w:pPr>
              <w:widowControl w:val="0"/>
              <w:autoSpaceDE w:val="0"/>
              <w:autoSpaceDN w:val="0"/>
              <w:spacing w:after="0" w:line="259" w:lineRule="auto"/>
              <w:rPr>
                <w:rFonts w:eastAsia="Times New Roman" w:cs="Arial"/>
                <w:szCs w:val="22"/>
                <w:lang w:bidi="en-US"/>
              </w:rPr>
            </w:pPr>
          </w:p>
        </w:tc>
        <w:tc>
          <w:tcPr>
            <w:tcW w:w="3117" w:type="dxa"/>
            <w:vAlign w:val="center"/>
          </w:tcPr>
          <w:p w14:paraId="286F36D1" w14:textId="77777777" w:rsidR="009811BD" w:rsidRPr="009811BD" w:rsidRDefault="009811BD" w:rsidP="009811BD">
            <w:pPr>
              <w:widowControl w:val="0"/>
              <w:autoSpaceDE w:val="0"/>
              <w:autoSpaceDN w:val="0"/>
              <w:spacing w:after="0" w:line="259" w:lineRule="auto"/>
              <w:rPr>
                <w:rFonts w:eastAsia="Times New Roman" w:cs="Arial"/>
                <w:szCs w:val="22"/>
                <w:lang w:bidi="en-US"/>
              </w:rPr>
            </w:pPr>
          </w:p>
        </w:tc>
        <w:tc>
          <w:tcPr>
            <w:tcW w:w="3117" w:type="dxa"/>
            <w:vAlign w:val="center"/>
          </w:tcPr>
          <w:p w14:paraId="4D96AABE" w14:textId="77777777" w:rsidR="009811BD" w:rsidRPr="009811BD" w:rsidRDefault="009811BD" w:rsidP="009811BD">
            <w:pPr>
              <w:widowControl w:val="0"/>
              <w:autoSpaceDE w:val="0"/>
              <w:autoSpaceDN w:val="0"/>
              <w:spacing w:after="0" w:line="259" w:lineRule="auto"/>
              <w:rPr>
                <w:rFonts w:eastAsia="Times New Roman" w:cs="Arial"/>
                <w:szCs w:val="22"/>
                <w:lang w:bidi="en-US"/>
              </w:rPr>
            </w:pPr>
          </w:p>
        </w:tc>
      </w:tr>
      <w:tr w:rsidR="009811BD" w:rsidRPr="009811BD" w14:paraId="3FF87C31" w14:textId="77777777" w:rsidTr="009811BD">
        <w:trPr>
          <w:trHeight w:val="864"/>
        </w:trPr>
        <w:tc>
          <w:tcPr>
            <w:tcW w:w="3116" w:type="dxa"/>
            <w:vAlign w:val="center"/>
          </w:tcPr>
          <w:p w14:paraId="1B8B6D08" w14:textId="77777777" w:rsidR="009811BD" w:rsidRPr="009811BD" w:rsidRDefault="009811BD" w:rsidP="009811BD">
            <w:pPr>
              <w:widowControl w:val="0"/>
              <w:autoSpaceDE w:val="0"/>
              <w:autoSpaceDN w:val="0"/>
              <w:spacing w:after="0" w:line="259" w:lineRule="auto"/>
              <w:rPr>
                <w:rFonts w:eastAsia="Times New Roman" w:cs="Arial"/>
                <w:szCs w:val="22"/>
                <w:lang w:bidi="en-US"/>
              </w:rPr>
            </w:pPr>
          </w:p>
        </w:tc>
        <w:tc>
          <w:tcPr>
            <w:tcW w:w="3117" w:type="dxa"/>
            <w:vAlign w:val="center"/>
          </w:tcPr>
          <w:p w14:paraId="4EE2987B" w14:textId="77777777" w:rsidR="009811BD" w:rsidRPr="009811BD" w:rsidRDefault="009811BD" w:rsidP="009811BD">
            <w:pPr>
              <w:widowControl w:val="0"/>
              <w:autoSpaceDE w:val="0"/>
              <w:autoSpaceDN w:val="0"/>
              <w:spacing w:after="0" w:line="259" w:lineRule="auto"/>
              <w:rPr>
                <w:rFonts w:eastAsia="Times New Roman" w:cs="Arial"/>
                <w:szCs w:val="22"/>
                <w:lang w:bidi="en-US"/>
              </w:rPr>
            </w:pPr>
          </w:p>
        </w:tc>
        <w:tc>
          <w:tcPr>
            <w:tcW w:w="3117" w:type="dxa"/>
            <w:vAlign w:val="center"/>
          </w:tcPr>
          <w:p w14:paraId="660098F2" w14:textId="77777777" w:rsidR="009811BD" w:rsidRPr="009811BD" w:rsidRDefault="009811BD" w:rsidP="009811BD">
            <w:pPr>
              <w:widowControl w:val="0"/>
              <w:autoSpaceDE w:val="0"/>
              <w:autoSpaceDN w:val="0"/>
              <w:spacing w:after="0" w:line="259" w:lineRule="auto"/>
              <w:rPr>
                <w:rFonts w:eastAsia="Times New Roman" w:cs="Arial"/>
                <w:szCs w:val="22"/>
                <w:lang w:bidi="en-US"/>
              </w:rPr>
            </w:pPr>
          </w:p>
        </w:tc>
      </w:tr>
    </w:tbl>
    <w:p w14:paraId="49ADAB67" w14:textId="77777777" w:rsidR="001358A1" w:rsidRPr="0041598B" w:rsidRDefault="001358A1">
      <w:pPr>
        <w:pStyle w:val="BrandedBody"/>
        <w:rPr>
          <w:rFonts w:ascii="Aptos" w:hAnsi="Aptos"/>
        </w:rPr>
      </w:pPr>
    </w:p>
    <w:sectPr w:rsidR="001358A1" w:rsidRPr="0041598B" w:rsidSect="00937BB6">
      <w:headerReference w:type="default" r:id="rId8"/>
      <w:footerReference w:type="default" r:id="rId9"/>
      <w:pgSz w:w="12240" w:h="15840"/>
      <w:pgMar w:top="1152" w:right="1152" w:bottom="1152" w:left="1152" w:header="288"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5E63D5" w14:textId="77777777" w:rsidR="00B0773D" w:rsidRDefault="00B0773D" w:rsidP="00E25787">
      <w:r>
        <w:separator/>
      </w:r>
    </w:p>
  </w:endnote>
  <w:endnote w:type="continuationSeparator" w:id="0">
    <w:p w14:paraId="2441E591" w14:textId="77777777" w:rsidR="00B0773D" w:rsidRDefault="00B0773D" w:rsidP="00E257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A11C0" w14:textId="52A35CEB" w:rsidR="003A27C2" w:rsidRDefault="00B0773D" w:rsidP="00E25787">
    <w:pPr>
      <w:pStyle w:val="Footer"/>
    </w:pPr>
    <w:r>
      <w:pict w14:anchorId="1DFC6CFD">
        <v:rect id="_x0000_i1025" style="width:496.8pt;height:1.5pt;mso-position-horizontal:absolute;mso-position-horizontal-relative:text;mso-position-vertical:absolute;mso-position-vertical-relative:text" o:hralign="center" o:hrstd="t" o:hrnoshade="t" o:hr="t" fillcolor="#18636a" stroked="f"/>
      </w:pict>
    </w:r>
  </w:p>
  <w:sdt>
    <w:sdtPr>
      <w:id w:val="-1055931327"/>
      <w:docPartObj>
        <w:docPartGallery w:val="Page Numbers (Bottom of Page)"/>
        <w:docPartUnique/>
      </w:docPartObj>
    </w:sdtPr>
    <w:sdtEndPr/>
    <w:sdtContent>
      <w:sdt>
        <w:sdtPr>
          <w:id w:val="1431234670"/>
          <w:docPartObj>
            <w:docPartGallery w:val="Page Numbers (Top of Page)"/>
            <w:docPartUnique/>
          </w:docPartObj>
        </w:sdtPr>
        <w:sdtEndPr/>
        <w:sdtContent>
          <w:p w14:paraId="4762E3E2" w14:textId="66EEB075" w:rsidR="003A27C2" w:rsidRPr="003A27C2" w:rsidRDefault="005C2532" w:rsidP="00E25787">
            <w:pPr>
              <w:pStyle w:val="Footer"/>
            </w:pPr>
            <w:r>
              <w:t xml:space="preserve">© </w:t>
            </w:r>
            <w:r w:rsidR="00163349">
              <w:t>202</w:t>
            </w:r>
            <w:r w:rsidR="002D334F">
              <w:t>7</w:t>
            </w:r>
            <w:r w:rsidR="00163349">
              <w:t xml:space="preserve"> Larson &amp; Lockee, Streamlined ID </w:t>
            </w:r>
            <w:r w:rsidR="00DD222C">
              <w:t xml:space="preserve"> </w:t>
            </w:r>
            <w:r w:rsidR="00DD222C">
              <w:tab/>
            </w:r>
            <w:r w:rsidR="00DD222C">
              <w:tab/>
            </w:r>
            <w:r w:rsidR="003A27C2" w:rsidRPr="003A27C2">
              <w:t xml:space="preserve">Page </w:t>
            </w:r>
            <w:r w:rsidR="003A27C2" w:rsidRPr="003A27C2">
              <w:rPr>
                <w:b/>
                <w:bCs/>
              </w:rPr>
              <w:fldChar w:fldCharType="begin"/>
            </w:r>
            <w:r w:rsidR="003A27C2" w:rsidRPr="003A27C2">
              <w:rPr>
                <w:b/>
                <w:bCs/>
              </w:rPr>
              <w:instrText xml:space="preserve"> PAGE </w:instrText>
            </w:r>
            <w:r w:rsidR="003A27C2" w:rsidRPr="003A27C2">
              <w:rPr>
                <w:b/>
                <w:bCs/>
              </w:rPr>
              <w:fldChar w:fldCharType="separate"/>
            </w:r>
            <w:r w:rsidR="003A27C2">
              <w:rPr>
                <w:b/>
                <w:bCs/>
              </w:rPr>
              <w:t>1</w:t>
            </w:r>
            <w:r w:rsidR="003A27C2" w:rsidRPr="003A27C2">
              <w:rPr>
                <w:b/>
                <w:bCs/>
              </w:rPr>
              <w:fldChar w:fldCharType="end"/>
            </w:r>
            <w:r w:rsidR="003A27C2" w:rsidRPr="003A27C2">
              <w:t xml:space="preserve"> of </w:t>
            </w:r>
            <w:r w:rsidR="003A27C2" w:rsidRPr="003A27C2">
              <w:rPr>
                <w:b/>
                <w:bCs/>
              </w:rPr>
              <w:fldChar w:fldCharType="begin"/>
            </w:r>
            <w:r w:rsidR="003A27C2" w:rsidRPr="003A27C2">
              <w:rPr>
                <w:b/>
                <w:bCs/>
              </w:rPr>
              <w:instrText xml:space="preserve"> NUMPAGES  </w:instrText>
            </w:r>
            <w:r w:rsidR="003A27C2" w:rsidRPr="003A27C2">
              <w:rPr>
                <w:b/>
                <w:bCs/>
              </w:rPr>
              <w:fldChar w:fldCharType="separate"/>
            </w:r>
            <w:r w:rsidR="003A27C2">
              <w:rPr>
                <w:b/>
                <w:bCs/>
              </w:rPr>
              <w:t>1</w:t>
            </w:r>
            <w:r w:rsidR="003A27C2" w:rsidRPr="003A27C2">
              <w:rPr>
                <w:b/>
                <w:bCs/>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50ED3C" w14:textId="77777777" w:rsidR="00B0773D" w:rsidRDefault="00B0773D" w:rsidP="00E25787">
      <w:r>
        <w:separator/>
      </w:r>
    </w:p>
  </w:footnote>
  <w:footnote w:type="continuationSeparator" w:id="0">
    <w:p w14:paraId="1B06AE00" w14:textId="77777777" w:rsidR="00B0773D" w:rsidRDefault="00B0773D" w:rsidP="00E257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808" w:type="dxa"/>
      <w:tblInd w:w="-11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2223"/>
    </w:tblGrid>
    <w:tr w:rsidR="0084008E" w:rsidRPr="009D5B79" w14:paraId="40875567" w14:textId="77777777" w:rsidTr="00EB2D13">
      <w:trPr>
        <w:trHeight w:val="1152"/>
      </w:trPr>
      <w:tc>
        <w:tcPr>
          <w:tcW w:w="11583" w:type="dxa"/>
        </w:tcPr>
        <w:p w14:paraId="27B40743" w14:textId="65942C66" w:rsidR="00195024" w:rsidRPr="009D5B79" w:rsidRDefault="008A5D40" w:rsidP="00937BB6">
          <w:pPr>
            <w:pStyle w:val="Header"/>
            <w:ind w:left="432"/>
            <w:jc w:val="right"/>
          </w:pPr>
          <w:r w:rsidRPr="009D5B79">
            <w:rPr>
              <w:noProof/>
            </w:rPr>
            <w:drawing>
              <wp:inline distT="0" distB="0" distL="0" distR="0" wp14:anchorId="0078341A" wp14:editId="19E48771">
                <wp:extent cx="7486496" cy="804971"/>
                <wp:effectExtent l="0" t="0" r="635" b="0"/>
                <wp:docPr id="21313294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229186" name="Picture 1237229186"/>
                        <pic:cNvPicPr/>
                      </pic:nvPicPr>
                      <pic:blipFill>
                        <a:blip r:embed="rId1"/>
                        <a:stretch>
                          <a:fillRect/>
                        </a:stretch>
                      </pic:blipFill>
                      <pic:spPr>
                        <a:xfrm>
                          <a:off x="0" y="0"/>
                          <a:ext cx="7723659" cy="830471"/>
                        </a:xfrm>
                        <a:prstGeom prst="rect">
                          <a:avLst/>
                        </a:prstGeom>
                      </pic:spPr>
                    </pic:pic>
                  </a:graphicData>
                </a:graphic>
              </wp:inline>
            </w:drawing>
          </w:r>
        </w:p>
      </w:tc>
    </w:tr>
  </w:tbl>
  <w:p w14:paraId="68F409B8" w14:textId="3E646523" w:rsidR="00B63FB2" w:rsidRPr="0038409A" w:rsidRDefault="00B63FB2" w:rsidP="00E257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87846088">
    <w:abstractNumId w:val="8"/>
  </w:num>
  <w:num w:numId="2" w16cid:durableId="1115978778">
    <w:abstractNumId w:val="6"/>
  </w:num>
  <w:num w:numId="3" w16cid:durableId="1670477582">
    <w:abstractNumId w:val="5"/>
  </w:num>
  <w:num w:numId="4" w16cid:durableId="1420561408">
    <w:abstractNumId w:val="4"/>
  </w:num>
  <w:num w:numId="5" w16cid:durableId="597713563">
    <w:abstractNumId w:val="7"/>
  </w:num>
  <w:num w:numId="6" w16cid:durableId="1861427777">
    <w:abstractNumId w:val="3"/>
  </w:num>
  <w:num w:numId="7" w16cid:durableId="210194243">
    <w:abstractNumId w:val="2"/>
  </w:num>
  <w:num w:numId="8" w16cid:durableId="439879740">
    <w:abstractNumId w:val="1"/>
  </w:num>
  <w:num w:numId="9" w16cid:durableId="19003627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3AB7"/>
    <w:rsid w:val="00027DF1"/>
    <w:rsid w:val="00034616"/>
    <w:rsid w:val="0006063C"/>
    <w:rsid w:val="00081F92"/>
    <w:rsid w:val="00083792"/>
    <w:rsid w:val="00135120"/>
    <w:rsid w:val="001356FC"/>
    <w:rsid w:val="001358A1"/>
    <w:rsid w:val="0015074B"/>
    <w:rsid w:val="0015368C"/>
    <w:rsid w:val="00163349"/>
    <w:rsid w:val="00195024"/>
    <w:rsid w:val="001D6824"/>
    <w:rsid w:val="001D7412"/>
    <w:rsid w:val="001E77F3"/>
    <w:rsid w:val="002714BD"/>
    <w:rsid w:val="0029639D"/>
    <w:rsid w:val="002D334F"/>
    <w:rsid w:val="002E1374"/>
    <w:rsid w:val="00326F90"/>
    <w:rsid w:val="00345E81"/>
    <w:rsid w:val="0038409A"/>
    <w:rsid w:val="003A27C2"/>
    <w:rsid w:val="0041598B"/>
    <w:rsid w:val="004940FC"/>
    <w:rsid w:val="004E759B"/>
    <w:rsid w:val="00561615"/>
    <w:rsid w:val="00596579"/>
    <w:rsid w:val="005C2532"/>
    <w:rsid w:val="00685A38"/>
    <w:rsid w:val="00686810"/>
    <w:rsid w:val="006F30F3"/>
    <w:rsid w:val="007370C3"/>
    <w:rsid w:val="00743026"/>
    <w:rsid w:val="0078610E"/>
    <w:rsid w:val="007B51E9"/>
    <w:rsid w:val="0084008E"/>
    <w:rsid w:val="008600AE"/>
    <w:rsid w:val="008A5D40"/>
    <w:rsid w:val="008B1E0C"/>
    <w:rsid w:val="00937BB6"/>
    <w:rsid w:val="009811BD"/>
    <w:rsid w:val="009D5B79"/>
    <w:rsid w:val="009F570F"/>
    <w:rsid w:val="00A07AF3"/>
    <w:rsid w:val="00A2065A"/>
    <w:rsid w:val="00A537C4"/>
    <w:rsid w:val="00AA1D8D"/>
    <w:rsid w:val="00B0773D"/>
    <w:rsid w:val="00B47730"/>
    <w:rsid w:val="00B63FB2"/>
    <w:rsid w:val="00C3092A"/>
    <w:rsid w:val="00CB0664"/>
    <w:rsid w:val="00DD222C"/>
    <w:rsid w:val="00DF15EA"/>
    <w:rsid w:val="00E25787"/>
    <w:rsid w:val="00E3791B"/>
    <w:rsid w:val="00EA05A8"/>
    <w:rsid w:val="00EB2D13"/>
    <w:rsid w:val="00F04481"/>
    <w:rsid w:val="00F122F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650B288"/>
  <w14:defaultImageDpi w14:val="300"/>
  <w15:docId w15:val="{C5AA3BFA-27E5-419D-A4F7-25EB5FC739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5787"/>
    <w:pPr>
      <w:spacing w:after="120"/>
    </w:pPr>
    <w:rPr>
      <w:rFonts w:ascii="Aptos" w:hAnsi="Aptos"/>
      <w:szCs w:val="20"/>
    </w:rPr>
  </w:style>
  <w:style w:type="paragraph" w:styleId="Heading1">
    <w:name w:val="heading 1"/>
    <w:basedOn w:val="BrandedHeading"/>
    <w:next w:val="Normal"/>
    <w:link w:val="Heading1Char"/>
    <w:uiPriority w:val="9"/>
    <w:qFormat/>
    <w:rsid w:val="001358A1"/>
    <w:pPr>
      <w:outlineLvl w:val="0"/>
    </w:pPr>
    <w:rPr>
      <w:rFonts w:ascii="Aptos" w:hAnsi="Aptos"/>
      <w:color w:val="18636A"/>
    </w:rPr>
  </w:style>
  <w:style w:type="paragraph" w:styleId="Heading2">
    <w:name w:val="heading 2"/>
    <w:basedOn w:val="BrandedBody"/>
    <w:next w:val="Normal"/>
    <w:link w:val="Heading2Char"/>
    <w:uiPriority w:val="9"/>
    <w:unhideWhenUsed/>
    <w:qFormat/>
    <w:rsid w:val="001358A1"/>
    <w:pPr>
      <w:outlineLvl w:val="1"/>
    </w:pPr>
    <w:rPr>
      <w:rFonts w:ascii="Aptos" w:hAnsi="Aptos"/>
      <w:b/>
      <w:bCs/>
    </w:rPr>
  </w:style>
  <w:style w:type="paragraph" w:styleId="Heading3">
    <w:name w:val="heading 3"/>
    <w:basedOn w:val="Heading2"/>
    <w:next w:val="Normal"/>
    <w:link w:val="Heading3Char"/>
    <w:uiPriority w:val="9"/>
    <w:unhideWhenUsed/>
    <w:qFormat/>
    <w:rsid w:val="001358A1"/>
    <w:pPr>
      <w:outlineLvl w:val="2"/>
    </w:pPr>
    <w:rPr>
      <w:sz w:val="22"/>
      <w:szCs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1358A1"/>
    <w:rPr>
      <w:rFonts w:ascii="Aptos" w:hAnsi="Aptos"/>
      <w:b/>
      <w:color w:val="18636A"/>
      <w:sz w:val="40"/>
    </w:rPr>
  </w:style>
  <w:style w:type="character" w:customStyle="1" w:styleId="Heading2Char">
    <w:name w:val="Heading 2 Char"/>
    <w:basedOn w:val="DefaultParagraphFont"/>
    <w:link w:val="Heading2"/>
    <w:uiPriority w:val="9"/>
    <w:rsid w:val="001358A1"/>
    <w:rPr>
      <w:rFonts w:ascii="Aptos" w:hAnsi="Aptos"/>
      <w:b/>
      <w:bCs/>
      <w:sz w:val="24"/>
    </w:rPr>
  </w:style>
  <w:style w:type="character" w:customStyle="1" w:styleId="Heading3Char">
    <w:name w:val="Heading 3 Char"/>
    <w:basedOn w:val="DefaultParagraphFont"/>
    <w:link w:val="Heading3"/>
    <w:uiPriority w:val="9"/>
    <w:rsid w:val="001358A1"/>
    <w:rPr>
      <w:rFonts w:ascii="Aptos" w:hAnsi="Aptos"/>
      <w:b/>
      <w:bCs/>
      <w:szCs w:val="20"/>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BrandedHeading">
    <w:name w:val="BrandedHeading"/>
    <w:rPr>
      <w:rFonts w:ascii="Calibri" w:hAnsi="Calibri"/>
      <w:b/>
      <w:color w:val="00467F"/>
      <w:sz w:val="40"/>
    </w:rPr>
  </w:style>
  <w:style w:type="paragraph" w:customStyle="1" w:styleId="BrandedBody">
    <w:name w:val="BrandedBody"/>
    <w:rPr>
      <w:rFonts w:ascii="Calibri" w:hAnsi="Calibri"/>
      <w:sz w:val="24"/>
    </w:rPr>
  </w:style>
  <w:style w:type="table" w:customStyle="1" w:styleId="TableGrid1">
    <w:name w:val="Table Grid1"/>
    <w:basedOn w:val="TableNormal"/>
    <w:next w:val="TableGrid"/>
    <w:uiPriority w:val="39"/>
    <w:rsid w:val="009811BD"/>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377AEC85318B6F489A039465BFE47D12" ma:contentTypeVersion="10" ma:contentTypeDescription="Create a new document." ma:contentTypeScope="" ma:versionID="ad327897f44d3bc548cd782ba3f50525">
  <xsd:schema xmlns:xsd="http://www.w3.org/2001/XMLSchema" xmlns:xs="http://www.w3.org/2001/XMLSchema" xmlns:p="http://schemas.microsoft.com/office/2006/metadata/properties" xmlns:ns2="61346cd6-482d-4698-b558-8246bb2c71ca" xmlns:ns3="b7b6cfaf-27c2-449b-80ac-84d3ec979ae9" targetNamespace="http://schemas.microsoft.com/office/2006/metadata/properties" ma:root="true" ma:fieldsID="41f9eb688bc5838e1d348ffbf5cdafd5" ns2:_="" ns3:_="">
    <xsd:import namespace="61346cd6-482d-4698-b558-8246bb2c71ca"/>
    <xsd:import namespace="b7b6cfaf-27c2-449b-80ac-84d3ec979ae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346cd6-482d-4698-b558-8246bb2c71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bdc0606b-8e5a-4aee-a68c-f4efcab0e83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7b6cfaf-27c2-449b-80ac-84d3ec979ae9"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1c223cbf-e69a-4262-9b37-79cb092d38cc}" ma:internalName="TaxCatchAll" ma:showField="CatchAllData" ma:web="b7b6cfaf-27c2-449b-80ac-84d3ec979ae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b7b6cfaf-27c2-449b-80ac-84d3ec979ae9" xsi:nil="true"/>
    <lcf76f155ced4ddcb4097134ff3c332f xmlns="61346cd6-482d-4698-b558-8246bb2c71c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AA409739-CF71-46E4-9A3E-0B2D407266AA}"/>
</file>

<file path=customXml/itemProps3.xml><?xml version="1.0" encoding="utf-8"?>
<ds:datastoreItem xmlns:ds="http://schemas.openxmlformats.org/officeDocument/2006/customXml" ds:itemID="{5433A9CB-55EB-43B2-9AB7-72B65DD16301}"/>
</file>

<file path=customXml/itemProps4.xml><?xml version="1.0" encoding="utf-8"?>
<ds:datastoreItem xmlns:ds="http://schemas.openxmlformats.org/officeDocument/2006/customXml" ds:itemID="{E73F97C3-6153-401A-8680-5675FBF30697}"/>
</file>

<file path=docProps/app.xml><?xml version="1.0" encoding="utf-8"?>
<Properties xmlns="http://schemas.openxmlformats.org/officeDocument/2006/extended-properties" xmlns:vt="http://schemas.openxmlformats.org/officeDocument/2006/docPropsVTypes">
  <Template>Normal.dotm</Template>
  <TotalTime>6</TotalTime>
  <Pages>1</Pages>
  <Words>104</Words>
  <Characters>442</Characters>
  <Application>Microsoft Office Word</Application>
  <DocSecurity>0</DocSecurity>
  <Lines>24</Lines>
  <Paragraphs>28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518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Larson, Miriam</cp:lastModifiedBy>
  <cp:revision>12</cp:revision>
  <dcterms:created xsi:type="dcterms:W3CDTF">2026-05-18T23:43:00Z</dcterms:created>
  <dcterms:modified xsi:type="dcterms:W3CDTF">2026-06-04T05:09:00Z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0x010100377AEC85318B6F489A039465BFE47D12</vt:lpwstr>
  </property>
</Properties>
</file>