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1D82DA93" w:rsidR="00B63FB2" w:rsidRPr="001358A1" w:rsidRDefault="0029299C" w:rsidP="001358A1">
      <w:pPr>
        <w:pStyle w:val="Heading1"/>
      </w:pPr>
      <w:r>
        <w:t>12.1 | Evaluate: Usability Testing Job Aid</w:t>
      </w:r>
    </w:p>
    <w:p w14:paraId="3094B15A" w14:textId="0D941C19" w:rsidR="005B3643" w:rsidRPr="00D018B1" w:rsidRDefault="005B3643" w:rsidP="00D018B1">
      <w:pPr>
        <w:spacing w:line="240" w:lineRule="auto"/>
        <w:rPr>
          <w:rFonts w:eastAsia="Calibri" w:cs="Times New Roman"/>
          <w:szCs w:val="22"/>
        </w:rPr>
      </w:pPr>
      <w:r w:rsidRPr="00D018B1">
        <w:rPr>
          <w:rFonts w:eastAsia="Calibri" w:cs="Times New Roman"/>
          <w:szCs w:val="22"/>
        </w:rPr>
        <w:t>Customize and use these usability test guidelines, example, test participant profiles, participant task handout, and reaction survey to evaluate the usability of a unit of instruction.</w:t>
      </w: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906"/>
      </w:tblGrid>
      <w:tr w:rsidR="005B3643" w:rsidRPr="00D018B1" w14:paraId="56A35349" w14:textId="77777777" w:rsidTr="00D018B1">
        <w:trPr>
          <w:trHeight w:val="258"/>
          <w:tblHeader/>
        </w:trPr>
        <w:tc>
          <w:tcPr>
            <w:tcW w:w="9936" w:type="dxa"/>
          </w:tcPr>
          <w:p w14:paraId="5364A1E3" w14:textId="77777777" w:rsidR="005B3643" w:rsidRPr="00D018B1" w:rsidRDefault="005B3643" w:rsidP="005B3643">
            <w:pPr>
              <w:spacing w:after="0"/>
              <w:outlineLvl w:val="1"/>
              <w:rPr>
                <w:rFonts w:cs="Arial"/>
                <w:b/>
                <w:szCs w:val="22"/>
              </w:rPr>
            </w:pPr>
            <w:r w:rsidRPr="00D018B1">
              <w:rPr>
                <w:rFonts w:cs="Arial"/>
                <w:b/>
                <w:szCs w:val="22"/>
              </w:rPr>
              <w:t>Usability Guidelines</w:t>
            </w:r>
          </w:p>
        </w:tc>
      </w:tr>
      <w:tr w:rsidR="005B3643" w:rsidRPr="00D018B1" w14:paraId="01D00257" w14:textId="77777777" w:rsidTr="00D018B1">
        <w:trPr>
          <w:trHeight w:val="4196"/>
        </w:trPr>
        <w:tc>
          <w:tcPr>
            <w:tcW w:w="9936" w:type="dxa"/>
          </w:tcPr>
          <w:p w14:paraId="52BEFED8" w14:textId="77777777" w:rsidR="005B3643" w:rsidRPr="00D018B1" w:rsidRDefault="005B3643" w:rsidP="005B3643">
            <w:pPr>
              <w:spacing w:after="0"/>
              <w:ind w:left="144" w:hanging="144"/>
              <w:rPr>
                <w:rFonts w:cs="Arial"/>
                <w:szCs w:val="22"/>
              </w:rPr>
            </w:pPr>
            <w:r w:rsidRPr="00D018B1">
              <w:rPr>
                <w:rFonts w:cs="Arial"/>
                <w:b/>
                <w:szCs w:val="22"/>
              </w:rPr>
              <w:t>Why, When &amp; What?</w:t>
            </w:r>
            <w:r w:rsidRPr="00D018B1">
              <w:rPr>
                <w:rFonts w:cs="Arial"/>
                <w:szCs w:val="22"/>
              </w:rPr>
              <w:t xml:space="preserve">  </w:t>
            </w:r>
          </w:p>
          <w:p w14:paraId="044390D2" w14:textId="62680523" w:rsidR="005B3643" w:rsidRPr="00D018B1" w:rsidRDefault="005B3643" w:rsidP="00D018B1">
            <w:pPr>
              <w:pStyle w:val="ListParagraph"/>
              <w:numPr>
                <w:ilvl w:val="0"/>
                <w:numId w:val="21"/>
              </w:numPr>
              <w:spacing w:after="20"/>
              <w:ind w:left="216" w:hanging="216"/>
              <w:contextualSpacing w:val="0"/>
              <w:rPr>
                <w:rFonts w:cs="Arial"/>
                <w:szCs w:val="22"/>
              </w:rPr>
            </w:pPr>
            <w:r w:rsidRPr="00D018B1">
              <w:rPr>
                <w:rFonts w:cs="Arial"/>
                <w:szCs w:val="22"/>
              </w:rPr>
              <w:t xml:space="preserve">Usability testing helps ensure that the instruction works and meets the stated learning outcomes. It also enables the designer to obtain information about behavior and preferences from the intended audience, but it is not a substitute for editors and reviewers.  You should </w:t>
            </w:r>
            <w:r w:rsidR="00D018B1">
              <w:rPr>
                <w:rFonts w:cs="Arial"/>
                <w:szCs w:val="22"/>
              </w:rPr>
              <w:t>test for</w:t>
            </w:r>
            <w:r w:rsidR="008D0B8D">
              <w:rPr>
                <w:rFonts w:cs="Arial"/>
                <w:szCs w:val="22"/>
              </w:rPr>
              <w:t xml:space="preserve"> </w:t>
            </w:r>
            <w:r w:rsidRPr="00D018B1">
              <w:rPr>
                <w:rFonts w:cs="Arial"/>
                <w:szCs w:val="22"/>
              </w:rPr>
              <w:t xml:space="preserve">usability throughout the development cycle, but </w:t>
            </w:r>
            <w:r w:rsidR="008D0B8D">
              <w:rPr>
                <w:rFonts w:cs="Arial"/>
                <w:szCs w:val="22"/>
              </w:rPr>
              <w:t xml:space="preserve">if that’s not possible, test </w:t>
            </w:r>
            <w:r w:rsidRPr="00D018B1">
              <w:rPr>
                <w:rFonts w:cs="Arial"/>
                <w:szCs w:val="22"/>
              </w:rPr>
              <w:t>at least once. Be sure not to test too late to enable you to make any necessary major revisions.</w:t>
            </w:r>
          </w:p>
          <w:p w14:paraId="2F176E6E" w14:textId="77777777" w:rsidR="005B3643" w:rsidRPr="00D018B1" w:rsidRDefault="005B3643" w:rsidP="00D018B1">
            <w:pPr>
              <w:pStyle w:val="ListParagraph"/>
              <w:numPr>
                <w:ilvl w:val="0"/>
                <w:numId w:val="21"/>
              </w:numPr>
              <w:spacing w:after="20"/>
              <w:ind w:left="216" w:hanging="216"/>
              <w:contextualSpacing w:val="0"/>
              <w:rPr>
                <w:rFonts w:cs="Arial"/>
                <w:szCs w:val="22"/>
              </w:rPr>
            </w:pPr>
            <w:r w:rsidRPr="00D018B1">
              <w:rPr>
                <w:rFonts w:cs="Arial"/>
                <w:szCs w:val="22"/>
              </w:rPr>
              <w:t xml:space="preserve">Make sure that all stakeholders know that the test is meant to ensure that the instruction works and meets the stated learning outcomes. It also serves to provide information on the behavior and preferences of the intended audience. Note that usability testing should not be used as a substitute for editing, proofing and reviews. </w:t>
            </w:r>
          </w:p>
          <w:p w14:paraId="30F436E5" w14:textId="77777777" w:rsidR="005B3643" w:rsidRPr="00D018B1" w:rsidRDefault="005B3643" w:rsidP="00D018B1">
            <w:pPr>
              <w:pStyle w:val="ListParagraph"/>
              <w:numPr>
                <w:ilvl w:val="0"/>
                <w:numId w:val="21"/>
              </w:numPr>
              <w:spacing w:after="20"/>
              <w:ind w:left="216" w:hanging="216"/>
              <w:contextualSpacing w:val="0"/>
              <w:rPr>
                <w:rFonts w:cs="Arial"/>
                <w:szCs w:val="22"/>
              </w:rPr>
            </w:pPr>
            <w:r w:rsidRPr="00D018B1">
              <w:rPr>
                <w:rFonts w:cs="Arial"/>
                <w:szCs w:val="22"/>
              </w:rPr>
              <w:t>Usability testing should be implemented at least once during development, but it is optimal to do several formative tests to improve the instruction.  Testing should be carried out early enough to allow the required revisions to be made prior to completion of the project.</w:t>
            </w:r>
          </w:p>
          <w:p w14:paraId="23EACD3A" w14:textId="77777777" w:rsidR="005B3643" w:rsidRPr="00D018B1" w:rsidRDefault="005B3643" w:rsidP="00D018B1">
            <w:pPr>
              <w:pStyle w:val="ListParagraph"/>
              <w:numPr>
                <w:ilvl w:val="0"/>
                <w:numId w:val="21"/>
              </w:numPr>
              <w:spacing w:after="20"/>
              <w:ind w:left="216" w:hanging="216"/>
              <w:contextualSpacing w:val="0"/>
              <w:rPr>
                <w:rFonts w:cs="Arial"/>
                <w:szCs w:val="22"/>
              </w:rPr>
            </w:pPr>
            <w:r w:rsidRPr="00D018B1">
              <w:rPr>
                <w:rFonts w:cs="Arial"/>
                <w:szCs w:val="22"/>
              </w:rPr>
              <w:t xml:space="preserve">A plan for usability testing consists of (a) a written </w:t>
            </w:r>
            <w:r w:rsidRPr="00D018B1">
              <w:rPr>
                <w:rFonts w:cs="Arial"/>
                <w:b/>
                <w:szCs w:val="22"/>
              </w:rPr>
              <w:t>protocol</w:t>
            </w:r>
            <w:r w:rsidRPr="00D018B1">
              <w:rPr>
                <w:rFonts w:cs="Arial"/>
                <w:szCs w:val="22"/>
              </w:rPr>
              <w:t xml:space="preserve"> to be followed by the test administrators, (b) a </w:t>
            </w:r>
            <w:r w:rsidRPr="00D018B1">
              <w:rPr>
                <w:rFonts w:cs="Arial"/>
                <w:b/>
                <w:szCs w:val="22"/>
              </w:rPr>
              <w:t>description</w:t>
            </w:r>
            <w:r w:rsidRPr="00D018B1">
              <w:rPr>
                <w:rFonts w:cs="Arial"/>
                <w:szCs w:val="22"/>
              </w:rPr>
              <w:t xml:space="preserve"> </w:t>
            </w:r>
            <w:r w:rsidRPr="00D018B1">
              <w:rPr>
                <w:rFonts w:cs="Arial"/>
                <w:b/>
                <w:szCs w:val="22"/>
              </w:rPr>
              <w:t>of the testing setup and supplies</w:t>
            </w:r>
            <w:r w:rsidRPr="00D018B1">
              <w:rPr>
                <w:rFonts w:cs="Arial"/>
                <w:szCs w:val="22"/>
              </w:rPr>
              <w:t xml:space="preserve"> (hardware, software, platforms, browsers, checklists, recording equipment, etc.), to be used during the test, (c) the number of </w:t>
            </w:r>
            <w:r w:rsidRPr="00D018B1">
              <w:rPr>
                <w:rFonts w:cs="Arial"/>
                <w:b/>
                <w:szCs w:val="22"/>
              </w:rPr>
              <w:t>test participants</w:t>
            </w:r>
            <w:r w:rsidRPr="00D018B1">
              <w:rPr>
                <w:rFonts w:cs="Arial"/>
                <w:szCs w:val="22"/>
              </w:rPr>
              <w:t xml:space="preserve"> and </w:t>
            </w:r>
            <w:r w:rsidRPr="00D018B1">
              <w:rPr>
                <w:rFonts w:cs="Arial"/>
                <w:b/>
                <w:szCs w:val="22"/>
              </w:rPr>
              <w:t>participant profiles</w:t>
            </w:r>
            <w:r w:rsidRPr="00D018B1">
              <w:rPr>
                <w:rFonts w:cs="Arial"/>
                <w:szCs w:val="22"/>
              </w:rPr>
              <w:t xml:space="preserve">, (d) a </w:t>
            </w:r>
            <w:r w:rsidRPr="00D018B1">
              <w:rPr>
                <w:rFonts w:cs="Arial"/>
                <w:b/>
                <w:szCs w:val="22"/>
              </w:rPr>
              <w:t>test checklist</w:t>
            </w:r>
            <w:r w:rsidRPr="00D018B1">
              <w:rPr>
                <w:rFonts w:cs="Arial"/>
                <w:szCs w:val="22"/>
              </w:rPr>
              <w:t xml:space="preserve"> and instructions on what to observe and record during the test session, and (e) a list of general tasks to be given to participants to direct their actions during the test.</w:t>
            </w:r>
          </w:p>
        </w:tc>
      </w:tr>
    </w:tbl>
    <w:p w14:paraId="23F67609" w14:textId="77777777" w:rsidR="005B3643" w:rsidRPr="00D018B1" w:rsidRDefault="005B3643" w:rsidP="005B3643">
      <w:pPr>
        <w:spacing w:after="0" w:line="240" w:lineRule="auto"/>
        <w:rPr>
          <w:rFonts w:eastAsia="Calibri" w:cs="Arial"/>
          <w:szCs w:val="22"/>
        </w:rPr>
      </w:pP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906"/>
      </w:tblGrid>
      <w:tr w:rsidR="005B3643" w:rsidRPr="00D018B1" w14:paraId="4213D9E5" w14:textId="77777777" w:rsidTr="00D018B1">
        <w:tc>
          <w:tcPr>
            <w:tcW w:w="9918" w:type="dxa"/>
          </w:tcPr>
          <w:p w14:paraId="411AF41D" w14:textId="77777777" w:rsidR="005B3643" w:rsidRPr="00D018B1" w:rsidRDefault="005B3643" w:rsidP="005B3643">
            <w:pPr>
              <w:spacing w:after="0"/>
              <w:outlineLvl w:val="1"/>
              <w:rPr>
                <w:rFonts w:cs="Arial"/>
                <w:b/>
                <w:szCs w:val="22"/>
              </w:rPr>
            </w:pPr>
            <w:r w:rsidRPr="00D018B1">
              <w:rPr>
                <w:rFonts w:cs="Arial"/>
                <w:b/>
                <w:szCs w:val="22"/>
              </w:rPr>
              <w:t xml:space="preserve">Protocol Example  </w:t>
            </w:r>
          </w:p>
        </w:tc>
      </w:tr>
      <w:tr w:rsidR="005B3643" w:rsidRPr="00D018B1" w14:paraId="0433DF4B" w14:textId="77777777" w:rsidTr="00D018B1">
        <w:tc>
          <w:tcPr>
            <w:tcW w:w="9918" w:type="dxa"/>
          </w:tcPr>
          <w:p w14:paraId="6D3A2F1C" w14:textId="65AEBF2D" w:rsidR="005B3643" w:rsidRPr="00D018B1" w:rsidRDefault="005B3643" w:rsidP="00D018B1">
            <w:pPr>
              <w:rPr>
                <w:rFonts w:cs="Arial"/>
                <w:szCs w:val="22"/>
              </w:rPr>
            </w:pPr>
            <w:r w:rsidRPr="00D018B1">
              <w:rPr>
                <w:rFonts w:cs="Arial"/>
                <w:szCs w:val="22"/>
              </w:rPr>
              <w:t>As the test facilitator, begin by providing the participant with a brief introduction that covers the purpose and nature of the learning materials, the purpose of the usability test (i.e., to improve the instruction) and how long it will last, and why their input is valuable to the effort (e.g., because they are representative of the target learner, because of their ability to judge content accuracy and completeness due to their knowledge of the subject matter, etc.). Emphasize that the participant will evaluate the instructional materials, and that you are NOT evaluating or judging the participant.  Read the following disclaimer aloud:</w:t>
            </w:r>
          </w:p>
          <w:p w14:paraId="6C2E2501" w14:textId="77777777" w:rsidR="005B3643" w:rsidRPr="00D018B1" w:rsidRDefault="005B3643" w:rsidP="005B3643">
            <w:pPr>
              <w:spacing w:after="0"/>
              <w:rPr>
                <w:rFonts w:cs="Arial"/>
                <w:i/>
                <w:szCs w:val="22"/>
              </w:rPr>
            </w:pPr>
            <w:r w:rsidRPr="00D018B1">
              <w:rPr>
                <w:rFonts w:cs="Arial"/>
                <w:i/>
                <w:szCs w:val="22"/>
              </w:rPr>
              <w:t>Your role as a test participant in this usability test is bound by the following ethical guidelines:</w:t>
            </w:r>
          </w:p>
          <w:p w14:paraId="414E7D7E" w14:textId="284B0B2D" w:rsidR="005B3643" w:rsidRPr="00D018B1" w:rsidRDefault="005B3643" w:rsidP="00D018B1">
            <w:pPr>
              <w:numPr>
                <w:ilvl w:val="0"/>
                <w:numId w:val="22"/>
              </w:numPr>
              <w:tabs>
                <w:tab w:val="left" w:pos="0"/>
              </w:tabs>
              <w:autoSpaceDE w:val="0"/>
              <w:autoSpaceDN w:val="0"/>
              <w:adjustRightInd w:val="0"/>
              <w:spacing w:after="20"/>
              <w:ind w:left="216" w:hanging="216"/>
              <w:rPr>
                <w:rFonts w:cs="Arial"/>
                <w:i/>
                <w:color w:val="000000"/>
                <w:szCs w:val="22"/>
              </w:rPr>
            </w:pPr>
            <w:r w:rsidRPr="00D018B1">
              <w:rPr>
                <w:rFonts w:cs="Arial"/>
                <w:i/>
                <w:color w:val="000000"/>
                <w:szCs w:val="22"/>
              </w:rPr>
              <w:t xml:space="preserve">Your participation in this usability test is totally </w:t>
            </w:r>
            <w:r w:rsidR="00D018B1" w:rsidRPr="00D018B1">
              <w:rPr>
                <w:rFonts w:cs="Arial"/>
                <w:i/>
                <w:color w:val="000000"/>
                <w:szCs w:val="22"/>
              </w:rPr>
              <w:t>voluntary,</w:t>
            </w:r>
            <w:r w:rsidRPr="00D018B1">
              <w:rPr>
                <w:rFonts w:cs="Arial"/>
                <w:i/>
                <w:color w:val="000000"/>
                <w:szCs w:val="22"/>
              </w:rPr>
              <w:t xml:space="preserve"> and you may quit at any time. </w:t>
            </w:r>
          </w:p>
          <w:p w14:paraId="7B31146D" w14:textId="77777777" w:rsidR="005B3643" w:rsidRPr="00D018B1" w:rsidRDefault="005B3643" w:rsidP="00D018B1">
            <w:pPr>
              <w:numPr>
                <w:ilvl w:val="0"/>
                <w:numId w:val="22"/>
              </w:numPr>
              <w:tabs>
                <w:tab w:val="left" w:pos="0"/>
              </w:tabs>
              <w:autoSpaceDE w:val="0"/>
              <w:autoSpaceDN w:val="0"/>
              <w:adjustRightInd w:val="0"/>
              <w:spacing w:after="20"/>
              <w:ind w:left="216" w:hanging="216"/>
              <w:rPr>
                <w:rFonts w:cs="Arial"/>
                <w:i/>
                <w:color w:val="000000"/>
                <w:szCs w:val="22"/>
              </w:rPr>
            </w:pPr>
            <w:r w:rsidRPr="00D018B1">
              <w:rPr>
                <w:rFonts w:cs="Arial"/>
                <w:i/>
                <w:color w:val="000000"/>
                <w:szCs w:val="22"/>
              </w:rPr>
              <w:t>This testing session will be recorded and analyzed to improve the instruction being evaluated. However, your privacy will be safeguarded, your name will not be referenced outside this testing session, your actions during the test will not be personally identifiable, and your comments will not be linked to your identity.</w:t>
            </w:r>
          </w:p>
          <w:p w14:paraId="24E988A5" w14:textId="77777777" w:rsidR="005B3643" w:rsidRPr="00D018B1" w:rsidRDefault="005B3643" w:rsidP="00D018B1">
            <w:pPr>
              <w:numPr>
                <w:ilvl w:val="0"/>
                <w:numId w:val="22"/>
              </w:numPr>
              <w:tabs>
                <w:tab w:val="left" w:pos="0"/>
              </w:tabs>
              <w:autoSpaceDE w:val="0"/>
              <w:autoSpaceDN w:val="0"/>
              <w:adjustRightInd w:val="0"/>
              <w:spacing w:after="20"/>
              <w:ind w:left="216" w:hanging="216"/>
              <w:rPr>
                <w:rFonts w:cs="Arial"/>
                <w:i/>
                <w:color w:val="000000"/>
                <w:szCs w:val="22"/>
              </w:rPr>
            </w:pPr>
            <w:r w:rsidRPr="00D018B1">
              <w:rPr>
                <w:rFonts w:cs="Arial"/>
                <w:i/>
                <w:color w:val="000000"/>
                <w:szCs w:val="22"/>
              </w:rPr>
              <w:t xml:space="preserve">I have here a list of tasks that you are to complete or attempt to complete during this test session [hand the list to the participant]. Please complete the test tasks indicated on this handout [give them the handout]. I will record the amount of time required to complete each task. Feel free to explore the instruction after you have attempted to complete all the tasks on this list. Please take a moment now to read through the list and let me know if you have any questions. </w:t>
            </w:r>
          </w:p>
          <w:p w14:paraId="2E2BDCE9" w14:textId="77777777" w:rsidR="005B3643" w:rsidRPr="00D018B1" w:rsidRDefault="005B3643" w:rsidP="008D0B8D">
            <w:pPr>
              <w:numPr>
                <w:ilvl w:val="0"/>
                <w:numId w:val="22"/>
              </w:numPr>
              <w:tabs>
                <w:tab w:val="left" w:pos="0"/>
              </w:tabs>
              <w:autoSpaceDE w:val="0"/>
              <w:autoSpaceDN w:val="0"/>
              <w:adjustRightInd w:val="0"/>
              <w:spacing w:after="20"/>
              <w:ind w:left="216" w:hanging="216"/>
              <w:rPr>
                <w:rFonts w:cs="Arial"/>
                <w:i/>
                <w:color w:val="000000"/>
                <w:szCs w:val="22"/>
              </w:rPr>
            </w:pPr>
            <w:r w:rsidRPr="00D018B1">
              <w:rPr>
                <w:rFonts w:cs="Arial"/>
                <w:i/>
                <w:color w:val="000000"/>
                <w:szCs w:val="22"/>
              </w:rPr>
              <w:lastRenderedPageBreak/>
              <w:t xml:space="preserve">During the test, please ignore that fact that I am sitting here and “talk aloud” to yourself, sharing your impressions and the questions that occur to you work on the tasks. Comment on anything that is unclear, seems counter-intuitive, or is frustrating, as well as those things that seem well-designed and straight-forward. I will avoid speaking to you unless I see that you have reached an impasse and need some guidance, but I may wait a while before stepping in to see if the design of the instruction helps you figure out the issues you encounter. </w:t>
            </w:r>
          </w:p>
          <w:p w14:paraId="63C6AE9C" w14:textId="77777777" w:rsidR="005B3643" w:rsidRPr="00D018B1" w:rsidRDefault="005B3643" w:rsidP="008D0B8D">
            <w:pPr>
              <w:numPr>
                <w:ilvl w:val="0"/>
                <w:numId w:val="22"/>
              </w:numPr>
              <w:tabs>
                <w:tab w:val="left" w:pos="0"/>
              </w:tabs>
              <w:autoSpaceDE w:val="0"/>
              <w:autoSpaceDN w:val="0"/>
              <w:adjustRightInd w:val="0"/>
              <w:ind w:left="216" w:hanging="216"/>
              <w:rPr>
                <w:rFonts w:cs="Arial"/>
                <w:i/>
                <w:color w:val="000000"/>
                <w:szCs w:val="22"/>
              </w:rPr>
            </w:pPr>
            <w:r w:rsidRPr="00D018B1">
              <w:rPr>
                <w:rFonts w:cs="Arial"/>
                <w:i/>
                <w:color w:val="000000"/>
                <w:szCs w:val="22"/>
              </w:rPr>
              <w:t>Again, I appreciate your time and your participation in helping me improve this instruction.</w:t>
            </w:r>
          </w:p>
          <w:p w14:paraId="30C452F8" w14:textId="77777777" w:rsidR="005B3643" w:rsidRPr="00D018B1" w:rsidRDefault="005B3643" w:rsidP="008D0B8D">
            <w:pPr>
              <w:rPr>
                <w:rFonts w:cs="Arial"/>
                <w:szCs w:val="22"/>
              </w:rPr>
            </w:pPr>
            <w:r w:rsidRPr="00D018B1">
              <w:rPr>
                <w:rFonts w:cs="Arial"/>
                <w:szCs w:val="22"/>
              </w:rPr>
              <w:t xml:space="preserve">Wait until the participant has a chance to read through the task instructions and allow the participant to ask any clarifying questions.  In answering participant questions, strive to clarify the nature of the tasks, being careful not to give the participant more information than would be available to them if they were using the instruction in an authentic situation (rather than during a usability test). Provide the participant with the instructional materials or the applicable URL for web-based instruction and inform them that they may begin the tasks whenever they are ready. </w:t>
            </w:r>
          </w:p>
          <w:p w14:paraId="4E573FB5" w14:textId="036836F5" w:rsidR="005B3643" w:rsidRPr="00D018B1" w:rsidRDefault="005B3643" w:rsidP="000029AB">
            <w:pPr>
              <w:spacing w:after="40"/>
              <w:rPr>
                <w:rFonts w:cs="Arial"/>
                <w:szCs w:val="22"/>
              </w:rPr>
            </w:pPr>
            <w:r w:rsidRPr="00D018B1">
              <w:rPr>
                <w:rFonts w:cs="Arial"/>
                <w:szCs w:val="22"/>
              </w:rPr>
              <w:t xml:space="preserve">Start the recording equipment and as the participant begins the first task, record the start time. During the test, use a checklist to observe and record user behavior notes, user comments, and system actions.  Make note of the time when the participant starts and finishes each task. Be sure to stop the test session when the promised time limit is up, whether or not the participant has completed the tasks. If the participant expresses a </w:t>
            </w:r>
            <w:r w:rsidR="000029AB" w:rsidRPr="00D018B1">
              <w:rPr>
                <w:rFonts w:cs="Arial"/>
                <w:szCs w:val="22"/>
              </w:rPr>
              <w:t>desire</w:t>
            </w:r>
            <w:r w:rsidRPr="00D018B1">
              <w:rPr>
                <w:rFonts w:cs="Arial"/>
                <w:szCs w:val="22"/>
              </w:rPr>
              <w:t xml:space="preserve"> to continue beyond the stated time limit, and if the schedule allows for an extended test, you may allow the participant to continue with the test. If there is time remaining for the session after the participant completes or attempts to complete all the tasks, you may remind the participant of the opportunity to explore the instruction further, if so desired. Upon completion of the testing session, ask the participant for their general impressions of the experience and then stop the recording equipment. Have the participant complete a brief reaction survey and then thank and dismiss the participant.</w:t>
            </w:r>
          </w:p>
        </w:tc>
      </w:tr>
    </w:tbl>
    <w:p w14:paraId="550A003C" w14:textId="77777777" w:rsidR="005B3643" w:rsidRPr="00D018B1" w:rsidRDefault="005B3643" w:rsidP="005B3643">
      <w:pPr>
        <w:spacing w:after="0" w:line="240" w:lineRule="auto"/>
        <w:rPr>
          <w:rFonts w:eastAsia="Calibri" w:cs="Arial"/>
          <w:szCs w:val="22"/>
        </w:rPr>
      </w:pP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906"/>
      </w:tblGrid>
      <w:tr w:rsidR="005B3643" w:rsidRPr="00D018B1" w14:paraId="578A91DE" w14:textId="77777777" w:rsidTr="000029AB">
        <w:tc>
          <w:tcPr>
            <w:tcW w:w="9918" w:type="dxa"/>
          </w:tcPr>
          <w:p w14:paraId="7BB7DC47" w14:textId="77777777" w:rsidR="005B3643" w:rsidRPr="00D018B1" w:rsidRDefault="005B3643" w:rsidP="005B3643">
            <w:pPr>
              <w:spacing w:after="0"/>
              <w:outlineLvl w:val="1"/>
              <w:rPr>
                <w:rFonts w:cs="Arial"/>
                <w:b/>
                <w:szCs w:val="22"/>
              </w:rPr>
            </w:pPr>
            <w:r w:rsidRPr="00D018B1">
              <w:rPr>
                <w:rFonts w:cs="Arial"/>
                <w:b/>
                <w:szCs w:val="22"/>
              </w:rPr>
              <w:t xml:space="preserve">Sample Test Set Up &amp; Supplies </w:t>
            </w:r>
          </w:p>
        </w:tc>
      </w:tr>
      <w:tr w:rsidR="005B3643" w:rsidRPr="00D018B1" w14:paraId="657E3ED8" w14:textId="77777777" w:rsidTr="000029AB">
        <w:tc>
          <w:tcPr>
            <w:tcW w:w="9918" w:type="dxa"/>
          </w:tcPr>
          <w:p w14:paraId="7A0AD812" w14:textId="77777777" w:rsidR="005B3643" w:rsidRPr="00D018B1" w:rsidRDefault="005B3643" w:rsidP="005B3643">
            <w:pPr>
              <w:spacing w:after="0"/>
              <w:rPr>
                <w:rFonts w:cs="Arial"/>
                <w:szCs w:val="22"/>
              </w:rPr>
            </w:pPr>
            <w:r w:rsidRPr="00D018B1">
              <w:rPr>
                <w:rFonts w:cs="Arial"/>
                <w:szCs w:val="22"/>
              </w:rPr>
              <w:t xml:space="preserve">A facilitator and an additional observer/recording equipment operator will be assigned to each of two testing stations. Each test session will last 50 minutes with 10-minute breaks between to prepare for the next participant. Six testing sessions will be completed per day at each testing station (with an hour lunch break between) during a two-day testing period, for a total of 24 testing sessions. </w:t>
            </w:r>
          </w:p>
          <w:p w14:paraId="0D10365C" w14:textId="77777777" w:rsidR="005B3643" w:rsidRPr="00D018B1" w:rsidRDefault="005B3643" w:rsidP="000029AB">
            <w:pPr>
              <w:rPr>
                <w:rFonts w:cs="Arial"/>
                <w:szCs w:val="22"/>
              </w:rPr>
            </w:pPr>
            <w:r w:rsidRPr="00D018B1">
              <w:rPr>
                <w:rFonts w:cs="Arial"/>
                <w:szCs w:val="22"/>
              </w:rPr>
              <w:t xml:space="preserve">Testing station #1 will be equipped with a desktop PC computer, chairs for the participant and the test facilitator, a digital camera on a tripod set up to record participant facial expressions and comments, and several clipboards with checklists for recording observations and times during the test session. Screen recording software will be installed on the desktop computer to capture participant actions as they progress through the web-based training program. </w:t>
            </w:r>
          </w:p>
          <w:p w14:paraId="420218CD" w14:textId="77777777" w:rsidR="005B3643" w:rsidRPr="00D018B1" w:rsidRDefault="005B3643" w:rsidP="00DE234D">
            <w:pPr>
              <w:rPr>
                <w:rFonts w:cs="Arial"/>
                <w:szCs w:val="22"/>
              </w:rPr>
            </w:pPr>
            <w:r w:rsidRPr="00D018B1">
              <w:rPr>
                <w:rFonts w:cs="Arial"/>
                <w:szCs w:val="22"/>
              </w:rPr>
              <w:t>Testing station #2 will feature a laptop computer equipped with screen recording software that is hooked up to a portable document camera (the IPEVO Point 2 View USB camera). The document camera will be set up to record the participant’s use of a personal mobile phone to access and complete the tasks using the mobile training program. A digital camera will also be set up to capture the expressions and comments of the participant during the testing session, and the facilitator and second observer will have clipboards with checklists for recording observations and times during the test session.</w:t>
            </w:r>
          </w:p>
        </w:tc>
      </w:tr>
    </w:tbl>
    <w:p w14:paraId="373DE486" w14:textId="77777777" w:rsidR="005B3643" w:rsidRDefault="005B3643" w:rsidP="005B3643">
      <w:pPr>
        <w:spacing w:after="0" w:line="240" w:lineRule="auto"/>
        <w:rPr>
          <w:rFonts w:eastAsia="Calibri" w:cs="Arial"/>
          <w:szCs w:val="22"/>
        </w:rPr>
      </w:pPr>
    </w:p>
    <w:p w14:paraId="47440BF1" w14:textId="77777777" w:rsidR="00DE234D" w:rsidRDefault="00DE234D" w:rsidP="005B3643">
      <w:pPr>
        <w:spacing w:after="0" w:line="240" w:lineRule="auto"/>
        <w:rPr>
          <w:rFonts w:eastAsia="Calibri" w:cs="Arial"/>
          <w:szCs w:val="22"/>
        </w:rPr>
      </w:pPr>
    </w:p>
    <w:p w14:paraId="27DB97D4" w14:textId="77777777" w:rsidR="00DE234D" w:rsidRPr="00D018B1" w:rsidRDefault="00DE234D" w:rsidP="005B3643">
      <w:pPr>
        <w:spacing w:after="0" w:line="240" w:lineRule="auto"/>
        <w:rPr>
          <w:rFonts w:eastAsia="Calibri" w:cs="Arial"/>
          <w:szCs w:val="22"/>
        </w:rPr>
      </w:pP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906"/>
      </w:tblGrid>
      <w:tr w:rsidR="005B3643" w:rsidRPr="00D018B1" w14:paraId="03074025" w14:textId="77777777" w:rsidTr="00DE234D">
        <w:tc>
          <w:tcPr>
            <w:tcW w:w="9918" w:type="dxa"/>
          </w:tcPr>
          <w:p w14:paraId="5C74AC6A" w14:textId="77777777" w:rsidR="005B3643" w:rsidRPr="00D018B1" w:rsidRDefault="005B3643" w:rsidP="005B3643">
            <w:pPr>
              <w:spacing w:after="0"/>
              <w:outlineLvl w:val="1"/>
              <w:rPr>
                <w:rFonts w:cs="Arial"/>
                <w:b/>
                <w:szCs w:val="22"/>
              </w:rPr>
            </w:pPr>
            <w:r w:rsidRPr="00D018B1">
              <w:rPr>
                <w:rFonts w:cs="Arial"/>
                <w:b/>
                <w:szCs w:val="22"/>
              </w:rPr>
              <w:lastRenderedPageBreak/>
              <w:t>Test Observation Checklist &amp; Instructions</w:t>
            </w:r>
          </w:p>
        </w:tc>
      </w:tr>
      <w:tr w:rsidR="005B3643" w:rsidRPr="00D018B1" w14:paraId="0F389DC7" w14:textId="77777777" w:rsidTr="00DE234D">
        <w:tc>
          <w:tcPr>
            <w:tcW w:w="9918" w:type="dxa"/>
          </w:tcPr>
          <w:p w14:paraId="4834728E" w14:textId="77777777" w:rsidR="005B3643" w:rsidRPr="00D018B1" w:rsidRDefault="005B3643" w:rsidP="005B3643">
            <w:pPr>
              <w:spacing w:after="0"/>
              <w:rPr>
                <w:rFonts w:cs="Arial"/>
                <w:szCs w:val="22"/>
              </w:rPr>
            </w:pPr>
            <w:r w:rsidRPr="00D018B1">
              <w:rPr>
                <w:rFonts w:cs="Arial"/>
                <w:szCs w:val="22"/>
              </w:rPr>
              <w:t>Facilitators and data collectors should: 1) be silent observers, 2) assist in identifying problems, concerns, coding problems, and procedural errors, and 3) take notes.</w:t>
            </w:r>
            <w:r w:rsidRPr="00D018B1">
              <w:rPr>
                <w:rFonts w:cs="Arial"/>
                <w:b/>
                <w:szCs w:val="22"/>
              </w:rPr>
              <w:t xml:space="preserve"> </w:t>
            </w:r>
            <w:r w:rsidRPr="00D018B1">
              <w:rPr>
                <w:rFonts w:cs="Arial"/>
                <w:szCs w:val="22"/>
              </w:rPr>
              <w:t>A checklist should be constructed to record the following observations and usability metrics:</w:t>
            </w:r>
          </w:p>
          <w:p w14:paraId="1F1B8463" w14:textId="77777777" w:rsidR="005B3643" w:rsidRPr="00D018B1" w:rsidRDefault="005B3643" w:rsidP="00DE234D">
            <w:pPr>
              <w:pStyle w:val="ListParagraph"/>
              <w:numPr>
                <w:ilvl w:val="0"/>
                <w:numId w:val="21"/>
              </w:numPr>
              <w:spacing w:after="20"/>
              <w:ind w:left="216" w:hanging="216"/>
              <w:contextualSpacing w:val="0"/>
              <w:rPr>
                <w:rFonts w:cs="Arial"/>
                <w:szCs w:val="22"/>
              </w:rPr>
            </w:pPr>
            <w:r w:rsidRPr="00D018B1">
              <w:rPr>
                <w:rFonts w:cs="Arial"/>
                <w:b/>
                <w:szCs w:val="22"/>
              </w:rPr>
              <w:t>Task Sequence &amp; Completion Time</w:t>
            </w:r>
            <w:r w:rsidRPr="00D018B1">
              <w:rPr>
                <w:rFonts w:cs="Arial"/>
                <w:szCs w:val="22"/>
              </w:rPr>
              <w:t>:  The facilitator will record the time required to complete each task, the paths chosen by participants through the training materials, and whether the instruction and task completion worked as intended.  The test session is completed when the participant indicates that all testing tasks have been completed (whether successfully or unsuccessfully), when the participant requests and receives enough guidance to warrant classifying the test session as a critical error, or when the 50 minute time period is up.</w:t>
            </w:r>
          </w:p>
          <w:p w14:paraId="7DB2896D" w14:textId="77777777" w:rsidR="005B3643" w:rsidRPr="00D018B1" w:rsidRDefault="005B3643" w:rsidP="00DE234D">
            <w:pPr>
              <w:pStyle w:val="ListParagraph"/>
              <w:numPr>
                <w:ilvl w:val="0"/>
                <w:numId w:val="21"/>
              </w:numPr>
              <w:spacing w:after="20"/>
              <w:ind w:left="216" w:hanging="216"/>
              <w:contextualSpacing w:val="0"/>
              <w:rPr>
                <w:rFonts w:cs="Arial"/>
                <w:szCs w:val="22"/>
              </w:rPr>
            </w:pPr>
            <w:r w:rsidRPr="00D018B1">
              <w:rPr>
                <w:rFonts w:cs="Arial"/>
                <w:b/>
                <w:szCs w:val="22"/>
              </w:rPr>
              <w:t>Critical Errors</w:t>
            </w:r>
            <w:r w:rsidRPr="00D018B1">
              <w:rPr>
                <w:rFonts w:cs="Arial"/>
                <w:szCs w:val="22"/>
              </w:rPr>
              <w:t xml:space="preserve">:  Critical errors are deviations from the targeted task that result in an inability to complete the task.  In general, critical errors are unresolved errors during the process of completing the task, or errors that produce an incorrect outcome. Examples include running out of time, a system freeze up, or total frustration on the part of the participant who is then unable to complete one or all of the tasks.  In some cases, the facilitator may feel that the current task is unobtainable and may ask the participant to move on to the next task. The original task would therefore have been abandoned due to a critical error. Participants may or may not be aware that a task goal is incorrect or incomplete.  </w:t>
            </w:r>
            <w:r w:rsidRPr="00D018B1">
              <w:rPr>
                <w:rFonts w:cs="Arial"/>
                <w:i/>
                <w:szCs w:val="22"/>
              </w:rPr>
              <w:t>Independent</w:t>
            </w:r>
            <w:r w:rsidRPr="00D018B1">
              <w:rPr>
                <w:rFonts w:cs="Arial"/>
                <w:szCs w:val="22"/>
              </w:rPr>
              <w:t xml:space="preserve"> completion of the task list is the ultimate goal; and when help is obtained from the facilitator it should be noted and depending on the nature and extent of the help provided, that may or may not constitute a critical error.  Critical errors may also occur if the participant initiates (or attempts to initiate) an action that eventually prevents them from accomplishing one or all of the tasks. </w:t>
            </w:r>
          </w:p>
          <w:p w14:paraId="454F1508" w14:textId="77777777" w:rsidR="005B3643" w:rsidRPr="00D018B1" w:rsidRDefault="005B3643" w:rsidP="00DE234D">
            <w:pPr>
              <w:pStyle w:val="ListParagraph"/>
              <w:numPr>
                <w:ilvl w:val="0"/>
                <w:numId w:val="21"/>
              </w:numPr>
              <w:spacing w:after="20"/>
              <w:ind w:left="216" w:hanging="216"/>
              <w:contextualSpacing w:val="0"/>
              <w:rPr>
                <w:rFonts w:cs="Arial"/>
                <w:szCs w:val="22"/>
              </w:rPr>
            </w:pPr>
            <w:r w:rsidRPr="00D018B1">
              <w:rPr>
                <w:rFonts w:cs="Arial"/>
                <w:b/>
                <w:szCs w:val="22"/>
              </w:rPr>
              <w:t>Non-critical Errors</w:t>
            </w:r>
            <w:r w:rsidRPr="00D018B1">
              <w:rPr>
                <w:rFonts w:cs="Arial"/>
                <w:szCs w:val="22"/>
              </w:rPr>
              <w:t xml:space="preserve">:  Non-critical errors are errors that are recovered from by the participant or, if not detected, do not result in processing problems or unexpected results.  While the participant may not always detect non-critical errors when they occur, if and when they </w:t>
            </w:r>
            <w:r w:rsidRPr="00D018B1">
              <w:rPr>
                <w:rFonts w:cs="Arial"/>
                <w:i/>
                <w:szCs w:val="22"/>
              </w:rPr>
              <w:t>are</w:t>
            </w:r>
            <w:r w:rsidRPr="00D018B1">
              <w:rPr>
                <w:rFonts w:cs="Arial"/>
                <w:szCs w:val="22"/>
              </w:rPr>
              <w:t xml:space="preserve"> detected they are generally frustrating to the participant.</w:t>
            </w:r>
          </w:p>
          <w:p w14:paraId="05E6A642" w14:textId="77777777" w:rsidR="005B3643" w:rsidRPr="00D018B1" w:rsidRDefault="005B3643" w:rsidP="00DE234D">
            <w:pPr>
              <w:pStyle w:val="ListParagraph"/>
              <w:numPr>
                <w:ilvl w:val="0"/>
                <w:numId w:val="21"/>
              </w:numPr>
              <w:spacing w:after="20"/>
              <w:ind w:left="216" w:hanging="216"/>
              <w:contextualSpacing w:val="0"/>
              <w:rPr>
                <w:rFonts w:cs="Arial"/>
                <w:szCs w:val="22"/>
              </w:rPr>
            </w:pPr>
            <w:r w:rsidRPr="00D018B1">
              <w:rPr>
                <w:rFonts w:cs="Arial"/>
                <w:b/>
                <w:szCs w:val="22"/>
              </w:rPr>
              <w:t xml:space="preserve">Subjective Evaluations: </w:t>
            </w:r>
            <w:r w:rsidRPr="00D018B1">
              <w:rPr>
                <w:rFonts w:cs="Arial"/>
                <w:szCs w:val="22"/>
              </w:rPr>
              <w:t xml:space="preserve">Subjective evaluations regarding ease of use and satisfaction will be collected via questions, and during debriefing at the conclusion of the session.  </w:t>
            </w:r>
          </w:p>
          <w:p w14:paraId="7C84D6FD" w14:textId="77777777" w:rsidR="005B3643" w:rsidRPr="00D018B1" w:rsidRDefault="005B3643" w:rsidP="00DE234D">
            <w:pPr>
              <w:pStyle w:val="ListParagraph"/>
              <w:numPr>
                <w:ilvl w:val="0"/>
                <w:numId w:val="21"/>
              </w:numPr>
              <w:spacing w:after="20"/>
              <w:ind w:left="216" w:hanging="216"/>
              <w:contextualSpacing w:val="0"/>
              <w:rPr>
                <w:rFonts w:cs="Arial"/>
                <w:szCs w:val="22"/>
              </w:rPr>
            </w:pPr>
            <w:r w:rsidRPr="00D018B1">
              <w:rPr>
                <w:rFonts w:cs="Arial"/>
                <w:b/>
                <w:szCs w:val="22"/>
              </w:rPr>
              <w:t>Other items you may record</w:t>
            </w:r>
            <w:r w:rsidRPr="00D018B1">
              <w:rPr>
                <w:rFonts w:cs="Arial"/>
                <w:szCs w:val="22"/>
              </w:rPr>
              <w:t xml:space="preserve">: Version of training being tested, choices selected by participant (when applicable), and, for future reference, the amount of time required between participants to prepare for the next usability test. </w:t>
            </w:r>
          </w:p>
        </w:tc>
      </w:tr>
    </w:tbl>
    <w:p w14:paraId="0A098422" w14:textId="77777777" w:rsidR="005B3643" w:rsidRPr="00D018B1" w:rsidRDefault="005B3643" w:rsidP="005B3643">
      <w:pPr>
        <w:spacing w:after="0" w:line="240" w:lineRule="auto"/>
        <w:rPr>
          <w:rFonts w:eastAsia="Calibri" w:cs="Times New Roman"/>
          <w:szCs w:val="22"/>
        </w:rPr>
      </w:pPr>
    </w:p>
    <w:p w14:paraId="2A1EBF9B" w14:textId="77777777" w:rsidR="005B3643" w:rsidRPr="00D018B1" w:rsidRDefault="005B3643" w:rsidP="005B3643">
      <w:pPr>
        <w:spacing w:after="0" w:line="240" w:lineRule="auto"/>
        <w:rPr>
          <w:rFonts w:eastAsia="Calibri" w:cs="Times New Roman"/>
          <w:b/>
          <w:szCs w:val="22"/>
        </w:rPr>
      </w:pPr>
      <w:r w:rsidRPr="00D018B1">
        <w:rPr>
          <w:rFonts w:eastAsia="Calibri" w:cs="Times New Roman"/>
          <w:b/>
          <w:szCs w:val="22"/>
        </w:rPr>
        <w:br w:type="page"/>
      </w:r>
    </w:p>
    <w:p w14:paraId="78A95A13" w14:textId="77777777" w:rsidR="005B3643" w:rsidRPr="00D018B1" w:rsidRDefault="005B3643" w:rsidP="00DE234D">
      <w:pPr>
        <w:pStyle w:val="Heading2"/>
      </w:pPr>
      <w:r w:rsidRPr="00D018B1">
        <w:lastRenderedPageBreak/>
        <w:t>EXAMPLE: Usability Testing Plan for Safe Food Handling Training</w:t>
      </w:r>
    </w:p>
    <w:p w14:paraId="307BAA49" w14:textId="77777777" w:rsidR="005B3643" w:rsidRPr="00DE234D" w:rsidRDefault="005B3643" w:rsidP="00DE234D">
      <w:pPr>
        <w:pStyle w:val="Heading3"/>
      </w:pPr>
      <w:r w:rsidRPr="00DE234D">
        <w:t>Testing What?</w:t>
      </w:r>
    </w:p>
    <w:p w14:paraId="1340706A" w14:textId="77777777" w:rsidR="005B3643" w:rsidRPr="00D018B1" w:rsidRDefault="005B3643" w:rsidP="005B3643">
      <w:pPr>
        <w:spacing w:line="240" w:lineRule="auto"/>
        <w:rPr>
          <w:rFonts w:eastAsia="Calibri" w:cs="Arial"/>
          <w:szCs w:val="22"/>
        </w:rPr>
      </w:pPr>
      <w:r w:rsidRPr="00D018B1">
        <w:rPr>
          <w:rFonts w:eastAsia="Calibri" w:cs="Arial"/>
          <w:szCs w:val="22"/>
        </w:rPr>
        <w:t xml:space="preserve">The usability testing will investigate the </w:t>
      </w:r>
      <w:r w:rsidRPr="00D018B1">
        <w:rPr>
          <w:rFonts w:eastAsia="Calibri" w:cs="Arial"/>
          <w:i/>
          <w:szCs w:val="22"/>
        </w:rPr>
        <w:t>Safe Food Handling Training</w:t>
      </w:r>
      <w:r w:rsidRPr="00D018B1">
        <w:rPr>
          <w:rFonts w:eastAsia="Calibri" w:cs="Arial"/>
          <w:szCs w:val="22"/>
        </w:rPr>
        <w:t xml:space="preserve"> in both its web-based and mobile-based formats.  </w:t>
      </w:r>
    </w:p>
    <w:p w14:paraId="2A254755" w14:textId="77777777" w:rsidR="005B3643" w:rsidRPr="00DE234D" w:rsidRDefault="005B3643" w:rsidP="00DE234D">
      <w:pPr>
        <w:pStyle w:val="Heading3"/>
      </w:pPr>
      <w:r w:rsidRPr="00DE234D">
        <w:t>Participant Profiles &amp; Scheduling</w:t>
      </w:r>
    </w:p>
    <w:p w14:paraId="732E63E3" w14:textId="77777777" w:rsidR="005B3643" w:rsidRPr="00D018B1" w:rsidRDefault="005B3643" w:rsidP="005B3643">
      <w:pPr>
        <w:spacing w:line="240" w:lineRule="auto"/>
        <w:rPr>
          <w:rFonts w:eastAsia="Times New Roman" w:cs="Arial"/>
          <w:szCs w:val="22"/>
        </w:rPr>
      </w:pPr>
      <w:r w:rsidRPr="00D018B1">
        <w:rPr>
          <w:rFonts w:eastAsia="Times New Roman" w:cs="Arial"/>
          <w:szCs w:val="22"/>
        </w:rPr>
        <w:t xml:space="preserve">Six participants have been identified for the first round of testing.  They have been broken into two groups, taking their schedules into consideration. </w:t>
      </w:r>
    </w:p>
    <w:p w14:paraId="55BAFDC4" w14:textId="77777777" w:rsidR="005B3643" w:rsidRPr="00D018B1" w:rsidRDefault="005B3643" w:rsidP="00F70609">
      <w:pPr>
        <w:spacing w:after="40" w:line="240" w:lineRule="auto"/>
        <w:rPr>
          <w:rFonts w:eastAsia="Times New Roman" w:cs="Arial"/>
          <w:szCs w:val="22"/>
        </w:rPr>
      </w:pPr>
      <w:r w:rsidRPr="00D018B1">
        <w:rPr>
          <w:rFonts w:eastAsia="Times New Roman" w:cs="Arial"/>
          <w:szCs w:val="22"/>
        </w:rPr>
        <w:t>Participant #1a – 23 year old female with two years restaurant experience as a server.</w:t>
      </w:r>
    </w:p>
    <w:p w14:paraId="01A61D40" w14:textId="77777777" w:rsidR="005B3643" w:rsidRPr="00D018B1" w:rsidRDefault="005B3643" w:rsidP="00F70609">
      <w:pPr>
        <w:spacing w:after="40" w:line="240" w:lineRule="auto"/>
        <w:rPr>
          <w:rFonts w:eastAsia="Times New Roman" w:cs="Arial"/>
          <w:szCs w:val="22"/>
        </w:rPr>
      </w:pPr>
      <w:r w:rsidRPr="00D018B1">
        <w:rPr>
          <w:rFonts w:eastAsia="Times New Roman" w:cs="Arial"/>
          <w:szCs w:val="22"/>
        </w:rPr>
        <w:t>Participant #2a – 54 year old male with 30 years restaurant experience as a chef.</w:t>
      </w:r>
    </w:p>
    <w:p w14:paraId="5CBCD9F2" w14:textId="77777777" w:rsidR="005B3643" w:rsidRPr="00D018B1" w:rsidRDefault="005B3643" w:rsidP="00F70609">
      <w:pPr>
        <w:spacing w:after="40" w:line="240" w:lineRule="auto"/>
        <w:rPr>
          <w:rFonts w:eastAsia="Times New Roman" w:cs="Arial"/>
          <w:szCs w:val="22"/>
        </w:rPr>
      </w:pPr>
      <w:r w:rsidRPr="00D018B1">
        <w:rPr>
          <w:rFonts w:eastAsia="Times New Roman" w:cs="Arial"/>
          <w:szCs w:val="22"/>
        </w:rPr>
        <w:t>Participant #3a – 35 year old female with no restaurant experience but eight years in the work world.</w:t>
      </w:r>
    </w:p>
    <w:p w14:paraId="5401ED82" w14:textId="77777777" w:rsidR="005B3643" w:rsidRPr="00D018B1" w:rsidRDefault="005B3643" w:rsidP="00F70609">
      <w:pPr>
        <w:spacing w:after="40" w:line="240" w:lineRule="auto"/>
        <w:rPr>
          <w:rFonts w:eastAsia="Times New Roman" w:cs="Arial"/>
          <w:szCs w:val="22"/>
        </w:rPr>
      </w:pPr>
      <w:r w:rsidRPr="00D018B1">
        <w:rPr>
          <w:rFonts w:eastAsia="Times New Roman" w:cs="Arial"/>
          <w:szCs w:val="22"/>
        </w:rPr>
        <w:t>Participant #1b – 17 year old male with one year restaurant experience as a bus boy.</w:t>
      </w:r>
    </w:p>
    <w:p w14:paraId="69017C4D" w14:textId="77777777" w:rsidR="005B3643" w:rsidRPr="00D018B1" w:rsidRDefault="005B3643" w:rsidP="00F70609">
      <w:pPr>
        <w:spacing w:after="40" w:line="240" w:lineRule="auto"/>
        <w:rPr>
          <w:rFonts w:eastAsia="Times New Roman" w:cs="Arial"/>
          <w:szCs w:val="22"/>
        </w:rPr>
      </w:pPr>
      <w:r w:rsidRPr="00D018B1">
        <w:rPr>
          <w:rFonts w:eastAsia="Times New Roman" w:cs="Arial"/>
          <w:szCs w:val="22"/>
        </w:rPr>
        <w:t>Participant #2b – 62 year old female with no restaurant or other work experience.</w:t>
      </w:r>
    </w:p>
    <w:p w14:paraId="790A7B46" w14:textId="77777777" w:rsidR="005B3643" w:rsidRPr="00D018B1" w:rsidRDefault="005B3643" w:rsidP="005B3643">
      <w:pPr>
        <w:spacing w:line="240" w:lineRule="auto"/>
        <w:rPr>
          <w:rFonts w:eastAsia="Times New Roman" w:cs="Arial"/>
          <w:szCs w:val="22"/>
        </w:rPr>
      </w:pPr>
      <w:r w:rsidRPr="00D018B1">
        <w:rPr>
          <w:rFonts w:eastAsia="Times New Roman" w:cs="Arial"/>
          <w:szCs w:val="22"/>
        </w:rPr>
        <w:t>Participant #3b – 42 year old female with 23 years restaurant experience as a cook.</w:t>
      </w:r>
    </w:p>
    <w:tbl>
      <w:tblPr>
        <w:tblW w:w="10008" w:type="dxa"/>
        <w:tblInd w:w="108" w:type="dxa"/>
        <w:tblCellMar>
          <w:left w:w="0" w:type="dxa"/>
          <w:right w:w="0" w:type="dxa"/>
        </w:tblCellMar>
        <w:tblLook w:val="04A0" w:firstRow="1" w:lastRow="0" w:firstColumn="1" w:lastColumn="0" w:noHBand="0" w:noVBand="1"/>
      </w:tblPr>
      <w:tblGrid>
        <w:gridCol w:w="4788"/>
        <w:gridCol w:w="5220"/>
      </w:tblGrid>
      <w:tr w:rsidR="005B3643" w:rsidRPr="00D018B1" w14:paraId="3BCAB98F" w14:textId="77777777" w:rsidTr="005B3643">
        <w:tc>
          <w:tcPr>
            <w:tcW w:w="4788"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22281C73" w14:textId="77777777" w:rsidR="005B3643" w:rsidRPr="00D018B1" w:rsidRDefault="005B3643" w:rsidP="005B3643">
            <w:pPr>
              <w:spacing w:before="40" w:after="40" w:line="240" w:lineRule="auto"/>
              <w:jc w:val="center"/>
              <w:rPr>
                <w:rFonts w:eastAsia="Times New Roman" w:cs="Arial"/>
                <w:szCs w:val="22"/>
              </w:rPr>
            </w:pPr>
            <w:r w:rsidRPr="00D018B1">
              <w:rPr>
                <w:rFonts w:eastAsia="Times New Roman" w:cs="Arial"/>
                <w:b/>
                <w:bCs/>
                <w:szCs w:val="22"/>
              </w:rPr>
              <w:t>Room A – Website Testing</w:t>
            </w:r>
          </w:p>
        </w:tc>
        <w:tc>
          <w:tcPr>
            <w:tcW w:w="5220"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77D83088" w14:textId="77777777" w:rsidR="005B3643" w:rsidRPr="00D018B1" w:rsidRDefault="005B3643" w:rsidP="005B3643">
            <w:pPr>
              <w:spacing w:before="40" w:after="40" w:line="240" w:lineRule="auto"/>
              <w:jc w:val="center"/>
              <w:rPr>
                <w:rFonts w:eastAsia="Times New Roman" w:cs="Arial"/>
                <w:szCs w:val="22"/>
              </w:rPr>
            </w:pPr>
            <w:r w:rsidRPr="00D018B1">
              <w:rPr>
                <w:rFonts w:eastAsia="Times New Roman" w:cs="Arial"/>
                <w:b/>
                <w:bCs/>
                <w:szCs w:val="22"/>
              </w:rPr>
              <w:t>Room B – Mobile Application Testing</w:t>
            </w:r>
          </w:p>
        </w:tc>
      </w:tr>
      <w:tr w:rsidR="005B3643" w:rsidRPr="00D018B1" w14:paraId="4255767E" w14:textId="77777777" w:rsidTr="00327E5C">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D6901"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5:05-5:45 – testing site set up</w:t>
            </w:r>
          </w:p>
        </w:tc>
        <w:tc>
          <w:tcPr>
            <w:tcW w:w="5220" w:type="dxa"/>
            <w:tcBorders>
              <w:top w:val="nil"/>
              <w:left w:val="nil"/>
              <w:bottom w:val="single" w:sz="8" w:space="0" w:color="auto"/>
              <w:right w:val="single" w:sz="8" w:space="0" w:color="auto"/>
            </w:tcBorders>
            <w:tcMar>
              <w:top w:w="0" w:type="dxa"/>
              <w:left w:w="108" w:type="dxa"/>
              <w:bottom w:w="0" w:type="dxa"/>
              <w:right w:w="108" w:type="dxa"/>
            </w:tcMar>
            <w:hideMark/>
          </w:tcPr>
          <w:p w14:paraId="2DF24533"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5:05-5:45 – testing site set up</w:t>
            </w:r>
          </w:p>
        </w:tc>
      </w:tr>
      <w:tr w:rsidR="005B3643" w:rsidRPr="00D018B1" w14:paraId="071FF218" w14:textId="77777777" w:rsidTr="00327E5C">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F85C1"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5:45-6:15 – Website Test Participant #1a</w:t>
            </w:r>
          </w:p>
          <w:p w14:paraId="5FAB2FFA" w14:textId="77777777" w:rsidR="005B3643" w:rsidRPr="00D018B1" w:rsidRDefault="005B3643" w:rsidP="005B3643">
            <w:pPr>
              <w:spacing w:before="40" w:after="40" w:line="240" w:lineRule="auto"/>
              <w:ind w:left="1332"/>
              <w:rPr>
                <w:rFonts w:eastAsia="Times New Roman" w:cs="Arial"/>
                <w:szCs w:val="22"/>
              </w:rPr>
            </w:pPr>
            <w:r w:rsidRPr="00D018B1">
              <w:rPr>
                <w:rFonts w:eastAsia="Times New Roman" w:cs="Arial"/>
                <w:color w:val="000000"/>
                <w:szCs w:val="22"/>
              </w:rPr>
              <w:t xml:space="preserve"> </w:t>
            </w:r>
          </w:p>
        </w:tc>
        <w:tc>
          <w:tcPr>
            <w:tcW w:w="5220" w:type="dxa"/>
            <w:tcBorders>
              <w:top w:val="nil"/>
              <w:left w:val="nil"/>
              <w:bottom w:val="single" w:sz="8" w:space="0" w:color="auto"/>
              <w:right w:val="single" w:sz="8" w:space="0" w:color="auto"/>
            </w:tcBorders>
            <w:tcMar>
              <w:top w:w="0" w:type="dxa"/>
              <w:left w:w="108" w:type="dxa"/>
              <w:bottom w:w="0" w:type="dxa"/>
              <w:right w:w="108" w:type="dxa"/>
            </w:tcMar>
            <w:hideMark/>
          </w:tcPr>
          <w:p w14:paraId="455C751E"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5:45-6:15 – Mobile Application Test Participant #1b</w:t>
            </w:r>
          </w:p>
          <w:p w14:paraId="0705DDF0" w14:textId="77777777" w:rsidR="005B3643" w:rsidRPr="00D018B1" w:rsidRDefault="005B3643" w:rsidP="005B3643">
            <w:pPr>
              <w:spacing w:before="40" w:after="40" w:line="240" w:lineRule="auto"/>
              <w:ind w:left="1314"/>
              <w:rPr>
                <w:rFonts w:eastAsia="Times New Roman" w:cs="Arial"/>
                <w:szCs w:val="22"/>
              </w:rPr>
            </w:pPr>
          </w:p>
        </w:tc>
      </w:tr>
      <w:tr w:rsidR="005B3643" w:rsidRPr="00D018B1" w14:paraId="780539A9" w14:textId="77777777" w:rsidTr="00327E5C">
        <w:tc>
          <w:tcPr>
            <w:tcW w:w="4788"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6F973525"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Debrief, setting up room for second test</w:t>
            </w:r>
          </w:p>
        </w:tc>
        <w:tc>
          <w:tcPr>
            <w:tcW w:w="5220"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hideMark/>
          </w:tcPr>
          <w:p w14:paraId="16DEAFA6"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Debrief, setting up room for second test</w:t>
            </w:r>
          </w:p>
        </w:tc>
      </w:tr>
      <w:tr w:rsidR="005B3643" w:rsidRPr="00D018B1" w14:paraId="2014A2E2" w14:textId="77777777" w:rsidTr="00327E5C">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1F7BC"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6:25-6:55 – Website Test Participant #2a</w:t>
            </w:r>
          </w:p>
          <w:p w14:paraId="4409E481" w14:textId="77777777" w:rsidR="005B3643" w:rsidRPr="00D018B1" w:rsidRDefault="005B3643" w:rsidP="005B3643">
            <w:pPr>
              <w:spacing w:before="40" w:after="40" w:line="240" w:lineRule="auto"/>
              <w:ind w:left="1332"/>
              <w:rPr>
                <w:rFonts w:eastAsia="Times New Roman" w:cs="Arial"/>
                <w:szCs w:val="22"/>
              </w:rPr>
            </w:pPr>
          </w:p>
        </w:tc>
        <w:tc>
          <w:tcPr>
            <w:tcW w:w="5220" w:type="dxa"/>
            <w:tcBorders>
              <w:top w:val="nil"/>
              <w:left w:val="nil"/>
              <w:bottom w:val="single" w:sz="8" w:space="0" w:color="auto"/>
              <w:right w:val="single" w:sz="8" w:space="0" w:color="auto"/>
            </w:tcBorders>
            <w:tcMar>
              <w:top w:w="0" w:type="dxa"/>
              <w:left w:w="108" w:type="dxa"/>
              <w:bottom w:w="0" w:type="dxa"/>
              <w:right w:w="108" w:type="dxa"/>
            </w:tcMar>
            <w:hideMark/>
          </w:tcPr>
          <w:p w14:paraId="4A8FF06B"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6:25-6:55 – Mobile Application Test Participant #2b</w:t>
            </w:r>
          </w:p>
          <w:p w14:paraId="0F07249F" w14:textId="77777777" w:rsidR="005B3643" w:rsidRPr="00D018B1" w:rsidRDefault="005B3643" w:rsidP="005B3643">
            <w:pPr>
              <w:spacing w:before="40" w:after="40" w:line="240" w:lineRule="auto"/>
              <w:ind w:left="1314"/>
              <w:rPr>
                <w:rFonts w:eastAsia="Times New Roman" w:cs="Arial"/>
                <w:szCs w:val="22"/>
              </w:rPr>
            </w:pPr>
          </w:p>
        </w:tc>
      </w:tr>
      <w:tr w:rsidR="005B3643" w:rsidRPr="00D018B1" w14:paraId="2F8AE07A" w14:textId="77777777" w:rsidTr="00327E5C">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B977A4"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Debrief, setting up room for third test</w:t>
            </w:r>
          </w:p>
        </w:tc>
        <w:tc>
          <w:tcPr>
            <w:tcW w:w="5220" w:type="dxa"/>
            <w:tcBorders>
              <w:top w:val="nil"/>
              <w:left w:val="nil"/>
              <w:bottom w:val="single" w:sz="8" w:space="0" w:color="auto"/>
              <w:right w:val="single" w:sz="8" w:space="0" w:color="auto"/>
            </w:tcBorders>
            <w:tcMar>
              <w:top w:w="0" w:type="dxa"/>
              <w:left w:w="108" w:type="dxa"/>
              <w:bottom w:w="0" w:type="dxa"/>
              <w:right w:w="108" w:type="dxa"/>
            </w:tcMar>
            <w:hideMark/>
          </w:tcPr>
          <w:p w14:paraId="302FA99E"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Debrief, setting up room for third test</w:t>
            </w:r>
          </w:p>
        </w:tc>
      </w:tr>
      <w:tr w:rsidR="005B3643" w:rsidRPr="00D018B1" w14:paraId="0E346D2B" w14:textId="77777777" w:rsidTr="00327E5C">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26622"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7:00-7:30 - Website Test Participant #3a</w:t>
            </w:r>
          </w:p>
          <w:p w14:paraId="0BA520F0" w14:textId="77777777" w:rsidR="005B3643" w:rsidRPr="00D018B1" w:rsidRDefault="005B3643" w:rsidP="005B3643">
            <w:pPr>
              <w:spacing w:before="40" w:after="40" w:line="240" w:lineRule="auto"/>
              <w:ind w:left="1242"/>
              <w:rPr>
                <w:rFonts w:eastAsia="Times New Roman" w:cs="Arial"/>
                <w:szCs w:val="22"/>
              </w:rPr>
            </w:pPr>
          </w:p>
        </w:tc>
        <w:tc>
          <w:tcPr>
            <w:tcW w:w="5220" w:type="dxa"/>
            <w:tcBorders>
              <w:top w:val="nil"/>
              <w:left w:val="nil"/>
              <w:bottom w:val="single" w:sz="8" w:space="0" w:color="auto"/>
              <w:right w:val="single" w:sz="8" w:space="0" w:color="auto"/>
            </w:tcBorders>
            <w:tcMar>
              <w:top w:w="0" w:type="dxa"/>
              <w:left w:w="108" w:type="dxa"/>
              <w:bottom w:w="0" w:type="dxa"/>
              <w:right w:w="108" w:type="dxa"/>
            </w:tcMar>
            <w:hideMark/>
          </w:tcPr>
          <w:p w14:paraId="58ED50F5"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7:00-7:30 - Mobile Application Test Participant #3b</w:t>
            </w:r>
          </w:p>
          <w:p w14:paraId="2347A291" w14:textId="77777777" w:rsidR="005B3643" w:rsidRPr="00D018B1" w:rsidRDefault="005B3643" w:rsidP="005B3643">
            <w:pPr>
              <w:spacing w:before="40" w:after="40" w:line="240" w:lineRule="auto"/>
              <w:ind w:left="1314"/>
              <w:rPr>
                <w:rFonts w:eastAsia="Times New Roman" w:cs="Arial"/>
                <w:szCs w:val="22"/>
              </w:rPr>
            </w:pPr>
          </w:p>
        </w:tc>
      </w:tr>
    </w:tbl>
    <w:p w14:paraId="0C4CD1F5" w14:textId="77777777" w:rsidR="005B3643" w:rsidRPr="00D018B1" w:rsidRDefault="005B3643" w:rsidP="00A04C39">
      <w:pPr>
        <w:pStyle w:val="Heading3"/>
        <w:spacing w:before="60"/>
      </w:pPr>
      <w:r w:rsidRPr="00D018B1">
        <w:t>Location</w:t>
      </w:r>
    </w:p>
    <w:p w14:paraId="7A1F547B" w14:textId="77777777" w:rsidR="005B3643" w:rsidRPr="00D018B1" w:rsidRDefault="005B3643" w:rsidP="005B3643">
      <w:pPr>
        <w:spacing w:line="240" w:lineRule="auto"/>
        <w:rPr>
          <w:rFonts w:eastAsia="Calibri" w:cs="Arial"/>
          <w:szCs w:val="22"/>
        </w:rPr>
      </w:pPr>
      <w:r w:rsidRPr="00D018B1">
        <w:rPr>
          <w:rFonts w:eastAsia="Calibri" w:cs="Arial"/>
          <w:szCs w:val="22"/>
        </w:rPr>
        <w:t>The testing will be performed in the offices of Safe Food Handling (SFH), Inc. located in No Name, TX on Thursday, October 25</w:t>
      </w:r>
      <w:r w:rsidRPr="00D018B1">
        <w:rPr>
          <w:rFonts w:eastAsia="Calibri" w:cs="Arial"/>
          <w:szCs w:val="22"/>
          <w:vertAlign w:val="superscript"/>
        </w:rPr>
        <w:t>th</w:t>
      </w:r>
      <w:r w:rsidRPr="00D018B1">
        <w:rPr>
          <w:rFonts w:eastAsia="Calibri" w:cs="Arial"/>
          <w:szCs w:val="22"/>
        </w:rPr>
        <w:t>, 2012. </w:t>
      </w:r>
    </w:p>
    <w:p w14:paraId="1EF8E088" w14:textId="77777777" w:rsidR="005B3643" w:rsidRPr="00D018B1" w:rsidRDefault="005B3643" w:rsidP="00F70609">
      <w:pPr>
        <w:pStyle w:val="Heading3"/>
      </w:pPr>
      <w:r w:rsidRPr="00D018B1">
        <w:t>Test Environment</w:t>
      </w:r>
    </w:p>
    <w:p w14:paraId="4CCA7FF9" w14:textId="77777777" w:rsidR="005B3643" w:rsidRPr="00D018B1" w:rsidRDefault="005B3643" w:rsidP="005B3643">
      <w:pPr>
        <w:spacing w:after="0" w:line="240" w:lineRule="auto"/>
        <w:rPr>
          <w:rFonts w:eastAsia="Calibri" w:cs="Arial"/>
          <w:szCs w:val="22"/>
        </w:rPr>
      </w:pPr>
      <w:r w:rsidRPr="00D018B1">
        <w:rPr>
          <w:rFonts w:eastAsia="Calibri" w:cs="Arial"/>
          <w:szCs w:val="22"/>
        </w:rPr>
        <w:t>This usability test will take place at the SFH offices, where two separate rooms will be provided for testing.  The rooms will be set up with a desk or conference table and a chair for the test subject to comfortably sit in front of the screen (computer or mobile device).  There will also be a chair for the observers, as well as a video camera to record the user experience.</w:t>
      </w:r>
    </w:p>
    <w:p w14:paraId="0F9C40A3"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The systems, platforms and equipment involved in the tests include:</w:t>
      </w:r>
    </w:p>
    <w:p w14:paraId="78686422" w14:textId="254DE9D2" w:rsidR="005B3643" w:rsidRPr="00D018B1" w:rsidRDefault="005B3643" w:rsidP="00A04C39">
      <w:pPr>
        <w:numPr>
          <w:ilvl w:val="0"/>
          <w:numId w:val="12"/>
        </w:numPr>
        <w:spacing w:after="0" w:line="240" w:lineRule="auto"/>
        <w:ind w:left="360"/>
        <w:contextualSpacing/>
        <w:rPr>
          <w:rFonts w:eastAsia="Calibri" w:cs="Arial"/>
          <w:i/>
          <w:szCs w:val="22"/>
        </w:rPr>
      </w:pPr>
      <w:r w:rsidRPr="00D018B1">
        <w:rPr>
          <w:rFonts w:eastAsia="Calibri" w:cs="Arial"/>
          <w:szCs w:val="22"/>
        </w:rPr>
        <w:t>Website access from laptop and mobile devices (e.g., iPhone, iPod, etc</w:t>
      </w:r>
      <w:r w:rsidR="00A04C39">
        <w:rPr>
          <w:rFonts w:eastAsia="Calibri" w:cs="Arial"/>
          <w:szCs w:val="22"/>
        </w:rPr>
        <w:t>.)</w:t>
      </w:r>
      <w:r w:rsidRPr="00D018B1">
        <w:rPr>
          <w:rFonts w:eastAsia="Calibri" w:cs="Arial"/>
          <w:szCs w:val="22"/>
        </w:rPr>
        <w:t>;</w:t>
      </w:r>
    </w:p>
    <w:p w14:paraId="57D67206" w14:textId="77777777" w:rsidR="005B3643" w:rsidRPr="00D018B1" w:rsidRDefault="005B3643" w:rsidP="00A04C39">
      <w:pPr>
        <w:numPr>
          <w:ilvl w:val="0"/>
          <w:numId w:val="14"/>
        </w:numPr>
        <w:spacing w:after="200" w:line="240" w:lineRule="auto"/>
        <w:ind w:left="360"/>
        <w:contextualSpacing/>
        <w:rPr>
          <w:rFonts w:eastAsia="Calibri" w:cs="Arial"/>
          <w:szCs w:val="22"/>
        </w:rPr>
      </w:pPr>
      <w:r w:rsidRPr="00D018B1">
        <w:rPr>
          <w:rFonts w:eastAsia="Calibri" w:cs="Arial"/>
          <w:szCs w:val="22"/>
        </w:rPr>
        <w:t xml:space="preserve">Two laptop computers (with Camtasia™ recording software installed) provided by two test facilitators. These laptops will be utilized by the participants when testing the </w:t>
      </w:r>
      <w:r w:rsidRPr="00D018B1">
        <w:rPr>
          <w:rFonts w:eastAsia="Calibri" w:cs="Arial"/>
          <w:i/>
          <w:szCs w:val="22"/>
        </w:rPr>
        <w:t xml:space="preserve">large-screen version </w:t>
      </w:r>
      <w:r w:rsidRPr="00D018B1">
        <w:rPr>
          <w:rFonts w:eastAsia="Calibri" w:cs="Arial"/>
          <w:szCs w:val="22"/>
        </w:rPr>
        <w:t>of the website. Camtasia™ will be utilized to record their actions.</w:t>
      </w:r>
    </w:p>
    <w:p w14:paraId="58E12BD1" w14:textId="77777777" w:rsidR="005B3643" w:rsidRPr="00D018B1" w:rsidRDefault="005B3643" w:rsidP="00A04C39">
      <w:pPr>
        <w:numPr>
          <w:ilvl w:val="0"/>
          <w:numId w:val="14"/>
        </w:numPr>
        <w:spacing w:after="200" w:line="240" w:lineRule="auto"/>
        <w:ind w:left="360"/>
        <w:contextualSpacing/>
        <w:rPr>
          <w:rFonts w:eastAsia="Calibri" w:cs="Arial"/>
          <w:szCs w:val="22"/>
        </w:rPr>
      </w:pPr>
      <w:r w:rsidRPr="00D018B1">
        <w:rPr>
          <w:rFonts w:eastAsia="Calibri" w:cs="Arial"/>
          <w:szCs w:val="22"/>
        </w:rPr>
        <w:t>Two camera/camcorder setups and tripods will be used to record the actions of the test participants.</w:t>
      </w:r>
    </w:p>
    <w:p w14:paraId="515AD062" w14:textId="77777777" w:rsidR="005B3643" w:rsidRPr="00D018B1" w:rsidRDefault="005B3643" w:rsidP="00A04C39">
      <w:pPr>
        <w:numPr>
          <w:ilvl w:val="0"/>
          <w:numId w:val="14"/>
        </w:numPr>
        <w:tabs>
          <w:tab w:val="left" w:pos="450"/>
        </w:tabs>
        <w:spacing w:after="200" w:line="240" w:lineRule="auto"/>
        <w:ind w:left="360"/>
        <w:contextualSpacing/>
        <w:rPr>
          <w:rFonts w:eastAsia="Calibri" w:cs="Arial"/>
          <w:szCs w:val="22"/>
        </w:rPr>
      </w:pPr>
      <w:r w:rsidRPr="00D018B1">
        <w:rPr>
          <w:rFonts w:eastAsia="Calibri" w:cs="Arial"/>
          <w:szCs w:val="22"/>
        </w:rPr>
        <w:t xml:space="preserve">Smart phone device(s) will be utilized by the participants who are testing the </w:t>
      </w:r>
      <w:r w:rsidRPr="00D018B1">
        <w:rPr>
          <w:rFonts w:eastAsia="Calibri" w:cs="Arial"/>
          <w:i/>
          <w:szCs w:val="22"/>
        </w:rPr>
        <w:t xml:space="preserve">mobile smart phone version </w:t>
      </w:r>
      <w:r w:rsidRPr="00D018B1">
        <w:rPr>
          <w:rFonts w:eastAsia="Calibri" w:cs="Arial"/>
          <w:szCs w:val="22"/>
        </w:rPr>
        <w:t>of the website.</w:t>
      </w:r>
    </w:p>
    <w:p w14:paraId="23F9292D" w14:textId="77777777" w:rsidR="005B3643" w:rsidRPr="00D018B1" w:rsidRDefault="005B3643" w:rsidP="00A04C39">
      <w:pPr>
        <w:numPr>
          <w:ilvl w:val="0"/>
          <w:numId w:val="14"/>
        </w:numPr>
        <w:spacing w:after="0" w:line="240" w:lineRule="auto"/>
        <w:ind w:left="360"/>
        <w:contextualSpacing/>
        <w:rPr>
          <w:rFonts w:eastAsia="Calibri" w:cs="Arial"/>
          <w:i/>
          <w:szCs w:val="22"/>
        </w:rPr>
      </w:pPr>
      <w:r w:rsidRPr="00D018B1">
        <w:rPr>
          <w:rFonts w:eastAsia="Calibri" w:cs="Arial"/>
          <w:szCs w:val="22"/>
        </w:rPr>
        <w:lastRenderedPageBreak/>
        <w:t>The current Windows and Mac operating systems for the laptop and mobile devices will be tested; and</w:t>
      </w:r>
    </w:p>
    <w:p w14:paraId="28AD7A91" w14:textId="77777777" w:rsidR="005B3643" w:rsidRPr="00D018B1" w:rsidRDefault="005B3643" w:rsidP="00A04C39">
      <w:pPr>
        <w:numPr>
          <w:ilvl w:val="0"/>
          <w:numId w:val="14"/>
        </w:numPr>
        <w:spacing w:after="0" w:line="240" w:lineRule="auto"/>
        <w:ind w:left="360"/>
        <w:contextualSpacing/>
        <w:rPr>
          <w:rFonts w:eastAsia="Calibri" w:cs="Arial"/>
          <w:i/>
          <w:szCs w:val="22"/>
        </w:rPr>
      </w:pPr>
      <w:r w:rsidRPr="00D018B1">
        <w:rPr>
          <w:rFonts w:eastAsia="Calibri" w:cs="Arial"/>
          <w:szCs w:val="22"/>
        </w:rPr>
        <w:t>Hosting of the websites will be provided on a server maintained by the designer.</w:t>
      </w:r>
      <w:r w:rsidRPr="00D018B1">
        <w:rPr>
          <w:rFonts w:eastAsia="Calibri" w:cs="Arial"/>
          <w:i/>
          <w:szCs w:val="22"/>
        </w:rPr>
        <w:t xml:space="preserve"> </w:t>
      </w:r>
    </w:p>
    <w:p w14:paraId="2243D0A3" w14:textId="77777777" w:rsidR="005B3643" w:rsidRPr="00D018B1" w:rsidRDefault="005B3643" w:rsidP="005B3643">
      <w:pPr>
        <w:spacing w:after="0" w:line="240" w:lineRule="auto"/>
        <w:ind w:left="720"/>
        <w:contextualSpacing/>
        <w:rPr>
          <w:rFonts w:eastAsia="Calibri" w:cs="Arial"/>
          <w:i/>
          <w:szCs w:val="22"/>
        </w:rPr>
      </w:pPr>
    </w:p>
    <w:p w14:paraId="1EA7CD64" w14:textId="77777777" w:rsidR="005B3643" w:rsidRPr="00D018B1" w:rsidRDefault="005B3643" w:rsidP="005B3643">
      <w:pPr>
        <w:spacing w:before="40" w:after="40" w:line="240" w:lineRule="auto"/>
        <w:rPr>
          <w:rFonts w:eastAsia="Times New Roman" w:cs="Arial"/>
          <w:szCs w:val="22"/>
        </w:rPr>
      </w:pPr>
      <w:r w:rsidRPr="00D018B1">
        <w:rPr>
          <w:rFonts w:eastAsia="Times New Roman" w:cs="Arial"/>
          <w:szCs w:val="22"/>
        </w:rPr>
        <w:t>The Usability Test teams will use a set-up sheet to ensure that the testing rooms are consistent and set up properly before the users arrive.  It will include a checklist of necessary material and equipment for the test, as well as the materials that will be given to the participants. The following materials and equipment will be assembled for the usability testing:</w:t>
      </w:r>
    </w:p>
    <w:p w14:paraId="267F3671"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Laptops with internet access</w:t>
      </w:r>
    </w:p>
    <w:p w14:paraId="795860F8"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Camtasia™ Studio for capture screen</w:t>
      </w:r>
    </w:p>
    <w:p w14:paraId="4E8CF4B7"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Portable document camera for mobile testing</w:t>
      </w:r>
    </w:p>
    <w:p w14:paraId="1094FC9B"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Video camera and/or audio recorder</w:t>
      </w:r>
    </w:p>
    <w:p w14:paraId="3EAB7DE8"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Set-up sheet</w:t>
      </w:r>
    </w:p>
    <w:p w14:paraId="5409FE94"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Pre-test Questionnaire</w:t>
      </w:r>
    </w:p>
    <w:p w14:paraId="1E7850AE"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Task list</w:t>
      </w:r>
    </w:p>
    <w:p w14:paraId="08BBDFAF"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Observation sheets</w:t>
      </w:r>
    </w:p>
    <w:p w14:paraId="2A80E018"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Post-test Questionnaire</w:t>
      </w:r>
    </w:p>
    <w:p w14:paraId="2D21AFF1"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Smart phones</w:t>
      </w:r>
    </w:p>
    <w:p w14:paraId="00678560"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Tablets</w:t>
      </w:r>
    </w:p>
    <w:p w14:paraId="1E7458AB" w14:textId="77777777" w:rsidR="005B3643" w:rsidRPr="00D018B1" w:rsidRDefault="005B3643" w:rsidP="005B3643">
      <w:pPr>
        <w:numPr>
          <w:ilvl w:val="0"/>
          <w:numId w:val="13"/>
        </w:numPr>
        <w:spacing w:before="40" w:after="40" w:line="240" w:lineRule="auto"/>
        <w:contextualSpacing/>
        <w:rPr>
          <w:rFonts w:eastAsia="Calibri" w:cs="Arial"/>
          <w:szCs w:val="22"/>
        </w:rPr>
      </w:pPr>
      <w:r w:rsidRPr="00D018B1">
        <w:rPr>
          <w:rFonts w:eastAsia="Calibri" w:cs="Arial"/>
          <w:szCs w:val="22"/>
        </w:rPr>
        <w:t>Three copies of all testing forms for each testing room.</w:t>
      </w:r>
    </w:p>
    <w:p w14:paraId="707A52B7" w14:textId="77777777" w:rsidR="005B3643" w:rsidRPr="00D018B1" w:rsidRDefault="005B3643" w:rsidP="005B3643">
      <w:pPr>
        <w:pBdr>
          <w:bottom w:val="single" w:sz="4" w:space="4" w:color="4F81BD"/>
        </w:pBdr>
        <w:spacing w:before="60" w:after="0" w:line="240" w:lineRule="auto"/>
        <w:ind w:right="2160"/>
        <w:rPr>
          <w:rFonts w:eastAsia="Calibri" w:cs="Arial"/>
          <w:szCs w:val="22"/>
        </w:rPr>
      </w:pPr>
    </w:p>
    <w:p w14:paraId="1FC4205B" w14:textId="77777777" w:rsidR="005B3643" w:rsidRPr="00D018B1" w:rsidRDefault="005B3643" w:rsidP="0052530A">
      <w:pPr>
        <w:pStyle w:val="Heading3"/>
      </w:pPr>
      <w:r w:rsidRPr="00D018B1">
        <w:t>Testing Teams</w:t>
      </w:r>
    </w:p>
    <w:p w14:paraId="421A0FDC" w14:textId="77777777" w:rsidR="005B3643" w:rsidRPr="00D018B1" w:rsidRDefault="005B3643" w:rsidP="005B3643">
      <w:pPr>
        <w:spacing w:after="0" w:line="240" w:lineRule="auto"/>
        <w:rPr>
          <w:rFonts w:eastAsia="Calibri" w:cs="Arial"/>
          <w:szCs w:val="22"/>
        </w:rPr>
      </w:pPr>
      <w:r w:rsidRPr="00D018B1">
        <w:rPr>
          <w:rFonts w:eastAsia="Calibri" w:cs="Arial"/>
          <w:szCs w:val="22"/>
        </w:rPr>
        <w:t>Two teams will set up and test participants. The teams will consist of the following roles and duties:</w:t>
      </w:r>
    </w:p>
    <w:p w14:paraId="7CDF4BBA" w14:textId="77777777" w:rsidR="005B3643" w:rsidRPr="00D018B1" w:rsidRDefault="005B3643" w:rsidP="005B3643">
      <w:pPr>
        <w:numPr>
          <w:ilvl w:val="0"/>
          <w:numId w:val="15"/>
        </w:numPr>
        <w:tabs>
          <w:tab w:val="left" w:pos="360"/>
        </w:tabs>
        <w:spacing w:after="0" w:line="240" w:lineRule="auto"/>
        <w:contextualSpacing/>
        <w:rPr>
          <w:rFonts w:eastAsia="Calibri" w:cs="Arial"/>
          <w:szCs w:val="22"/>
        </w:rPr>
      </w:pPr>
      <w:r w:rsidRPr="00D018B1">
        <w:rPr>
          <w:rFonts w:eastAsia="Calibri" w:cs="Arial"/>
          <w:szCs w:val="22"/>
        </w:rPr>
        <w:t>Facilitator – Sits next to the participant and reads the script to the participant. The facilitator records information on the Facilitator form but is aware and responsible to intervene if the participant encounters a critical error.</w:t>
      </w:r>
    </w:p>
    <w:p w14:paraId="1D69127D" w14:textId="77777777" w:rsidR="005B3643" w:rsidRPr="00D018B1" w:rsidRDefault="005B3643" w:rsidP="005B3643">
      <w:pPr>
        <w:numPr>
          <w:ilvl w:val="0"/>
          <w:numId w:val="15"/>
        </w:numPr>
        <w:tabs>
          <w:tab w:val="left" w:pos="360"/>
        </w:tabs>
        <w:spacing w:after="0" w:line="240" w:lineRule="auto"/>
        <w:contextualSpacing/>
        <w:rPr>
          <w:rFonts w:eastAsia="Calibri" w:cs="Arial"/>
          <w:szCs w:val="22"/>
        </w:rPr>
      </w:pPr>
      <w:r w:rsidRPr="00D018B1">
        <w:rPr>
          <w:rFonts w:eastAsia="Calibri" w:cs="Arial"/>
          <w:szCs w:val="22"/>
        </w:rPr>
        <w:t>Recorder – Records information including errors, critical errors, location of error, beginning time, ending time of each task and ending time of entire test session.</w:t>
      </w:r>
    </w:p>
    <w:p w14:paraId="62F6F8E2" w14:textId="77777777" w:rsidR="005B3643" w:rsidRPr="00D018B1" w:rsidRDefault="005B3643" w:rsidP="005B3643">
      <w:pPr>
        <w:numPr>
          <w:ilvl w:val="0"/>
          <w:numId w:val="15"/>
        </w:numPr>
        <w:tabs>
          <w:tab w:val="left" w:pos="360"/>
        </w:tabs>
        <w:spacing w:after="80" w:line="240" w:lineRule="auto"/>
        <w:contextualSpacing/>
        <w:rPr>
          <w:rFonts w:eastAsia="Calibri" w:cs="Arial"/>
          <w:szCs w:val="22"/>
        </w:rPr>
      </w:pPr>
      <w:r w:rsidRPr="00D018B1">
        <w:rPr>
          <w:rFonts w:eastAsia="Calibri" w:cs="Arial"/>
          <w:szCs w:val="22"/>
        </w:rPr>
        <w:t>Technician – Observes, takes notes, and addresses any technical difficulties with the recording equipment.</w:t>
      </w:r>
      <w:r w:rsidRPr="00D018B1">
        <w:rPr>
          <w:rFonts w:eastAsia="Calibri" w:cs="Arial"/>
          <w:szCs w:val="22"/>
        </w:rPr>
        <w:br/>
      </w:r>
    </w:p>
    <w:tbl>
      <w:tblPr>
        <w:tblStyle w:val="TableGrid1"/>
        <w:tblW w:w="0" w:type="auto"/>
        <w:tblInd w:w="72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4428"/>
        <w:gridCol w:w="4428"/>
      </w:tblGrid>
      <w:tr w:rsidR="005B3643" w:rsidRPr="00D018B1" w14:paraId="7E8A7008" w14:textId="77777777" w:rsidTr="0052530A">
        <w:tc>
          <w:tcPr>
            <w:tcW w:w="4428" w:type="dxa"/>
          </w:tcPr>
          <w:p w14:paraId="37B6EE23" w14:textId="77777777" w:rsidR="005B3643" w:rsidRPr="00D018B1" w:rsidRDefault="005B3643" w:rsidP="005B3643">
            <w:pPr>
              <w:tabs>
                <w:tab w:val="left" w:pos="360"/>
              </w:tabs>
              <w:spacing w:after="80"/>
              <w:contextualSpacing/>
              <w:rPr>
                <w:rFonts w:cs="Arial"/>
                <w:szCs w:val="22"/>
              </w:rPr>
            </w:pPr>
            <w:r w:rsidRPr="00D018B1">
              <w:rPr>
                <w:rFonts w:cs="Arial"/>
                <w:b/>
                <w:szCs w:val="22"/>
              </w:rPr>
              <w:t>Room A – Website Team</w:t>
            </w:r>
          </w:p>
        </w:tc>
        <w:tc>
          <w:tcPr>
            <w:tcW w:w="4428" w:type="dxa"/>
          </w:tcPr>
          <w:p w14:paraId="7FDA8E1A" w14:textId="77777777" w:rsidR="005B3643" w:rsidRPr="00D018B1" w:rsidRDefault="005B3643" w:rsidP="005B3643">
            <w:pPr>
              <w:spacing w:after="0"/>
              <w:rPr>
                <w:rFonts w:cs="Arial"/>
                <w:szCs w:val="22"/>
              </w:rPr>
            </w:pPr>
            <w:r w:rsidRPr="00D018B1">
              <w:rPr>
                <w:rFonts w:cs="Arial"/>
                <w:b/>
                <w:szCs w:val="22"/>
              </w:rPr>
              <w:t>Room B – Mobile Team</w:t>
            </w:r>
            <w:r w:rsidRPr="00D018B1">
              <w:rPr>
                <w:rFonts w:cs="Arial"/>
                <w:szCs w:val="22"/>
              </w:rPr>
              <w:t xml:space="preserve"> </w:t>
            </w:r>
          </w:p>
        </w:tc>
      </w:tr>
      <w:tr w:rsidR="005B3643" w:rsidRPr="00D018B1" w14:paraId="321BA649" w14:textId="77777777" w:rsidTr="0052530A">
        <w:tc>
          <w:tcPr>
            <w:tcW w:w="4428" w:type="dxa"/>
          </w:tcPr>
          <w:p w14:paraId="1FF8D506" w14:textId="77777777" w:rsidR="005B3643" w:rsidRPr="00D018B1" w:rsidRDefault="005B3643" w:rsidP="005B3643">
            <w:pPr>
              <w:spacing w:after="0"/>
              <w:rPr>
                <w:rFonts w:cs="Arial"/>
                <w:szCs w:val="22"/>
              </w:rPr>
            </w:pPr>
            <w:r w:rsidRPr="00D018B1">
              <w:rPr>
                <w:rFonts w:cs="Arial"/>
                <w:szCs w:val="22"/>
              </w:rPr>
              <w:t>Facilitator – Design Team Member 1</w:t>
            </w:r>
          </w:p>
        </w:tc>
        <w:tc>
          <w:tcPr>
            <w:tcW w:w="4428" w:type="dxa"/>
          </w:tcPr>
          <w:p w14:paraId="2811133C" w14:textId="77777777" w:rsidR="005B3643" w:rsidRPr="00D018B1" w:rsidRDefault="005B3643" w:rsidP="005B3643">
            <w:pPr>
              <w:spacing w:after="0"/>
              <w:rPr>
                <w:rFonts w:cs="Arial"/>
                <w:szCs w:val="22"/>
              </w:rPr>
            </w:pPr>
            <w:r w:rsidRPr="00D018B1">
              <w:rPr>
                <w:rFonts w:cs="Arial"/>
                <w:szCs w:val="22"/>
              </w:rPr>
              <w:t xml:space="preserve">Facilitator – Design Team Member 4 </w:t>
            </w:r>
          </w:p>
        </w:tc>
      </w:tr>
      <w:tr w:rsidR="005B3643" w:rsidRPr="00D018B1" w14:paraId="121E7AE3" w14:textId="77777777" w:rsidTr="0052530A">
        <w:tc>
          <w:tcPr>
            <w:tcW w:w="4428" w:type="dxa"/>
          </w:tcPr>
          <w:p w14:paraId="69C70EEA" w14:textId="77777777" w:rsidR="005B3643" w:rsidRPr="00D018B1" w:rsidRDefault="005B3643" w:rsidP="005B3643">
            <w:pPr>
              <w:spacing w:after="0"/>
              <w:rPr>
                <w:rFonts w:cs="Arial"/>
                <w:szCs w:val="22"/>
              </w:rPr>
            </w:pPr>
            <w:r w:rsidRPr="00D018B1">
              <w:rPr>
                <w:rFonts w:cs="Arial"/>
                <w:szCs w:val="22"/>
              </w:rPr>
              <w:t xml:space="preserve">Recorder – Design Team Member 2 </w:t>
            </w:r>
          </w:p>
        </w:tc>
        <w:tc>
          <w:tcPr>
            <w:tcW w:w="4428" w:type="dxa"/>
          </w:tcPr>
          <w:p w14:paraId="14942364" w14:textId="77777777" w:rsidR="005B3643" w:rsidRPr="00D018B1" w:rsidRDefault="005B3643" w:rsidP="005B3643">
            <w:pPr>
              <w:spacing w:after="0"/>
              <w:rPr>
                <w:rFonts w:cs="Arial"/>
                <w:szCs w:val="22"/>
              </w:rPr>
            </w:pPr>
            <w:r w:rsidRPr="00D018B1">
              <w:rPr>
                <w:rFonts w:cs="Arial"/>
                <w:szCs w:val="22"/>
              </w:rPr>
              <w:t>Recorder – Design Team Member 5</w:t>
            </w:r>
          </w:p>
        </w:tc>
      </w:tr>
      <w:tr w:rsidR="005B3643" w:rsidRPr="00D018B1" w14:paraId="48C423F7" w14:textId="77777777" w:rsidTr="0052530A">
        <w:tc>
          <w:tcPr>
            <w:tcW w:w="4428" w:type="dxa"/>
          </w:tcPr>
          <w:p w14:paraId="365D1BD9" w14:textId="77777777" w:rsidR="005B3643" w:rsidRPr="00D018B1" w:rsidRDefault="005B3643" w:rsidP="005B3643">
            <w:pPr>
              <w:rPr>
                <w:rFonts w:cs="Arial"/>
                <w:szCs w:val="22"/>
              </w:rPr>
            </w:pPr>
            <w:r w:rsidRPr="00D018B1">
              <w:rPr>
                <w:rFonts w:cs="Arial"/>
                <w:szCs w:val="22"/>
              </w:rPr>
              <w:t>Technician – Design Team Member 3</w:t>
            </w:r>
          </w:p>
        </w:tc>
        <w:tc>
          <w:tcPr>
            <w:tcW w:w="4428" w:type="dxa"/>
          </w:tcPr>
          <w:p w14:paraId="2D023551" w14:textId="77777777" w:rsidR="005B3643" w:rsidRPr="00D018B1" w:rsidRDefault="005B3643" w:rsidP="005B3643">
            <w:pPr>
              <w:spacing w:after="0"/>
              <w:rPr>
                <w:rFonts w:cs="Arial"/>
                <w:szCs w:val="22"/>
              </w:rPr>
            </w:pPr>
            <w:r w:rsidRPr="00D018B1">
              <w:rPr>
                <w:rFonts w:cs="Arial"/>
                <w:szCs w:val="22"/>
              </w:rPr>
              <w:t>Technician – Design Team Member 6</w:t>
            </w:r>
          </w:p>
        </w:tc>
      </w:tr>
    </w:tbl>
    <w:p w14:paraId="27A495C5" w14:textId="77777777" w:rsidR="005B3643" w:rsidRPr="00D018B1" w:rsidRDefault="005B3643" w:rsidP="005B3643">
      <w:pPr>
        <w:spacing w:after="0" w:line="240" w:lineRule="auto"/>
        <w:rPr>
          <w:rFonts w:eastAsia="Calibri" w:cs="Arial"/>
          <w:szCs w:val="22"/>
        </w:rPr>
      </w:pPr>
    </w:p>
    <w:p w14:paraId="701274A4" w14:textId="77777777" w:rsidR="005B3643" w:rsidRPr="00D018B1" w:rsidRDefault="005B3643" w:rsidP="0052530A">
      <w:pPr>
        <w:pStyle w:val="Heading3"/>
      </w:pPr>
      <w:r w:rsidRPr="00D018B1">
        <w:t>Evaluation Methods</w:t>
      </w:r>
    </w:p>
    <w:p w14:paraId="0F119BC3" w14:textId="77777777" w:rsidR="005B3643" w:rsidRPr="00D018B1" w:rsidRDefault="005B3643" w:rsidP="005B3643">
      <w:pPr>
        <w:spacing w:after="0" w:line="240" w:lineRule="auto"/>
        <w:contextualSpacing/>
        <w:rPr>
          <w:rFonts w:eastAsia="Calibri" w:cs="Arial"/>
          <w:szCs w:val="22"/>
        </w:rPr>
      </w:pPr>
      <w:r w:rsidRPr="00D018B1">
        <w:rPr>
          <w:rFonts w:eastAsia="Calibri" w:cs="Arial"/>
          <w:szCs w:val="22"/>
        </w:rPr>
        <w:t>The following data and measurements will be collected and/or calculated:</w:t>
      </w:r>
    </w:p>
    <w:p w14:paraId="319135C6"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First impressions of the website design and layout</w:t>
      </w:r>
    </w:p>
    <w:p w14:paraId="2AC8ADAB"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Time to complete each task (Scenario, final assessment, etc.)</w:t>
      </w:r>
    </w:p>
    <w:p w14:paraId="6FBB508F"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Time to complete entire testing session</w:t>
      </w:r>
    </w:p>
    <w:p w14:paraId="000E7D2F"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Cursor movements (captured through the software program Camtasia™)</w:t>
      </w:r>
    </w:p>
    <w:p w14:paraId="46E511AC"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lastRenderedPageBreak/>
        <w:t>Participant comments about the usability of the website (based upon efforts to complete the Task List)</w:t>
      </w:r>
    </w:p>
    <w:p w14:paraId="5CE3C3A8"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Areas the participant indicates are confusing, buggy or problematic</w:t>
      </w:r>
    </w:p>
    <w:p w14:paraId="28D5F925"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Areas the participant indicates are particularly helpful (e.g., “wow,” “cool,” or “I didn’t know that” moments.)</w:t>
      </w:r>
    </w:p>
    <w:p w14:paraId="33C3D69C"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Data regarding participant satisfaction with the website experience and the content covered</w:t>
      </w:r>
    </w:p>
    <w:p w14:paraId="7B0CF429"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Participant ability to see and understanding the images and job aids</w:t>
      </w:r>
    </w:p>
    <w:p w14:paraId="3AFFD2C3" w14:textId="77777777" w:rsidR="005B3643" w:rsidRPr="00D018B1" w:rsidRDefault="005B3643" w:rsidP="005B3643">
      <w:pPr>
        <w:numPr>
          <w:ilvl w:val="0"/>
          <w:numId w:val="16"/>
        </w:numPr>
        <w:spacing w:after="0" w:line="240" w:lineRule="auto"/>
        <w:ind w:left="720"/>
        <w:contextualSpacing/>
        <w:rPr>
          <w:rFonts w:eastAsia="Calibri" w:cs="Arial"/>
          <w:szCs w:val="22"/>
        </w:rPr>
      </w:pPr>
      <w:r w:rsidRPr="00D018B1">
        <w:rPr>
          <w:rFonts w:eastAsia="Calibri" w:cs="Arial"/>
          <w:szCs w:val="22"/>
        </w:rPr>
        <w:t xml:space="preserve">Errors – </w:t>
      </w:r>
      <w:r w:rsidRPr="00D018B1">
        <w:rPr>
          <w:rFonts w:eastAsia="Times New Roman" w:cs="Arial"/>
          <w:color w:val="000000"/>
          <w:szCs w:val="22"/>
          <w:shd w:val="clear" w:color="auto" w:fill="FFFFFF"/>
        </w:rPr>
        <w:t>The errors that occur will be noted and classified. Error classes include:</w:t>
      </w:r>
    </w:p>
    <w:p w14:paraId="03456513" w14:textId="77777777" w:rsidR="005B3643" w:rsidRPr="00D018B1" w:rsidRDefault="005B3643" w:rsidP="005B3643">
      <w:pPr>
        <w:numPr>
          <w:ilvl w:val="1"/>
          <w:numId w:val="16"/>
        </w:numPr>
        <w:spacing w:after="0" w:line="240" w:lineRule="auto"/>
        <w:ind w:left="1080"/>
        <w:rPr>
          <w:rFonts w:eastAsia="Times New Roman" w:cs="Arial"/>
          <w:color w:val="000000"/>
          <w:szCs w:val="22"/>
          <w:shd w:val="clear" w:color="auto" w:fill="FFFFFF"/>
        </w:rPr>
      </w:pPr>
      <w:r w:rsidRPr="00D018B1">
        <w:rPr>
          <w:rFonts w:eastAsia="Times New Roman" w:cs="Arial"/>
          <w:color w:val="000000"/>
          <w:szCs w:val="22"/>
          <w:u w:val="single"/>
          <w:shd w:val="clear" w:color="auto" w:fill="FFFFFF"/>
        </w:rPr>
        <w:t>Unobserved error</w:t>
      </w:r>
      <w:r w:rsidRPr="00D018B1">
        <w:rPr>
          <w:rFonts w:eastAsia="Times New Roman" w:cs="Arial"/>
          <w:color w:val="000000"/>
          <w:szCs w:val="22"/>
          <w:shd w:val="clear" w:color="auto" w:fill="FFFFFF"/>
        </w:rPr>
        <w:t xml:space="preserve"> — The error was noted by a test team member, but was not significant enough for the participant to notice or to impair their use of the website.</w:t>
      </w:r>
    </w:p>
    <w:p w14:paraId="18434267" w14:textId="77777777" w:rsidR="005B3643" w:rsidRPr="00D018B1" w:rsidRDefault="005B3643" w:rsidP="005B3643">
      <w:pPr>
        <w:numPr>
          <w:ilvl w:val="1"/>
          <w:numId w:val="16"/>
        </w:numPr>
        <w:spacing w:after="0" w:line="240" w:lineRule="auto"/>
        <w:ind w:left="1080"/>
        <w:rPr>
          <w:rFonts w:eastAsia="Times New Roman" w:cs="Arial"/>
          <w:color w:val="000000"/>
          <w:szCs w:val="22"/>
          <w:shd w:val="clear" w:color="auto" w:fill="FFFFFF"/>
        </w:rPr>
      </w:pPr>
      <w:r w:rsidRPr="00D018B1">
        <w:rPr>
          <w:rFonts w:eastAsia="Times New Roman" w:cs="Arial"/>
          <w:color w:val="000000"/>
          <w:szCs w:val="22"/>
          <w:u w:val="single"/>
          <w:shd w:val="clear" w:color="auto" w:fill="FFFFFF"/>
        </w:rPr>
        <w:t>Non-critical error</w:t>
      </w:r>
      <w:r w:rsidRPr="00D018B1">
        <w:rPr>
          <w:rFonts w:eastAsia="Times New Roman" w:cs="Arial"/>
          <w:color w:val="000000"/>
          <w:szCs w:val="22"/>
          <w:shd w:val="clear" w:color="auto" w:fill="FFFFFF"/>
        </w:rPr>
        <w:t xml:space="preserve"> — The participant noticed the error, but was able to recover and successfully complete the task.</w:t>
      </w:r>
    </w:p>
    <w:p w14:paraId="67571B3F" w14:textId="77777777" w:rsidR="005B3643" w:rsidRPr="00D018B1" w:rsidRDefault="005B3643" w:rsidP="005B3643">
      <w:pPr>
        <w:numPr>
          <w:ilvl w:val="1"/>
          <w:numId w:val="16"/>
        </w:numPr>
        <w:spacing w:after="0" w:line="240" w:lineRule="auto"/>
        <w:ind w:left="1080"/>
        <w:rPr>
          <w:rFonts w:eastAsia="Times New Roman" w:cs="Arial"/>
          <w:color w:val="000000"/>
          <w:szCs w:val="22"/>
          <w:shd w:val="clear" w:color="auto" w:fill="FFFFFF"/>
        </w:rPr>
      </w:pPr>
      <w:r w:rsidRPr="00D018B1">
        <w:rPr>
          <w:rFonts w:eastAsia="Times New Roman" w:cs="Arial"/>
          <w:color w:val="000000"/>
          <w:szCs w:val="22"/>
          <w:u w:val="single"/>
          <w:shd w:val="clear" w:color="auto" w:fill="FFFFFF"/>
        </w:rPr>
        <w:t>Critical error</w:t>
      </w:r>
      <w:r w:rsidRPr="00D018B1">
        <w:rPr>
          <w:rFonts w:eastAsia="Times New Roman" w:cs="Arial"/>
          <w:color w:val="000000"/>
          <w:szCs w:val="22"/>
          <w:shd w:val="clear" w:color="auto" w:fill="FFFFFF"/>
        </w:rPr>
        <w:t xml:space="preserve"> — The participant noticed the error and it significantly impaired their ability to successfully complete the task.  </w:t>
      </w:r>
    </w:p>
    <w:p w14:paraId="13BD28B7" w14:textId="77777777" w:rsidR="005B3643" w:rsidRPr="00D018B1" w:rsidRDefault="005B3643" w:rsidP="005B3643">
      <w:pPr>
        <w:numPr>
          <w:ilvl w:val="0"/>
          <w:numId w:val="16"/>
        </w:numPr>
        <w:spacing w:after="200" w:line="240" w:lineRule="auto"/>
        <w:ind w:left="720"/>
        <w:contextualSpacing/>
        <w:rPr>
          <w:rFonts w:eastAsia="Calibri" w:cs="Arial"/>
          <w:szCs w:val="22"/>
        </w:rPr>
      </w:pPr>
      <w:r w:rsidRPr="00D018B1">
        <w:rPr>
          <w:rFonts w:eastAsia="Calibri" w:cs="Arial"/>
          <w:szCs w:val="22"/>
        </w:rPr>
        <w:t>Location where errors occur (segment of scenario, assessment item, screen, control, and/or other locations on the sites)</w:t>
      </w:r>
    </w:p>
    <w:p w14:paraId="5ACFAC60" w14:textId="77777777" w:rsidR="005B3643" w:rsidRPr="00D018B1" w:rsidRDefault="005B3643" w:rsidP="005B3643">
      <w:pPr>
        <w:numPr>
          <w:ilvl w:val="0"/>
          <w:numId w:val="16"/>
        </w:numPr>
        <w:spacing w:after="200" w:line="240" w:lineRule="auto"/>
        <w:ind w:left="720"/>
        <w:contextualSpacing/>
        <w:rPr>
          <w:rFonts w:eastAsia="Times New Roman" w:cs="Arial"/>
          <w:color w:val="000000"/>
          <w:szCs w:val="22"/>
          <w:shd w:val="clear" w:color="auto" w:fill="FFFFFF"/>
        </w:rPr>
      </w:pPr>
      <w:r w:rsidRPr="00D018B1">
        <w:rPr>
          <w:rFonts w:eastAsia="Calibri" w:cs="Arial"/>
          <w:szCs w:val="22"/>
        </w:rPr>
        <w:t>Technical</w:t>
      </w:r>
      <w:r w:rsidRPr="00D018B1">
        <w:rPr>
          <w:rFonts w:eastAsia="Times New Roman" w:cs="Arial"/>
          <w:color w:val="000000"/>
          <w:szCs w:val="22"/>
          <w:shd w:val="clear" w:color="auto" w:fill="FFFFFF"/>
        </w:rPr>
        <w:t xml:space="preserve"> troubleshooting information, including problems with the test set up, website access issues, or problems with site navigation, images, the scenario branching, job aids, or the assessment.</w:t>
      </w:r>
    </w:p>
    <w:p w14:paraId="6C14CC0B" w14:textId="77777777" w:rsidR="005B3643" w:rsidRPr="00D018B1" w:rsidRDefault="005B3643" w:rsidP="005B3643">
      <w:pPr>
        <w:spacing w:before="40" w:after="40" w:line="240" w:lineRule="auto"/>
        <w:rPr>
          <w:rFonts w:eastAsia="Times New Roman" w:cs="Arial"/>
          <w:szCs w:val="22"/>
        </w:rPr>
      </w:pPr>
    </w:p>
    <w:p w14:paraId="74E4B4C9" w14:textId="77777777" w:rsidR="005B3643" w:rsidRPr="00D018B1" w:rsidRDefault="005B3643" w:rsidP="0052530A">
      <w:pPr>
        <w:pStyle w:val="Heading3"/>
      </w:pPr>
      <w:r w:rsidRPr="00D018B1">
        <w:t>Team Protocol &amp; Script</w:t>
      </w:r>
    </w:p>
    <w:p w14:paraId="04F8675A" w14:textId="77777777" w:rsidR="005B3643" w:rsidRPr="00D018B1" w:rsidRDefault="005B3643" w:rsidP="005B3643">
      <w:pPr>
        <w:numPr>
          <w:ilvl w:val="0"/>
          <w:numId w:val="10"/>
        </w:numPr>
        <w:spacing w:after="200" w:line="240" w:lineRule="auto"/>
        <w:contextualSpacing/>
        <w:jc w:val="both"/>
        <w:rPr>
          <w:rFonts w:eastAsia="Calibri" w:cs="Arial"/>
          <w:b/>
          <w:szCs w:val="22"/>
        </w:rPr>
      </w:pPr>
      <w:r w:rsidRPr="00D018B1">
        <w:rPr>
          <w:rFonts w:eastAsia="Calibri" w:cs="Arial"/>
          <w:b/>
          <w:szCs w:val="22"/>
        </w:rPr>
        <w:t>Introductions</w:t>
      </w:r>
    </w:p>
    <w:p w14:paraId="48A1A390"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Facilitator introduces himself/herself and team members.</w:t>
      </w:r>
    </w:p>
    <w:p w14:paraId="7C0CAA2B" w14:textId="77777777" w:rsidR="005B3643" w:rsidRPr="00D018B1" w:rsidRDefault="005B3643" w:rsidP="005B3643">
      <w:pPr>
        <w:numPr>
          <w:ilvl w:val="1"/>
          <w:numId w:val="10"/>
        </w:numPr>
        <w:spacing w:after="0" w:line="240" w:lineRule="auto"/>
        <w:ind w:left="1080"/>
        <w:contextualSpacing/>
        <w:rPr>
          <w:rFonts w:eastAsia="Calibri" w:cs="Arial"/>
          <w:szCs w:val="22"/>
        </w:rPr>
      </w:pPr>
      <w:r w:rsidRPr="00D018B1">
        <w:rPr>
          <w:rFonts w:eastAsia="Calibri" w:cs="Arial"/>
          <w:szCs w:val="22"/>
        </w:rPr>
        <w:t>Facilitator asks participant to introduce himself/herself. (Recorder writes participant’s name at top of all forms &amp; surveys; technician does a sound check.)</w:t>
      </w:r>
    </w:p>
    <w:p w14:paraId="0CE9322E" w14:textId="77777777" w:rsidR="005B3643" w:rsidRPr="00D018B1" w:rsidRDefault="005B3643" w:rsidP="005B3643">
      <w:pPr>
        <w:numPr>
          <w:ilvl w:val="1"/>
          <w:numId w:val="10"/>
        </w:numPr>
        <w:spacing w:after="0" w:line="240" w:lineRule="auto"/>
        <w:ind w:left="1080"/>
        <w:contextualSpacing/>
        <w:rPr>
          <w:rFonts w:eastAsia="Calibri" w:cs="Arial"/>
          <w:szCs w:val="22"/>
        </w:rPr>
      </w:pPr>
      <w:r w:rsidRPr="00D018B1">
        <w:rPr>
          <w:rFonts w:eastAsia="Calibri" w:cs="Arial"/>
          <w:szCs w:val="22"/>
        </w:rPr>
        <w:t>Facilitator explains: “</w:t>
      </w:r>
      <w:r w:rsidRPr="00D018B1">
        <w:rPr>
          <w:rFonts w:eastAsia="Calibri" w:cs="Arial"/>
          <w:i/>
          <w:szCs w:val="22"/>
        </w:rPr>
        <w:t>Thank you for taking time from the end of your workday to participate in our test. I will be reading a script to you so that we make sure that all test participants hear the same information and nothing is left out. You will be testing the [website/mobile] version of the training we developed for employees who want to learn how to safely handle food in a restaurant. Some of the materials are not yet in final form and they will be handed to you as hard copies of illustrations and the storyboard for the videos. Have you had a chance to complete the demographic and experience form we sent?</w:t>
      </w:r>
      <w:r w:rsidRPr="00D018B1">
        <w:rPr>
          <w:rFonts w:eastAsia="Calibri" w:cs="Arial"/>
          <w:szCs w:val="22"/>
        </w:rPr>
        <w:t>”  [Collect the demographic form]</w:t>
      </w:r>
    </w:p>
    <w:p w14:paraId="6936BA3E" w14:textId="77777777" w:rsidR="005B3643" w:rsidRPr="00D018B1" w:rsidRDefault="005B3643" w:rsidP="005B3643">
      <w:pPr>
        <w:numPr>
          <w:ilvl w:val="1"/>
          <w:numId w:val="10"/>
        </w:numPr>
        <w:tabs>
          <w:tab w:val="left" w:pos="1080"/>
        </w:tabs>
        <w:spacing w:after="0" w:line="240" w:lineRule="auto"/>
        <w:ind w:left="1080"/>
        <w:contextualSpacing/>
        <w:rPr>
          <w:rFonts w:eastAsia="Calibri" w:cs="Arial"/>
          <w:szCs w:val="22"/>
        </w:rPr>
      </w:pPr>
      <w:r w:rsidRPr="00D018B1">
        <w:rPr>
          <w:rFonts w:eastAsia="Calibri" w:cs="Arial"/>
          <w:szCs w:val="22"/>
        </w:rPr>
        <w:t xml:space="preserve">If participant has not completed the form, participant completes the </w:t>
      </w:r>
      <w:r w:rsidRPr="00D018B1">
        <w:rPr>
          <w:rFonts w:eastAsia="Calibri" w:cs="Arial"/>
          <w:i/>
          <w:szCs w:val="22"/>
        </w:rPr>
        <w:t>Demographic/Experience Questionnaire.</w:t>
      </w:r>
      <w:r w:rsidRPr="00D018B1">
        <w:rPr>
          <w:rFonts w:eastAsia="Calibri" w:cs="Arial"/>
          <w:szCs w:val="22"/>
        </w:rPr>
        <w:t xml:space="preserve"> </w:t>
      </w:r>
      <w:r w:rsidRPr="00D018B1">
        <w:rPr>
          <w:rFonts w:eastAsia="Calibri" w:cs="Arial"/>
          <w:szCs w:val="22"/>
        </w:rPr>
        <w:tab/>
      </w:r>
    </w:p>
    <w:p w14:paraId="7393CAD1" w14:textId="77777777" w:rsidR="005B3643" w:rsidRPr="00D018B1" w:rsidRDefault="005B3643" w:rsidP="005B3643">
      <w:pPr>
        <w:spacing w:after="0" w:line="240" w:lineRule="auto"/>
        <w:ind w:left="1440"/>
        <w:contextualSpacing/>
        <w:jc w:val="both"/>
        <w:rPr>
          <w:rFonts w:eastAsia="Calibri" w:cs="Arial"/>
          <w:szCs w:val="22"/>
        </w:rPr>
      </w:pPr>
      <w:r w:rsidRPr="00D018B1">
        <w:rPr>
          <w:rFonts w:eastAsia="Calibri" w:cs="Arial"/>
          <w:szCs w:val="22"/>
        </w:rPr>
        <w:tab/>
      </w:r>
    </w:p>
    <w:p w14:paraId="07D89C28" w14:textId="77777777" w:rsidR="005B3643" w:rsidRPr="00D018B1" w:rsidRDefault="005B3643" w:rsidP="005B3643">
      <w:pPr>
        <w:numPr>
          <w:ilvl w:val="0"/>
          <w:numId w:val="10"/>
        </w:numPr>
        <w:spacing w:after="200" w:line="240" w:lineRule="auto"/>
        <w:contextualSpacing/>
        <w:jc w:val="both"/>
        <w:rPr>
          <w:rFonts w:eastAsia="Calibri" w:cs="Arial"/>
          <w:b/>
          <w:szCs w:val="22"/>
        </w:rPr>
      </w:pPr>
      <w:r w:rsidRPr="00D018B1">
        <w:rPr>
          <w:rFonts w:eastAsia="Calibri" w:cs="Arial"/>
          <w:b/>
          <w:szCs w:val="22"/>
        </w:rPr>
        <w:t>Instructions – Usability Test</w:t>
      </w:r>
    </w:p>
    <w:p w14:paraId="1BEB511F"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Facilitator says: “In a moment, I will give you a list of tasks to accomplish and would like you to read it aloud and tell me if you have any questions about it. Then you may begin completing the list of tasks and we will record the start time. After you have completed the task list, you may leave the room and we will ask you to record your impressions of the materials on a brief questionnaire. You will also receive an email in a few days asking if you have additional thoughts to share about the training.”</w:t>
      </w:r>
    </w:p>
    <w:p w14:paraId="2D93DAA5"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 xml:space="preserve">“Your role as a participant in this usability test is to test the materials. This is not a test of your abilities.  Your participation in this test is voluntary; you may quit at any time. The session will also be recorded, but if at any time you are uncomfortable, please indicate that fact and we will safeguard any information you wish to have marked as anonymous.” </w:t>
      </w:r>
    </w:p>
    <w:p w14:paraId="1C37B141"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lastRenderedPageBreak/>
        <w:t>“You are to follow the test tasks indicated on the task handout I will give you, and we will record the amount of time it takes to complete each task and the total of all tasks. Any exploration outside the stated test tasks should not occur until after you have completed the test task instructions. If at that point you are interested in exploring something else, please state that you feel you are done with the task list and indicate the additional items that you would like to explore. That will enable us to record the time required for the tasks and to record other items that may be of interest to learners. Any questions?”</w:t>
      </w:r>
    </w:p>
    <w:p w14:paraId="1F97BEC4"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“As you attempt to complete the tasks, I will monitor your progress and write down things that may be confusing or misleading. Please ‘talk out loud’ as you progress through the training materials to accomplish the tasks. Comment on your impressions of site design and navigation, unclear things, whether there are errors in the materials, whether you are not sure how to proceed, or what you think you should do next.”</w:t>
      </w:r>
    </w:p>
    <w:p w14:paraId="1B7E28DE"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“We will monitor your progress and record any problems with the materials. If I see there is a major problem and you have reached a point where you cannot complete the assigned task, I will step in to help. Otherwise, try not to turn to me for help. I may occasionally ask you a question about your actions or about your impressions of a certain feature. If I do, just answer briefly and continue with the current task.”</w:t>
      </w:r>
    </w:p>
    <w:p w14:paraId="51F280F3" w14:textId="77777777" w:rsidR="005B3643" w:rsidRPr="00D018B1" w:rsidRDefault="005B3643" w:rsidP="005B3643">
      <w:pPr>
        <w:spacing w:after="0" w:line="240" w:lineRule="auto"/>
        <w:ind w:left="1440"/>
        <w:contextualSpacing/>
        <w:jc w:val="both"/>
        <w:rPr>
          <w:rFonts w:eastAsia="Calibri" w:cs="Arial"/>
          <w:szCs w:val="22"/>
        </w:rPr>
      </w:pPr>
    </w:p>
    <w:p w14:paraId="5F49BBDF" w14:textId="77777777" w:rsidR="005B3643" w:rsidRPr="00D018B1" w:rsidRDefault="005B3643" w:rsidP="005B3643">
      <w:pPr>
        <w:numPr>
          <w:ilvl w:val="0"/>
          <w:numId w:val="10"/>
        </w:numPr>
        <w:spacing w:after="200" w:line="240" w:lineRule="auto"/>
        <w:contextualSpacing/>
        <w:jc w:val="both"/>
        <w:rPr>
          <w:rFonts w:eastAsia="Calibri" w:cs="Arial"/>
          <w:b/>
          <w:szCs w:val="22"/>
        </w:rPr>
      </w:pPr>
      <w:r w:rsidRPr="00D018B1">
        <w:rPr>
          <w:rFonts w:eastAsia="Calibri" w:cs="Arial"/>
          <w:b/>
          <w:szCs w:val="22"/>
        </w:rPr>
        <w:t>Hand Participant the Task List.</w:t>
      </w:r>
    </w:p>
    <w:p w14:paraId="2AB952CC"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Ask participant to read the task list.</w:t>
      </w:r>
    </w:p>
    <w:p w14:paraId="22AA2E75"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Ask participant if he/she has any questions.  If so address the questions.</w:t>
      </w:r>
    </w:p>
    <w:p w14:paraId="75C509E1" w14:textId="77777777" w:rsidR="005B3643" w:rsidRPr="00D018B1" w:rsidRDefault="005B3643" w:rsidP="005B3643">
      <w:pPr>
        <w:numPr>
          <w:ilvl w:val="1"/>
          <w:numId w:val="10"/>
        </w:numPr>
        <w:tabs>
          <w:tab w:val="left" w:pos="90"/>
          <w:tab w:val="left" w:pos="360"/>
        </w:tabs>
        <w:spacing w:after="0" w:line="240" w:lineRule="auto"/>
        <w:ind w:left="1080"/>
        <w:contextualSpacing/>
        <w:rPr>
          <w:rFonts w:eastAsia="Calibri" w:cs="Arial"/>
          <w:szCs w:val="22"/>
        </w:rPr>
      </w:pPr>
      <w:r w:rsidRPr="00D018B1">
        <w:rPr>
          <w:rFonts w:eastAsia="Calibri" w:cs="Arial"/>
          <w:szCs w:val="22"/>
        </w:rPr>
        <w:t>If there are no questions, instruct the participant to begin the test.</w:t>
      </w:r>
    </w:p>
    <w:p w14:paraId="2318F29A" w14:textId="77777777" w:rsidR="005B3643" w:rsidRPr="00D018B1" w:rsidRDefault="005B3643" w:rsidP="005B3643">
      <w:pPr>
        <w:spacing w:after="0" w:line="240" w:lineRule="auto"/>
        <w:ind w:left="1440"/>
        <w:contextualSpacing/>
        <w:jc w:val="both"/>
        <w:rPr>
          <w:rFonts w:eastAsia="Calibri" w:cs="Arial"/>
          <w:szCs w:val="22"/>
        </w:rPr>
      </w:pPr>
    </w:p>
    <w:p w14:paraId="0F1FCD26" w14:textId="77777777" w:rsidR="005B3643" w:rsidRPr="00D018B1" w:rsidRDefault="005B3643" w:rsidP="005B3643">
      <w:pPr>
        <w:numPr>
          <w:ilvl w:val="0"/>
          <w:numId w:val="10"/>
        </w:numPr>
        <w:spacing w:after="200" w:line="240" w:lineRule="auto"/>
        <w:contextualSpacing/>
        <w:jc w:val="both"/>
        <w:rPr>
          <w:rFonts w:eastAsia="Calibri" w:cs="Arial"/>
          <w:szCs w:val="22"/>
        </w:rPr>
      </w:pPr>
      <w:r w:rsidRPr="00D018B1">
        <w:rPr>
          <w:rFonts w:eastAsia="Calibri" w:cs="Arial"/>
          <w:szCs w:val="22"/>
        </w:rPr>
        <w:t xml:space="preserve">While the participant is completing the tasks, the team should observe and record data using the testing forms provided. </w:t>
      </w:r>
    </w:p>
    <w:p w14:paraId="520DDE0E" w14:textId="77777777" w:rsidR="005B3643" w:rsidRPr="00D018B1" w:rsidRDefault="005B3643" w:rsidP="005B3643">
      <w:pPr>
        <w:spacing w:after="0" w:line="240" w:lineRule="auto"/>
        <w:ind w:left="720"/>
        <w:contextualSpacing/>
        <w:jc w:val="both"/>
        <w:rPr>
          <w:rFonts w:eastAsia="Calibri" w:cs="Arial"/>
          <w:szCs w:val="22"/>
        </w:rPr>
      </w:pPr>
    </w:p>
    <w:p w14:paraId="790CA237" w14:textId="754AADC7" w:rsidR="005B3643" w:rsidRPr="00D018B1" w:rsidRDefault="005B3643" w:rsidP="005B3643">
      <w:pPr>
        <w:numPr>
          <w:ilvl w:val="0"/>
          <w:numId w:val="10"/>
        </w:numPr>
        <w:spacing w:after="200" w:line="240" w:lineRule="auto"/>
        <w:contextualSpacing/>
        <w:rPr>
          <w:rFonts w:eastAsia="Calibri" w:cs="Arial"/>
          <w:b/>
          <w:szCs w:val="22"/>
        </w:rPr>
      </w:pPr>
      <w:r w:rsidRPr="00D018B1">
        <w:rPr>
          <w:rFonts w:eastAsia="Calibri" w:cs="Arial"/>
          <w:szCs w:val="22"/>
        </w:rPr>
        <w:t xml:space="preserve">When the tasks are complete, the participant is given the </w:t>
      </w:r>
      <w:r w:rsidRPr="00D018B1">
        <w:rPr>
          <w:rFonts w:eastAsia="Calibri" w:cs="Arial"/>
          <w:b/>
          <w:i/>
          <w:color w:val="000000"/>
          <w:szCs w:val="22"/>
        </w:rPr>
        <w:t xml:space="preserve">Participant Posttest </w:t>
      </w:r>
      <w:r w:rsidR="0052530A" w:rsidRPr="00D018B1">
        <w:rPr>
          <w:rFonts w:eastAsia="Calibri" w:cs="Arial"/>
          <w:b/>
          <w:i/>
          <w:color w:val="000000"/>
          <w:szCs w:val="22"/>
        </w:rPr>
        <w:t>Survey and</w:t>
      </w:r>
      <w:r w:rsidRPr="00D018B1">
        <w:rPr>
          <w:rFonts w:eastAsia="Calibri" w:cs="Arial"/>
          <w:i/>
          <w:color w:val="000000"/>
          <w:szCs w:val="22"/>
        </w:rPr>
        <w:t xml:space="preserve"> is escorted out of the room to complete it elsewhere. Participant is instructed to give the completed </w:t>
      </w:r>
      <w:r w:rsidR="0052530A" w:rsidRPr="00D018B1">
        <w:rPr>
          <w:rFonts w:eastAsia="Calibri" w:cs="Arial"/>
          <w:i/>
          <w:color w:val="000000"/>
          <w:szCs w:val="22"/>
        </w:rPr>
        <w:t>post</w:t>
      </w:r>
      <w:r w:rsidR="0052530A">
        <w:rPr>
          <w:rFonts w:eastAsia="Calibri" w:cs="Arial"/>
          <w:i/>
          <w:color w:val="000000"/>
          <w:szCs w:val="22"/>
        </w:rPr>
        <w:t>-</w:t>
      </w:r>
      <w:r w:rsidR="0052530A" w:rsidRPr="00D018B1">
        <w:rPr>
          <w:rFonts w:eastAsia="Calibri" w:cs="Arial"/>
          <w:i/>
          <w:color w:val="000000"/>
          <w:szCs w:val="22"/>
        </w:rPr>
        <w:t>test</w:t>
      </w:r>
      <w:r w:rsidRPr="00D018B1">
        <w:rPr>
          <w:rFonts w:eastAsia="Calibri" w:cs="Arial"/>
          <w:i/>
          <w:color w:val="000000"/>
          <w:szCs w:val="22"/>
        </w:rPr>
        <w:t xml:space="preserve"> to </w:t>
      </w:r>
      <w:r w:rsidR="0052530A">
        <w:rPr>
          <w:rFonts w:eastAsia="Calibri" w:cs="Arial"/>
          <w:i/>
          <w:color w:val="000000"/>
          <w:szCs w:val="22"/>
        </w:rPr>
        <w:t xml:space="preserve">a </w:t>
      </w:r>
      <w:r w:rsidRPr="00D018B1">
        <w:rPr>
          <w:rFonts w:eastAsia="Calibri" w:cs="Arial"/>
          <w:i/>
          <w:color w:val="000000"/>
          <w:szCs w:val="22"/>
        </w:rPr>
        <w:t>representative of the company.</w:t>
      </w:r>
    </w:p>
    <w:p w14:paraId="74B7FDBB" w14:textId="77777777" w:rsidR="005B3643" w:rsidRPr="00D018B1" w:rsidRDefault="005B3643" w:rsidP="0052530A">
      <w:pPr>
        <w:pStyle w:val="Heading3"/>
      </w:pPr>
      <w:r w:rsidRPr="00D018B1">
        <w:t>Participant Demographics/Experience Questionnaire</w:t>
      </w:r>
    </w:p>
    <w:p w14:paraId="518DE28C" w14:textId="77777777" w:rsidR="005B3643" w:rsidRPr="00D018B1" w:rsidRDefault="005B3643" w:rsidP="005B3643">
      <w:pPr>
        <w:spacing w:after="0" w:line="240" w:lineRule="auto"/>
        <w:rPr>
          <w:rFonts w:eastAsia="Calibri" w:cs="Arial"/>
          <w:color w:val="000000"/>
          <w:szCs w:val="22"/>
        </w:rPr>
      </w:pPr>
      <w:r w:rsidRPr="00D018B1">
        <w:rPr>
          <w:rFonts w:eastAsia="Calibri" w:cs="Arial"/>
          <w:b/>
          <w:color w:val="000000"/>
          <w:szCs w:val="22"/>
        </w:rPr>
        <w:t xml:space="preserve">Platform being tested:  </w:t>
      </w:r>
      <w:r w:rsidRPr="00D018B1">
        <w:rPr>
          <w:rFonts w:eastAsia="Calibri" w:cs="Arial"/>
          <w:color w:val="000000"/>
          <w:szCs w:val="22"/>
        </w:rPr>
        <w:t xml:space="preserve">Website         Mobile on Smart phone         Mobile on Tablet    </w:t>
      </w: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576"/>
      </w:tblGrid>
      <w:tr w:rsidR="005B3643" w:rsidRPr="00D018B1" w14:paraId="63BC8897" w14:textId="77777777" w:rsidTr="0052530A">
        <w:trPr>
          <w:trHeight w:val="576"/>
        </w:trPr>
        <w:tc>
          <w:tcPr>
            <w:tcW w:w="9576" w:type="dxa"/>
            <w:shd w:val="clear" w:color="auto" w:fill="92CDDC"/>
            <w:vAlign w:val="bottom"/>
          </w:tcPr>
          <w:p w14:paraId="4B38F930" w14:textId="77777777" w:rsidR="005B3643" w:rsidRPr="00D018B1" w:rsidRDefault="005B3643" w:rsidP="0052530A">
            <w:pPr>
              <w:spacing w:after="0"/>
              <w:rPr>
                <w:rFonts w:cs="Arial"/>
                <w:b/>
                <w:szCs w:val="22"/>
              </w:rPr>
            </w:pPr>
            <w:r w:rsidRPr="00D018B1">
              <w:rPr>
                <w:rFonts w:cs="Arial"/>
                <w:b/>
                <w:szCs w:val="22"/>
              </w:rPr>
              <w:t>General Information</w:t>
            </w:r>
          </w:p>
        </w:tc>
      </w:tr>
      <w:tr w:rsidR="005B3643" w:rsidRPr="00D018B1" w14:paraId="09AEFB7F" w14:textId="77777777" w:rsidTr="0052530A">
        <w:tc>
          <w:tcPr>
            <w:tcW w:w="9576" w:type="dxa"/>
          </w:tcPr>
          <w:p w14:paraId="52D1071C" w14:textId="77777777" w:rsidR="005B3643" w:rsidRPr="00D018B1" w:rsidRDefault="005B3643" w:rsidP="005B3643">
            <w:pPr>
              <w:spacing w:after="0"/>
              <w:rPr>
                <w:rFonts w:cs="Arial"/>
                <w:szCs w:val="22"/>
              </w:rPr>
            </w:pPr>
            <w:r w:rsidRPr="00D018B1">
              <w:rPr>
                <w:rFonts w:cs="Arial"/>
                <w:szCs w:val="22"/>
              </w:rPr>
              <w:t xml:space="preserve">Name: </w:t>
            </w:r>
          </w:p>
          <w:p w14:paraId="380A997C" w14:textId="77777777" w:rsidR="005B3643" w:rsidRPr="00D018B1" w:rsidRDefault="005B3643" w:rsidP="005B3643">
            <w:pPr>
              <w:spacing w:after="0"/>
              <w:rPr>
                <w:rFonts w:cs="Arial"/>
                <w:szCs w:val="22"/>
              </w:rPr>
            </w:pPr>
          </w:p>
        </w:tc>
      </w:tr>
      <w:tr w:rsidR="005B3643" w:rsidRPr="00D018B1" w14:paraId="28579053" w14:textId="77777777" w:rsidTr="0052530A">
        <w:tc>
          <w:tcPr>
            <w:tcW w:w="9576" w:type="dxa"/>
          </w:tcPr>
          <w:p w14:paraId="18F2FBA0" w14:textId="77777777" w:rsidR="005B3643" w:rsidRPr="00D018B1" w:rsidRDefault="005B3643" w:rsidP="005B3643">
            <w:pPr>
              <w:spacing w:after="0"/>
              <w:rPr>
                <w:rFonts w:cs="Arial"/>
                <w:szCs w:val="22"/>
              </w:rPr>
            </w:pPr>
            <w:r w:rsidRPr="00D018B1">
              <w:rPr>
                <w:rFonts w:cs="Arial"/>
                <w:szCs w:val="22"/>
              </w:rPr>
              <w:t>Age:</w:t>
            </w:r>
          </w:p>
          <w:p w14:paraId="3CABDD5A" w14:textId="77777777" w:rsidR="005B3643" w:rsidRPr="00D018B1" w:rsidRDefault="005B3643" w:rsidP="005B3643">
            <w:pPr>
              <w:spacing w:after="0"/>
              <w:rPr>
                <w:rFonts w:cs="Arial"/>
                <w:szCs w:val="22"/>
              </w:rPr>
            </w:pPr>
          </w:p>
        </w:tc>
      </w:tr>
      <w:tr w:rsidR="005B3643" w:rsidRPr="00D018B1" w14:paraId="1D22E4B7" w14:textId="77777777" w:rsidTr="0052530A">
        <w:tc>
          <w:tcPr>
            <w:tcW w:w="9576" w:type="dxa"/>
          </w:tcPr>
          <w:p w14:paraId="424896B2" w14:textId="77777777" w:rsidR="005B3643" w:rsidRPr="00D018B1" w:rsidRDefault="005B3643" w:rsidP="005B3643">
            <w:pPr>
              <w:spacing w:after="0"/>
              <w:rPr>
                <w:rFonts w:cs="Arial"/>
                <w:szCs w:val="22"/>
              </w:rPr>
            </w:pPr>
            <w:r w:rsidRPr="00D018B1">
              <w:rPr>
                <w:rFonts w:cs="Arial"/>
                <w:szCs w:val="22"/>
              </w:rPr>
              <w:t>Education (current or last level completed):</w:t>
            </w:r>
          </w:p>
          <w:p w14:paraId="75C9FCA2" w14:textId="77777777" w:rsidR="005B3643" w:rsidRPr="00D018B1" w:rsidRDefault="005B3643" w:rsidP="005B3643">
            <w:pPr>
              <w:spacing w:after="0"/>
              <w:rPr>
                <w:rFonts w:cs="Arial"/>
                <w:szCs w:val="22"/>
              </w:rPr>
            </w:pPr>
          </w:p>
          <w:p w14:paraId="60EDC81D" w14:textId="77777777" w:rsidR="005B3643" w:rsidRPr="00D018B1" w:rsidRDefault="005B3643" w:rsidP="005B3643">
            <w:pPr>
              <w:spacing w:after="0"/>
              <w:rPr>
                <w:rFonts w:cs="Arial"/>
                <w:szCs w:val="22"/>
              </w:rPr>
            </w:pPr>
          </w:p>
        </w:tc>
      </w:tr>
      <w:tr w:rsidR="005B3643" w:rsidRPr="00D018B1" w14:paraId="66B9BB74" w14:textId="77777777" w:rsidTr="0052530A">
        <w:tc>
          <w:tcPr>
            <w:tcW w:w="9576" w:type="dxa"/>
          </w:tcPr>
          <w:p w14:paraId="5EAD14B3" w14:textId="77777777" w:rsidR="005B3643" w:rsidRPr="00D018B1" w:rsidRDefault="005B3643" w:rsidP="005B3643">
            <w:pPr>
              <w:spacing w:after="0"/>
              <w:rPr>
                <w:rFonts w:cs="Arial"/>
                <w:szCs w:val="22"/>
              </w:rPr>
            </w:pPr>
            <w:r w:rsidRPr="00D018B1">
              <w:rPr>
                <w:rFonts w:cs="Arial"/>
                <w:szCs w:val="22"/>
              </w:rPr>
              <w:t>Native Language:</w:t>
            </w:r>
          </w:p>
          <w:p w14:paraId="30FFF729" w14:textId="77777777" w:rsidR="005B3643" w:rsidRPr="00D018B1" w:rsidRDefault="005B3643" w:rsidP="005B3643">
            <w:pPr>
              <w:spacing w:after="0"/>
              <w:rPr>
                <w:rFonts w:cs="Arial"/>
                <w:szCs w:val="22"/>
              </w:rPr>
            </w:pPr>
          </w:p>
        </w:tc>
      </w:tr>
      <w:tr w:rsidR="005B3643" w:rsidRPr="00D018B1" w14:paraId="05A2EEAC" w14:textId="77777777" w:rsidTr="0052530A">
        <w:tc>
          <w:tcPr>
            <w:tcW w:w="9576" w:type="dxa"/>
          </w:tcPr>
          <w:p w14:paraId="7E594FFE" w14:textId="77777777" w:rsidR="005B3643" w:rsidRPr="00D018B1" w:rsidRDefault="005B3643" w:rsidP="005B3643">
            <w:pPr>
              <w:spacing w:after="0"/>
              <w:rPr>
                <w:rFonts w:cs="Arial"/>
                <w:szCs w:val="22"/>
              </w:rPr>
            </w:pPr>
            <w:r w:rsidRPr="00D018B1">
              <w:rPr>
                <w:rFonts w:cs="Arial"/>
                <w:szCs w:val="22"/>
              </w:rPr>
              <w:t>Do you have any characteristics that you think may influence your ability to work with the training materials? (For example, color blindness, physical impairments, dyslexia, impaired eyesight, difficulty typing or using touch devices or keyboards, etc.):</w:t>
            </w:r>
          </w:p>
          <w:p w14:paraId="435EB0F8" w14:textId="77777777" w:rsidR="005B3643" w:rsidRPr="00D018B1" w:rsidRDefault="005B3643" w:rsidP="005B3643">
            <w:pPr>
              <w:spacing w:after="0"/>
              <w:rPr>
                <w:rFonts w:cs="Arial"/>
                <w:szCs w:val="22"/>
              </w:rPr>
            </w:pPr>
          </w:p>
          <w:p w14:paraId="22B7F0F0" w14:textId="77777777" w:rsidR="005B3643" w:rsidRPr="00D018B1" w:rsidRDefault="005B3643" w:rsidP="005B3643">
            <w:pPr>
              <w:spacing w:after="0"/>
              <w:rPr>
                <w:rFonts w:cs="Arial"/>
                <w:szCs w:val="22"/>
              </w:rPr>
            </w:pPr>
          </w:p>
        </w:tc>
      </w:tr>
      <w:tr w:rsidR="005B3643" w:rsidRPr="00D018B1" w14:paraId="78682F28" w14:textId="77777777" w:rsidTr="0052530A">
        <w:trPr>
          <w:trHeight w:val="576"/>
        </w:trPr>
        <w:tc>
          <w:tcPr>
            <w:tcW w:w="9576" w:type="dxa"/>
            <w:shd w:val="clear" w:color="auto" w:fill="92CDDC"/>
            <w:vAlign w:val="bottom"/>
          </w:tcPr>
          <w:p w14:paraId="56AAFAE6" w14:textId="77777777" w:rsidR="005B3643" w:rsidRPr="00D018B1" w:rsidRDefault="005B3643" w:rsidP="005B3643">
            <w:pPr>
              <w:spacing w:after="0"/>
              <w:jc w:val="right"/>
              <w:rPr>
                <w:rFonts w:cs="Arial"/>
                <w:b/>
                <w:szCs w:val="22"/>
              </w:rPr>
            </w:pPr>
            <w:r w:rsidRPr="00D018B1">
              <w:rPr>
                <w:rFonts w:cs="Arial"/>
                <w:b/>
                <w:szCs w:val="22"/>
              </w:rPr>
              <w:lastRenderedPageBreak/>
              <w:t>Experience</w:t>
            </w:r>
          </w:p>
        </w:tc>
      </w:tr>
      <w:tr w:rsidR="005B3643" w:rsidRPr="00D018B1" w14:paraId="79EBE446" w14:textId="77777777" w:rsidTr="0052530A">
        <w:tc>
          <w:tcPr>
            <w:tcW w:w="9576" w:type="dxa"/>
          </w:tcPr>
          <w:p w14:paraId="4FE5F70F" w14:textId="77777777" w:rsidR="005B3643" w:rsidRPr="00D018B1" w:rsidRDefault="005B3643" w:rsidP="005B3643">
            <w:pPr>
              <w:spacing w:after="0"/>
              <w:rPr>
                <w:rFonts w:cs="Arial"/>
                <w:szCs w:val="22"/>
              </w:rPr>
            </w:pPr>
            <w:r w:rsidRPr="00D018B1">
              <w:rPr>
                <w:rFonts w:cs="Arial"/>
                <w:szCs w:val="22"/>
              </w:rPr>
              <w:t>Years At Company:</w:t>
            </w:r>
          </w:p>
          <w:p w14:paraId="4443D915" w14:textId="77777777" w:rsidR="005B3643" w:rsidRPr="00D018B1" w:rsidRDefault="005B3643" w:rsidP="005B3643">
            <w:pPr>
              <w:spacing w:after="0"/>
              <w:rPr>
                <w:rFonts w:cs="Arial"/>
                <w:szCs w:val="22"/>
              </w:rPr>
            </w:pPr>
          </w:p>
        </w:tc>
      </w:tr>
      <w:tr w:rsidR="005B3643" w:rsidRPr="00D018B1" w14:paraId="7C30F969" w14:textId="77777777" w:rsidTr="0052530A">
        <w:tc>
          <w:tcPr>
            <w:tcW w:w="9576" w:type="dxa"/>
          </w:tcPr>
          <w:p w14:paraId="69A155FA" w14:textId="77777777" w:rsidR="005B3643" w:rsidRPr="00D018B1" w:rsidRDefault="005B3643" w:rsidP="005B3643">
            <w:pPr>
              <w:spacing w:after="0"/>
              <w:rPr>
                <w:rFonts w:cs="Arial"/>
                <w:szCs w:val="22"/>
              </w:rPr>
            </w:pPr>
            <w:r w:rsidRPr="00D018B1">
              <w:rPr>
                <w:rFonts w:cs="Arial"/>
                <w:szCs w:val="22"/>
              </w:rPr>
              <w:t>Experience with Topic of Safe Food Handling:</w:t>
            </w:r>
          </w:p>
          <w:p w14:paraId="6D6C3E18" w14:textId="77777777" w:rsidR="005B3643" w:rsidRPr="00D018B1" w:rsidRDefault="005B3643" w:rsidP="005B3643">
            <w:pPr>
              <w:spacing w:after="0"/>
              <w:rPr>
                <w:rFonts w:cs="Arial"/>
                <w:szCs w:val="22"/>
              </w:rPr>
            </w:pPr>
          </w:p>
          <w:p w14:paraId="6C971C99" w14:textId="77777777" w:rsidR="005B3643" w:rsidRPr="00D018B1" w:rsidRDefault="005B3643" w:rsidP="005B3643">
            <w:pPr>
              <w:spacing w:after="0"/>
              <w:rPr>
                <w:rFonts w:cs="Arial"/>
                <w:szCs w:val="22"/>
              </w:rPr>
            </w:pPr>
          </w:p>
        </w:tc>
      </w:tr>
      <w:tr w:rsidR="005B3643" w:rsidRPr="00D018B1" w14:paraId="2974B6C5" w14:textId="77777777" w:rsidTr="0052530A">
        <w:tc>
          <w:tcPr>
            <w:tcW w:w="9576" w:type="dxa"/>
          </w:tcPr>
          <w:p w14:paraId="7DDD3DA2" w14:textId="77777777" w:rsidR="005B3643" w:rsidRPr="00D018B1" w:rsidRDefault="005B3643" w:rsidP="005B3643">
            <w:pPr>
              <w:spacing w:after="0"/>
              <w:rPr>
                <w:rFonts w:cs="Arial"/>
                <w:szCs w:val="22"/>
              </w:rPr>
            </w:pPr>
            <w:r w:rsidRPr="00D018B1">
              <w:rPr>
                <w:rFonts w:cs="Arial"/>
                <w:szCs w:val="22"/>
              </w:rPr>
              <w:t>Years of General Experience with Computers – Please describe:</w:t>
            </w:r>
          </w:p>
          <w:p w14:paraId="2B925FDF" w14:textId="77777777" w:rsidR="005B3643" w:rsidRPr="00D018B1" w:rsidRDefault="005B3643" w:rsidP="005B3643">
            <w:pPr>
              <w:spacing w:after="0"/>
              <w:rPr>
                <w:rFonts w:cs="Arial"/>
                <w:szCs w:val="22"/>
              </w:rPr>
            </w:pPr>
          </w:p>
        </w:tc>
      </w:tr>
      <w:tr w:rsidR="005B3643" w:rsidRPr="00D018B1" w14:paraId="624E04B3" w14:textId="77777777" w:rsidTr="0052530A">
        <w:tc>
          <w:tcPr>
            <w:tcW w:w="9576" w:type="dxa"/>
          </w:tcPr>
          <w:p w14:paraId="7D94655A" w14:textId="77777777" w:rsidR="005B3643" w:rsidRPr="00D018B1" w:rsidRDefault="005B3643" w:rsidP="005B3643">
            <w:pPr>
              <w:spacing w:after="0"/>
              <w:rPr>
                <w:rFonts w:cs="Arial"/>
                <w:szCs w:val="22"/>
              </w:rPr>
            </w:pPr>
            <w:r w:rsidRPr="00D018B1">
              <w:rPr>
                <w:rFonts w:cs="Arial"/>
                <w:szCs w:val="22"/>
              </w:rPr>
              <w:t>Years of Experience with Mobile Phone or Tablet (iPad):</w:t>
            </w:r>
          </w:p>
          <w:p w14:paraId="410119F8" w14:textId="77777777" w:rsidR="005B3643" w:rsidRPr="00D018B1" w:rsidRDefault="005B3643" w:rsidP="005B3643">
            <w:pPr>
              <w:spacing w:after="0"/>
              <w:rPr>
                <w:rFonts w:cs="Arial"/>
                <w:szCs w:val="22"/>
              </w:rPr>
            </w:pPr>
          </w:p>
        </w:tc>
      </w:tr>
      <w:tr w:rsidR="005B3643" w:rsidRPr="00D018B1" w14:paraId="249BE50D" w14:textId="77777777" w:rsidTr="0052530A">
        <w:tc>
          <w:tcPr>
            <w:tcW w:w="9576" w:type="dxa"/>
          </w:tcPr>
          <w:p w14:paraId="66173D69" w14:textId="77777777" w:rsidR="005B3643" w:rsidRPr="00D018B1" w:rsidRDefault="005B3643" w:rsidP="005B3643">
            <w:pPr>
              <w:spacing w:after="0"/>
              <w:rPr>
                <w:rFonts w:cs="Arial"/>
                <w:szCs w:val="22"/>
              </w:rPr>
            </w:pPr>
            <w:r w:rsidRPr="00D018B1">
              <w:rPr>
                <w:rFonts w:cs="Arial"/>
                <w:szCs w:val="22"/>
              </w:rPr>
              <w:t>Job Skills &amp; Responsibilities:</w:t>
            </w:r>
          </w:p>
        </w:tc>
      </w:tr>
    </w:tbl>
    <w:p w14:paraId="0BAED986" w14:textId="77777777" w:rsidR="005B3643" w:rsidRPr="00D018B1" w:rsidRDefault="005B3643" w:rsidP="005B3643">
      <w:pPr>
        <w:spacing w:after="0" w:line="240" w:lineRule="auto"/>
        <w:rPr>
          <w:rFonts w:eastAsia="Calibri" w:cs="Arial"/>
          <w:szCs w:val="22"/>
        </w:rPr>
      </w:pPr>
      <w:r w:rsidRPr="00D018B1">
        <w:rPr>
          <w:rFonts w:eastAsia="Calibri" w:cs="Arial"/>
          <w:szCs w:val="22"/>
        </w:rPr>
        <w:br w:type="page"/>
      </w:r>
    </w:p>
    <w:p w14:paraId="4DDBAD31" w14:textId="77777777" w:rsidR="005B3643" w:rsidRPr="00D018B1" w:rsidRDefault="005B3643" w:rsidP="00366487">
      <w:pPr>
        <w:pStyle w:val="Heading3"/>
      </w:pPr>
      <w:r w:rsidRPr="00D018B1">
        <w:lastRenderedPageBreak/>
        <w:t>Participant Task List</w:t>
      </w:r>
    </w:p>
    <w:tbl>
      <w:tblPr>
        <w:tblStyle w:val="TableGrid1"/>
        <w:tblW w:w="99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64"/>
        <w:gridCol w:w="9216"/>
      </w:tblGrid>
      <w:tr w:rsidR="005B3643" w:rsidRPr="00D018B1" w14:paraId="180198DA" w14:textId="77777777" w:rsidTr="00366487">
        <w:trPr>
          <w:trHeight w:val="243"/>
        </w:trPr>
        <w:tc>
          <w:tcPr>
            <w:tcW w:w="764" w:type="dxa"/>
            <w:shd w:val="clear" w:color="auto" w:fill="92CDDC"/>
          </w:tcPr>
          <w:p w14:paraId="7F8FFD86" w14:textId="77777777" w:rsidR="005B3643" w:rsidRPr="00D018B1" w:rsidRDefault="005B3643" w:rsidP="005B3643">
            <w:pPr>
              <w:spacing w:after="0"/>
              <w:rPr>
                <w:rFonts w:cs="Arial"/>
                <w:b/>
                <w:szCs w:val="22"/>
              </w:rPr>
            </w:pPr>
            <w:r w:rsidRPr="00D018B1">
              <w:rPr>
                <w:rFonts w:cs="Arial"/>
                <w:b/>
                <w:szCs w:val="22"/>
              </w:rPr>
              <w:t>Task</w:t>
            </w:r>
          </w:p>
        </w:tc>
        <w:tc>
          <w:tcPr>
            <w:tcW w:w="9216" w:type="dxa"/>
            <w:shd w:val="clear" w:color="auto" w:fill="92CDDC"/>
          </w:tcPr>
          <w:p w14:paraId="51FDFDE2" w14:textId="77777777" w:rsidR="005B3643" w:rsidRPr="00D018B1" w:rsidRDefault="005B3643" w:rsidP="005B3643">
            <w:pPr>
              <w:spacing w:after="0"/>
              <w:jc w:val="center"/>
              <w:rPr>
                <w:rFonts w:cs="Arial"/>
                <w:b/>
                <w:szCs w:val="22"/>
              </w:rPr>
            </w:pPr>
            <w:r w:rsidRPr="00D018B1">
              <w:rPr>
                <w:rFonts w:cs="Arial"/>
                <w:b/>
                <w:szCs w:val="22"/>
              </w:rPr>
              <w:t>Usability Test Participant Task List</w:t>
            </w:r>
          </w:p>
        </w:tc>
      </w:tr>
      <w:tr w:rsidR="005B3643" w:rsidRPr="00D018B1" w14:paraId="442ECE9A" w14:textId="77777777" w:rsidTr="00366487">
        <w:trPr>
          <w:trHeight w:val="223"/>
        </w:trPr>
        <w:tc>
          <w:tcPr>
            <w:tcW w:w="764" w:type="dxa"/>
          </w:tcPr>
          <w:p w14:paraId="10519D31" w14:textId="77777777" w:rsidR="005B3643" w:rsidRPr="00D018B1" w:rsidRDefault="005B3643" w:rsidP="005B3643">
            <w:pPr>
              <w:spacing w:after="0"/>
              <w:rPr>
                <w:rFonts w:cs="Arial"/>
                <w:szCs w:val="22"/>
              </w:rPr>
            </w:pPr>
            <w:r w:rsidRPr="00D018B1">
              <w:rPr>
                <w:rFonts w:cs="Arial"/>
                <w:szCs w:val="22"/>
              </w:rPr>
              <w:t>1.</w:t>
            </w:r>
          </w:p>
        </w:tc>
        <w:tc>
          <w:tcPr>
            <w:tcW w:w="9216" w:type="dxa"/>
          </w:tcPr>
          <w:p w14:paraId="26082AE8" w14:textId="77777777" w:rsidR="005B3643" w:rsidRPr="00D018B1" w:rsidRDefault="005B3643" w:rsidP="005B3643">
            <w:pPr>
              <w:spacing w:after="0"/>
              <w:rPr>
                <w:rFonts w:cs="Arial"/>
                <w:szCs w:val="22"/>
              </w:rPr>
            </w:pPr>
            <w:r w:rsidRPr="00D018B1">
              <w:rPr>
                <w:rFonts w:cs="Arial"/>
                <w:b/>
                <w:szCs w:val="22"/>
              </w:rPr>
              <w:t>Access the Training</w:t>
            </w:r>
            <w:r w:rsidRPr="00D018B1">
              <w:rPr>
                <w:rFonts w:cs="Arial"/>
                <w:szCs w:val="22"/>
              </w:rPr>
              <w:t xml:space="preserve"> at following URL: xxx </w:t>
            </w:r>
          </w:p>
          <w:p w14:paraId="2262D269" w14:textId="77777777" w:rsidR="005B3643" w:rsidRPr="00D018B1" w:rsidRDefault="005B3643" w:rsidP="005B3643">
            <w:pPr>
              <w:spacing w:after="0"/>
              <w:rPr>
                <w:rFonts w:cs="Arial"/>
                <w:szCs w:val="22"/>
              </w:rPr>
            </w:pPr>
            <w:r w:rsidRPr="00D018B1">
              <w:rPr>
                <w:rFonts w:cs="Arial"/>
                <w:szCs w:val="22"/>
              </w:rPr>
              <w:t>When you feel you have completed this task, say so and go on to the next task.</w:t>
            </w:r>
          </w:p>
        </w:tc>
      </w:tr>
      <w:tr w:rsidR="005B3643" w:rsidRPr="00D018B1" w14:paraId="399FCC7B" w14:textId="77777777" w:rsidTr="00366487">
        <w:trPr>
          <w:trHeight w:val="669"/>
        </w:trPr>
        <w:tc>
          <w:tcPr>
            <w:tcW w:w="764" w:type="dxa"/>
          </w:tcPr>
          <w:p w14:paraId="52B8B639" w14:textId="77777777" w:rsidR="005B3643" w:rsidRPr="00D018B1" w:rsidRDefault="005B3643" w:rsidP="005B3643">
            <w:pPr>
              <w:spacing w:after="0"/>
              <w:rPr>
                <w:rFonts w:cs="Arial"/>
                <w:szCs w:val="22"/>
              </w:rPr>
            </w:pPr>
            <w:r w:rsidRPr="00D018B1">
              <w:rPr>
                <w:rFonts w:cs="Arial"/>
                <w:szCs w:val="22"/>
              </w:rPr>
              <w:t>2.</w:t>
            </w:r>
          </w:p>
        </w:tc>
        <w:tc>
          <w:tcPr>
            <w:tcW w:w="9216" w:type="dxa"/>
          </w:tcPr>
          <w:p w14:paraId="13337F1A" w14:textId="77777777" w:rsidR="005B3643" w:rsidRPr="00D018B1" w:rsidRDefault="005B3643" w:rsidP="005B3643">
            <w:pPr>
              <w:spacing w:after="0"/>
              <w:rPr>
                <w:rFonts w:cs="Arial"/>
                <w:szCs w:val="22"/>
              </w:rPr>
            </w:pPr>
            <w:r w:rsidRPr="00D018B1">
              <w:rPr>
                <w:rFonts w:cs="Arial"/>
                <w:b/>
                <w:szCs w:val="22"/>
              </w:rPr>
              <w:t>Provide Your First Impressions</w:t>
            </w:r>
            <w:r w:rsidRPr="00D018B1">
              <w:rPr>
                <w:rFonts w:cs="Arial"/>
                <w:szCs w:val="22"/>
              </w:rPr>
              <w:t xml:space="preserve"> – Without touching anything, look at the first screen displayed and share your impressions out loud. What do you think of the color scheme? The layout? The images?  What items do you think you should be able to click on/press, and what do you think will happen when you click on/press those items? When you feel you have completed this task, say so and go on to the next task.</w:t>
            </w:r>
          </w:p>
        </w:tc>
      </w:tr>
      <w:tr w:rsidR="005B3643" w:rsidRPr="00D018B1" w14:paraId="0D818406" w14:textId="77777777" w:rsidTr="00366487">
        <w:trPr>
          <w:trHeight w:val="1336"/>
        </w:trPr>
        <w:tc>
          <w:tcPr>
            <w:tcW w:w="764" w:type="dxa"/>
          </w:tcPr>
          <w:p w14:paraId="427461D3" w14:textId="77777777" w:rsidR="005B3643" w:rsidRPr="00D018B1" w:rsidRDefault="005B3643" w:rsidP="005B3643">
            <w:pPr>
              <w:spacing w:after="0"/>
              <w:rPr>
                <w:rFonts w:cs="Arial"/>
                <w:szCs w:val="22"/>
              </w:rPr>
            </w:pPr>
            <w:r w:rsidRPr="00D018B1">
              <w:rPr>
                <w:rFonts w:cs="Arial"/>
                <w:szCs w:val="22"/>
              </w:rPr>
              <w:t>3.</w:t>
            </w:r>
          </w:p>
        </w:tc>
        <w:tc>
          <w:tcPr>
            <w:tcW w:w="9216" w:type="dxa"/>
          </w:tcPr>
          <w:p w14:paraId="05D9BF03" w14:textId="77777777" w:rsidR="005B3643" w:rsidRPr="00D018B1" w:rsidRDefault="005B3643" w:rsidP="005B3643">
            <w:pPr>
              <w:spacing w:after="0"/>
              <w:rPr>
                <w:rFonts w:cs="Arial"/>
                <w:szCs w:val="22"/>
              </w:rPr>
            </w:pPr>
            <w:r w:rsidRPr="00D018B1">
              <w:rPr>
                <w:rFonts w:cs="Arial"/>
                <w:b/>
                <w:szCs w:val="22"/>
              </w:rPr>
              <w:t xml:space="preserve">Determine the Site Purpose </w:t>
            </w:r>
            <w:r w:rsidRPr="00D018B1">
              <w:rPr>
                <w:rFonts w:cs="Arial"/>
                <w:szCs w:val="22"/>
              </w:rPr>
              <w:t>– You applied to a local restaurant and the manager indicated he would hire you if you successfully completed the online Safe Food Handling training unit. From what you know so far about the Safe Food Handling website, what is its purpose?  Does it offer the kind of information you are looking for? Take a minute to determine if there is any information you need that might be missing and comment on this. When you clicked/pressed the controls, did the result match your original expectations?  When you feel you have completed this task, please say so and go on to the next task.</w:t>
            </w:r>
          </w:p>
        </w:tc>
      </w:tr>
      <w:tr w:rsidR="005B3643" w:rsidRPr="00D018B1" w14:paraId="10233394" w14:textId="77777777" w:rsidTr="00366487">
        <w:trPr>
          <w:trHeight w:val="891"/>
        </w:trPr>
        <w:tc>
          <w:tcPr>
            <w:tcW w:w="764" w:type="dxa"/>
          </w:tcPr>
          <w:p w14:paraId="3CB29AEB" w14:textId="77777777" w:rsidR="005B3643" w:rsidRPr="00D018B1" w:rsidRDefault="005B3643" w:rsidP="005B3643">
            <w:pPr>
              <w:spacing w:after="0"/>
              <w:rPr>
                <w:rFonts w:cs="Arial"/>
                <w:szCs w:val="22"/>
              </w:rPr>
            </w:pPr>
            <w:r w:rsidRPr="00D018B1">
              <w:rPr>
                <w:rFonts w:cs="Arial"/>
                <w:szCs w:val="22"/>
              </w:rPr>
              <w:t>4.</w:t>
            </w:r>
          </w:p>
        </w:tc>
        <w:tc>
          <w:tcPr>
            <w:tcW w:w="9216" w:type="dxa"/>
          </w:tcPr>
          <w:p w14:paraId="2AEE00D0" w14:textId="77777777" w:rsidR="005B3643" w:rsidRPr="00D018B1" w:rsidRDefault="005B3643" w:rsidP="005B3643">
            <w:pPr>
              <w:spacing w:after="0"/>
              <w:rPr>
                <w:rFonts w:cs="Arial"/>
                <w:szCs w:val="22"/>
              </w:rPr>
            </w:pPr>
            <w:r w:rsidRPr="00D018B1">
              <w:rPr>
                <w:rFonts w:cs="Arial"/>
                <w:b/>
                <w:szCs w:val="22"/>
              </w:rPr>
              <w:t xml:space="preserve">Find &amp; Take Training – </w:t>
            </w:r>
            <w:r w:rsidRPr="00D018B1">
              <w:rPr>
                <w:rFonts w:cs="Arial"/>
                <w:szCs w:val="22"/>
              </w:rPr>
              <w:t>You would like to be trained on how to safely handle food. Does this website provide training?  If so, find it and take the training. As you do, comment out loud on:</w:t>
            </w:r>
          </w:p>
          <w:p w14:paraId="07A2046E"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Training Organization &amp; Effectiveness</w:t>
            </w:r>
            <w:r w:rsidRPr="00D018B1">
              <w:rPr>
                <w:rFonts w:cs="Arial"/>
                <w:szCs w:val="22"/>
              </w:rPr>
              <w:t xml:space="preserve"> – Is the organization and sequencing of the training logical? Do the choices provided make sense? Do you learn something with every choice you make?  Is the feedback on your answers effective and satisfying to you? </w:t>
            </w:r>
          </w:p>
          <w:p w14:paraId="6D90B3C5"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Your Interest In the Tutorial</w:t>
            </w:r>
            <w:r w:rsidRPr="00D018B1">
              <w:rPr>
                <w:rFonts w:cs="Arial"/>
                <w:szCs w:val="22"/>
              </w:rPr>
              <w:t xml:space="preserve"> – Is the tutorial engaging? Does it make you want to continue from one screen to the next? Or is it tedious?</w:t>
            </w:r>
          </w:p>
          <w:p w14:paraId="634D752A"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Humor</w:t>
            </w:r>
            <w:r w:rsidRPr="00D018B1">
              <w:rPr>
                <w:rFonts w:cs="Arial"/>
                <w:szCs w:val="22"/>
              </w:rPr>
              <w:t xml:space="preserve"> – Do you find the tutorial humorous? If so, is the humor appealing, stupid, or does it not makes sense to you because you suspect it relates to things you don’t know about?</w:t>
            </w:r>
          </w:p>
          <w:p w14:paraId="2D94BBFA"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Navigation</w:t>
            </w:r>
            <w:r w:rsidRPr="00D018B1">
              <w:rPr>
                <w:rFonts w:cs="Arial"/>
                <w:szCs w:val="22"/>
              </w:rPr>
              <w:t xml:space="preserve"> – How is the navigation? Is it easy to figure out what to do next (intuitive) or hard to figure out? What makes sense to you and what could be done to make the navigation more intuitive and easy to figure out? Does it allow you to go where you want to go, when you want to go there?</w:t>
            </w:r>
          </w:p>
          <w:p w14:paraId="3DFC38FE" w14:textId="77777777" w:rsidR="005B3643" w:rsidRPr="00D018B1" w:rsidRDefault="005B3643" w:rsidP="005B3643">
            <w:pPr>
              <w:spacing w:after="0"/>
              <w:rPr>
                <w:rFonts w:cs="Arial"/>
                <w:szCs w:val="22"/>
              </w:rPr>
            </w:pPr>
            <w:r w:rsidRPr="00D018B1">
              <w:rPr>
                <w:rFonts w:cs="Arial"/>
                <w:szCs w:val="22"/>
              </w:rPr>
              <w:t>When you feel you have completed this task, say so and go on to the next task.</w:t>
            </w:r>
          </w:p>
        </w:tc>
      </w:tr>
      <w:tr w:rsidR="005B3643" w:rsidRPr="00D018B1" w14:paraId="0C9666D5" w14:textId="77777777" w:rsidTr="00366487">
        <w:trPr>
          <w:trHeight w:val="669"/>
        </w:trPr>
        <w:tc>
          <w:tcPr>
            <w:tcW w:w="764" w:type="dxa"/>
          </w:tcPr>
          <w:p w14:paraId="317E7D4C" w14:textId="77777777" w:rsidR="005B3643" w:rsidRPr="00D018B1" w:rsidRDefault="005B3643" w:rsidP="005B3643">
            <w:pPr>
              <w:spacing w:after="0"/>
              <w:rPr>
                <w:rFonts w:cs="Arial"/>
                <w:szCs w:val="22"/>
              </w:rPr>
            </w:pPr>
            <w:r w:rsidRPr="00D018B1">
              <w:rPr>
                <w:rFonts w:cs="Arial"/>
                <w:szCs w:val="22"/>
              </w:rPr>
              <w:t>5.</w:t>
            </w:r>
          </w:p>
        </w:tc>
        <w:tc>
          <w:tcPr>
            <w:tcW w:w="9216" w:type="dxa"/>
          </w:tcPr>
          <w:p w14:paraId="5C999FDA" w14:textId="77777777" w:rsidR="005B3643" w:rsidRPr="00D018B1" w:rsidRDefault="005B3643" w:rsidP="005B3643">
            <w:pPr>
              <w:spacing w:after="0"/>
              <w:rPr>
                <w:rFonts w:cs="Arial"/>
                <w:szCs w:val="22"/>
              </w:rPr>
            </w:pPr>
            <w:r w:rsidRPr="00D018B1">
              <w:rPr>
                <w:rFonts w:cs="Arial"/>
                <w:b/>
                <w:szCs w:val="22"/>
              </w:rPr>
              <w:t>Access Resources</w:t>
            </w:r>
            <w:r w:rsidRPr="00D018B1">
              <w:rPr>
                <w:rFonts w:cs="Arial"/>
                <w:szCs w:val="22"/>
              </w:rPr>
              <w:t xml:space="preserve"> – You wish to access guidelines and resources on safe handling of food. Does this site provide the sort of resources you think would be helpful? If so, access one or two resources.  When you feel you have completed this task, say so and go on to the next task.</w:t>
            </w:r>
          </w:p>
        </w:tc>
      </w:tr>
      <w:tr w:rsidR="005B3643" w:rsidRPr="00D018B1" w14:paraId="14536F1E" w14:textId="77777777" w:rsidTr="00366487">
        <w:trPr>
          <w:trHeight w:val="669"/>
        </w:trPr>
        <w:tc>
          <w:tcPr>
            <w:tcW w:w="764" w:type="dxa"/>
          </w:tcPr>
          <w:p w14:paraId="00F3BDCB" w14:textId="77777777" w:rsidR="005B3643" w:rsidRPr="00D018B1" w:rsidRDefault="005B3643" w:rsidP="005B3643">
            <w:pPr>
              <w:spacing w:after="0"/>
              <w:rPr>
                <w:rFonts w:cs="Arial"/>
                <w:szCs w:val="22"/>
              </w:rPr>
            </w:pPr>
            <w:r w:rsidRPr="00D018B1">
              <w:rPr>
                <w:rFonts w:cs="Arial"/>
                <w:szCs w:val="22"/>
              </w:rPr>
              <w:t>6.</w:t>
            </w:r>
          </w:p>
        </w:tc>
        <w:tc>
          <w:tcPr>
            <w:tcW w:w="9216" w:type="dxa"/>
          </w:tcPr>
          <w:p w14:paraId="21C4C201" w14:textId="77777777" w:rsidR="005B3643" w:rsidRPr="00D018B1" w:rsidRDefault="005B3643" w:rsidP="005B3643">
            <w:pPr>
              <w:spacing w:after="0"/>
              <w:rPr>
                <w:rFonts w:cs="Arial"/>
                <w:szCs w:val="22"/>
              </w:rPr>
            </w:pPr>
            <w:r w:rsidRPr="00D018B1">
              <w:rPr>
                <w:rFonts w:cs="Arial"/>
                <w:b/>
                <w:szCs w:val="22"/>
              </w:rPr>
              <w:t>Find a Safe Food Handling Test</w:t>
            </w:r>
            <w:r w:rsidRPr="00D018B1">
              <w:rPr>
                <w:rFonts w:cs="Arial"/>
                <w:szCs w:val="22"/>
              </w:rPr>
              <w:t xml:space="preserve"> – The restaurant manager who said he would hire you asked you to get certified to safely handle food. Determine if there is a certification test you can take on this site and if so, take the test. When you are finished, say so and go on to the next task.</w:t>
            </w:r>
          </w:p>
        </w:tc>
      </w:tr>
      <w:tr w:rsidR="005B3643" w:rsidRPr="00D018B1" w14:paraId="533D5EDC" w14:textId="77777777" w:rsidTr="00366487">
        <w:trPr>
          <w:trHeight w:val="340"/>
        </w:trPr>
        <w:tc>
          <w:tcPr>
            <w:tcW w:w="764" w:type="dxa"/>
          </w:tcPr>
          <w:p w14:paraId="5FDA8D34" w14:textId="77777777" w:rsidR="005B3643" w:rsidRPr="00D018B1" w:rsidRDefault="005B3643" w:rsidP="005B3643">
            <w:pPr>
              <w:spacing w:after="0"/>
              <w:rPr>
                <w:rFonts w:cs="Arial"/>
                <w:szCs w:val="22"/>
              </w:rPr>
            </w:pPr>
            <w:r w:rsidRPr="00D018B1">
              <w:rPr>
                <w:rFonts w:cs="Arial"/>
                <w:szCs w:val="22"/>
              </w:rPr>
              <w:t>7.</w:t>
            </w:r>
          </w:p>
        </w:tc>
        <w:tc>
          <w:tcPr>
            <w:tcW w:w="9216" w:type="dxa"/>
          </w:tcPr>
          <w:p w14:paraId="5E67E808" w14:textId="77777777" w:rsidR="005B3643" w:rsidRPr="00D018B1" w:rsidRDefault="005B3643" w:rsidP="005B3643">
            <w:pPr>
              <w:spacing w:after="0"/>
              <w:rPr>
                <w:rFonts w:cs="Arial"/>
                <w:szCs w:val="22"/>
              </w:rPr>
            </w:pPr>
            <w:r w:rsidRPr="00D018B1">
              <w:rPr>
                <w:rFonts w:cs="Arial"/>
                <w:b/>
                <w:szCs w:val="22"/>
              </w:rPr>
              <w:t>Explore</w:t>
            </w:r>
            <w:r w:rsidRPr="00D018B1">
              <w:rPr>
                <w:rFonts w:cs="Arial"/>
                <w:szCs w:val="22"/>
              </w:rPr>
              <w:t xml:space="preserve"> – You are done with the task list!  Please tell the facilitator that you are done and indicate whether there is anything else on the site that interests you and that you would like to explore. If there is, you may have a few minutes to explore the site further. What looks interesting or useful?  When you click on or press an item, are the results what you had expected? When the facilitator indicates that it is time to stop exploring, your usability test experience will be finished.</w:t>
            </w:r>
          </w:p>
        </w:tc>
      </w:tr>
    </w:tbl>
    <w:p w14:paraId="746D0399" w14:textId="77777777" w:rsidR="005B3643" w:rsidRPr="00D018B1" w:rsidRDefault="005B3643" w:rsidP="005B3643">
      <w:pPr>
        <w:spacing w:after="0" w:line="240" w:lineRule="auto"/>
        <w:rPr>
          <w:rFonts w:eastAsia="Calibri" w:cs="Arial"/>
          <w:b/>
          <w:i/>
          <w:szCs w:val="22"/>
        </w:rPr>
      </w:pPr>
      <w:r w:rsidRPr="00D018B1">
        <w:rPr>
          <w:rFonts w:eastAsia="Calibri" w:cs="Arial"/>
          <w:b/>
          <w:i/>
          <w:szCs w:val="22"/>
        </w:rPr>
        <w:t>Thank you again for your time in helping us improve this training material!</w:t>
      </w:r>
    </w:p>
    <w:p w14:paraId="152FF115" w14:textId="77777777" w:rsidR="005B3643" w:rsidRPr="00D018B1" w:rsidRDefault="005B3643" w:rsidP="005B3643">
      <w:pPr>
        <w:spacing w:after="0" w:line="240" w:lineRule="auto"/>
        <w:rPr>
          <w:rFonts w:eastAsia="Calibri" w:cs="Arial"/>
          <w:b/>
          <w:i/>
          <w:szCs w:val="22"/>
        </w:rPr>
      </w:pPr>
      <w:r w:rsidRPr="00D018B1">
        <w:rPr>
          <w:rFonts w:eastAsia="Calibri" w:cs="Arial"/>
          <w:b/>
          <w:i/>
          <w:szCs w:val="22"/>
        </w:rPr>
        <w:br w:type="page"/>
      </w:r>
    </w:p>
    <w:p w14:paraId="20B0EA73" w14:textId="344ACC25" w:rsidR="005B3643" w:rsidRPr="00D018B1" w:rsidRDefault="005B3643" w:rsidP="005B3643">
      <w:pPr>
        <w:spacing w:after="0" w:line="240" w:lineRule="auto"/>
        <w:rPr>
          <w:rFonts w:eastAsia="Calibri" w:cs="Arial"/>
          <w:b/>
          <w:i/>
          <w:color w:val="000000"/>
          <w:szCs w:val="22"/>
        </w:rPr>
      </w:pPr>
      <w:r w:rsidRPr="00366487">
        <w:rPr>
          <w:rStyle w:val="Heading3Char"/>
        </w:rPr>
        <w:lastRenderedPageBreak/>
        <w:t>Facilitator’s Observation Form</w:t>
      </w:r>
      <w:r w:rsidRPr="00D018B1">
        <w:rPr>
          <w:rFonts w:eastAsia="Calibri" w:cs="Arial"/>
          <w:b/>
          <w:bCs/>
          <w:i/>
          <w:iCs/>
          <w:color w:val="4F81BD"/>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t>Date:</w:t>
      </w:r>
    </w:p>
    <w:tbl>
      <w:tblPr>
        <w:tblStyle w:val="TableGrid1"/>
        <w:tblW w:w="97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80"/>
        <w:gridCol w:w="1643"/>
        <w:gridCol w:w="2031"/>
        <w:gridCol w:w="1175"/>
        <w:gridCol w:w="4246"/>
      </w:tblGrid>
      <w:tr w:rsidR="005B3643" w:rsidRPr="00D018B1" w14:paraId="7E1B07A8" w14:textId="77777777" w:rsidTr="005B3643">
        <w:trPr>
          <w:trHeight w:val="93"/>
        </w:trPr>
        <w:tc>
          <w:tcPr>
            <w:tcW w:w="4331" w:type="dxa"/>
            <w:gridSpan w:val="3"/>
            <w:shd w:val="clear" w:color="auto" w:fill="FFFFFF"/>
          </w:tcPr>
          <w:p w14:paraId="3E1EF659" w14:textId="77777777" w:rsidR="005B3643" w:rsidRPr="00D018B1" w:rsidRDefault="005B3643" w:rsidP="005B3643">
            <w:pPr>
              <w:spacing w:after="0"/>
              <w:jc w:val="both"/>
              <w:rPr>
                <w:rFonts w:cs="Arial"/>
                <w:b/>
                <w:szCs w:val="22"/>
              </w:rPr>
            </w:pPr>
            <w:r w:rsidRPr="00D018B1">
              <w:rPr>
                <w:rFonts w:cs="Arial"/>
                <w:b/>
                <w:szCs w:val="22"/>
              </w:rPr>
              <w:t xml:space="preserve">Participant Name: </w:t>
            </w:r>
          </w:p>
        </w:tc>
        <w:tc>
          <w:tcPr>
            <w:tcW w:w="1168" w:type="dxa"/>
            <w:shd w:val="clear" w:color="auto" w:fill="FFFFFF"/>
          </w:tcPr>
          <w:p w14:paraId="44DD937E" w14:textId="77777777" w:rsidR="005B3643" w:rsidRPr="00D018B1" w:rsidRDefault="005B3643" w:rsidP="005B3643">
            <w:pPr>
              <w:spacing w:after="0"/>
              <w:rPr>
                <w:rFonts w:cs="Arial"/>
                <w:b/>
                <w:szCs w:val="22"/>
              </w:rPr>
            </w:pPr>
          </w:p>
        </w:tc>
        <w:tc>
          <w:tcPr>
            <w:tcW w:w="4276" w:type="dxa"/>
            <w:shd w:val="clear" w:color="auto" w:fill="FFFFFF"/>
          </w:tcPr>
          <w:p w14:paraId="0370167A" w14:textId="27C6F112" w:rsidR="005B3643" w:rsidRPr="00D018B1" w:rsidRDefault="005B3643" w:rsidP="005B3643">
            <w:pPr>
              <w:spacing w:after="0"/>
              <w:rPr>
                <w:rFonts w:cs="Arial"/>
                <w:b/>
                <w:szCs w:val="22"/>
              </w:rPr>
            </w:pPr>
            <w:r w:rsidRPr="00D018B1">
              <w:rPr>
                <w:rFonts w:cs="Arial"/>
                <w:b/>
                <w:szCs w:val="22"/>
              </w:rPr>
              <w:t xml:space="preserve">Platform Tested: </w:t>
            </w:r>
            <w:r w:rsidRPr="00D018B1">
              <w:rPr>
                <w:rFonts w:cs="Arial"/>
                <w:b/>
                <w:szCs w:val="22"/>
              </w:rPr>
              <w:br/>
            </w:r>
            <w:r w:rsidRPr="00D018B1">
              <w:rPr>
                <w:rFonts w:cs="Arial"/>
                <w:color w:val="000000"/>
                <w:szCs w:val="22"/>
              </w:rPr>
              <w:t xml:space="preserve">Website     /     </w:t>
            </w:r>
            <w:r w:rsidR="00366487" w:rsidRPr="00D018B1">
              <w:rPr>
                <w:rFonts w:cs="Arial"/>
                <w:color w:val="000000"/>
                <w:szCs w:val="22"/>
              </w:rPr>
              <w:t>Smartphone</w:t>
            </w:r>
            <w:r w:rsidRPr="00D018B1">
              <w:rPr>
                <w:rFonts w:cs="Arial"/>
                <w:color w:val="000000"/>
                <w:szCs w:val="22"/>
              </w:rPr>
              <w:t xml:space="preserve">     /      Tablet    </w:t>
            </w:r>
          </w:p>
        </w:tc>
      </w:tr>
      <w:tr w:rsidR="005B3643" w:rsidRPr="00D018B1" w14:paraId="43E81AA6" w14:textId="77777777" w:rsidTr="005B3643">
        <w:trPr>
          <w:trHeight w:val="93"/>
        </w:trPr>
        <w:tc>
          <w:tcPr>
            <w:tcW w:w="2292" w:type="dxa"/>
            <w:gridSpan w:val="2"/>
            <w:shd w:val="clear" w:color="auto" w:fill="FFFFFF"/>
          </w:tcPr>
          <w:p w14:paraId="6E01A0DA" w14:textId="77777777" w:rsidR="005B3643" w:rsidRPr="00D018B1" w:rsidRDefault="005B3643" w:rsidP="005B3643">
            <w:pPr>
              <w:spacing w:after="0"/>
              <w:rPr>
                <w:rFonts w:cs="Arial"/>
                <w:b/>
                <w:szCs w:val="22"/>
              </w:rPr>
            </w:pPr>
            <w:r w:rsidRPr="00D018B1">
              <w:rPr>
                <w:rFonts w:cs="Arial"/>
                <w:b/>
                <w:szCs w:val="22"/>
              </w:rPr>
              <w:t>Session Start:</w:t>
            </w:r>
          </w:p>
        </w:tc>
        <w:tc>
          <w:tcPr>
            <w:tcW w:w="2038" w:type="dxa"/>
            <w:shd w:val="clear" w:color="auto" w:fill="FFFFFF"/>
          </w:tcPr>
          <w:p w14:paraId="4F84CFE5" w14:textId="77777777" w:rsidR="005B3643" w:rsidRPr="00D018B1" w:rsidRDefault="005B3643" w:rsidP="005B3643">
            <w:pPr>
              <w:spacing w:after="0"/>
              <w:rPr>
                <w:rFonts w:cs="Arial"/>
                <w:b/>
                <w:szCs w:val="22"/>
              </w:rPr>
            </w:pPr>
            <w:r w:rsidRPr="00D018B1">
              <w:rPr>
                <w:rFonts w:cs="Arial"/>
                <w:b/>
                <w:szCs w:val="22"/>
              </w:rPr>
              <w:t>Session End:</w:t>
            </w:r>
          </w:p>
        </w:tc>
        <w:tc>
          <w:tcPr>
            <w:tcW w:w="1168" w:type="dxa"/>
            <w:shd w:val="clear" w:color="auto" w:fill="FFFFFF"/>
          </w:tcPr>
          <w:p w14:paraId="3528520B" w14:textId="77777777" w:rsidR="005B3643" w:rsidRPr="00D018B1" w:rsidRDefault="005B3643" w:rsidP="005B3643">
            <w:pPr>
              <w:spacing w:after="0"/>
              <w:rPr>
                <w:rFonts w:cs="Arial"/>
                <w:b/>
                <w:szCs w:val="22"/>
              </w:rPr>
            </w:pPr>
          </w:p>
        </w:tc>
        <w:tc>
          <w:tcPr>
            <w:tcW w:w="4276" w:type="dxa"/>
            <w:shd w:val="clear" w:color="auto" w:fill="FFFFFF"/>
          </w:tcPr>
          <w:p w14:paraId="66E03F45" w14:textId="77777777" w:rsidR="005B3643" w:rsidRPr="00D018B1" w:rsidRDefault="005B3643" w:rsidP="005B3643">
            <w:pPr>
              <w:spacing w:after="0"/>
              <w:rPr>
                <w:rFonts w:cs="Arial"/>
                <w:b/>
                <w:szCs w:val="22"/>
              </w:rPr>
            </w:pPr>
          </w:p>
        </w:tc>
      </w:tr>
      <w:tr w:rsidR="005B3643" w:rsidRPr="00D018B1" w14:paraId="0D78485E" w14:textId="77777777" w:rsidTr="005B3643">
        <w:trPr>
          <w:trHeight w:val="93"/>
        </w:trPr>
        <w:tc>
          <w:tcPr>
            <w:tcW w:w="638" w:type="dxa"/>
            <w:shd w:val="clear" w:color="auto" w:fill="92CDDC"/>
          </w:tcPr>
          <w:p w14:paraId="3A533150" w14:textId="77777777" w:rsidR="005B3643" w:rsidRPr="00D018B1" w:rsidRDefault="005B3643" w:rsidP="005B3643">
            <w:pPr>
              <w:spacing w:after="0"/>
              <w:rPr>
                <w:rFonts w:cs="Arial"/>
                <w:b/>
                <w:szCs w:val="22"/>
              </w:rPr>
            </w:pPr>
            <w:r w:rsidRPr="00D018B1">
              <w:rPr>
                <w:rFonts w:cs="Arial"/>
                <w:b/>
                <w:szCs w:val="22"/>
              </w:rPr>
              <w:t>Task</w:t>
            </w:r>
          </w:p>
        </w:tc>
        <w:tc>
          <w:tcPr>
            <w:tcW w:w="3692" w:type="dxa"/>
            <w:gridSpan w:val="2"/>
            <w:shd w:val="clear" w:color="auto" w:fill="92CDDC"/>
          </w:tcPr>
          <w:p w14:paraId="2497B031" w14:textId="77777777" w:rsidR="005B3643" w:rsidRPr="00D018B1" w:rsidRDefault="005B3643" w:rsidP="005B3643">
            <w:pPr>
              <w:spacing w:after="0"/>
              <w:jc w:val="center"/>
              <w:rPr>
                <w:rFonts w:cs="Arial"/>
                <w:b/>
                <w:szCs w:val="22"/>
              </w:rPr>
            </w:pPr>
            <w:r w:rsidRPr="00D018B1">
              <w:rPr>
                <w:rFonts w:cs="Arial"/>
                <w:b/>
                <w:szCs w:val="22"/>
              </w:rPr>
              <w:t>Participant Task List</w:t>
            </w:r>
          </w:p>
        </w:tc>
        <w:tc>
          <w:tcPr>
            <w:tcW w:w="1168" w:type="dxa"/>
            <w:shd w:val="clear" w:color="auto" w:fill="92CDDC"/>
          </w:tcPr>
          <w:p w14:paraId="6A4F1161" w14:textId="77777777" w:rsidR="005B3643" w:rsidRPr="00D018B1" w:rsidRDefault="005B3643" w:rsidP="005B3643">
            <w:pPr>
              <w:spacing w:after="0"/>
              <w:jc w:val="center"/>
              <w:rPr>
                <w:rFonts w:cs="Arial"/>
                <w:b/>
                <w:szCs w:val="22"/>
              </w:rPr>
            </w:pPr>
            <w:r w:rsidRPr="00D018B1">
              <w:rPr>
                <w:rFonts w:cs="Arial"/>
                <w:b/>
                <w:szCs w:val="22"/>
              </w:rPr>
              <w:t>Task Start/End</w:t>
            </w:r>
          </w:p>
        </w:tc>
        <w:tc>
          <w:tcPr>
            <w:tcW w:w="4276" w:type="dxa"/>
            <w:shd w:val="clear" w:color="auto" w:fill="92CDDC"/>
          </w:tcPr>
          <w:p w14:paraId="765A9E50" w14:textId="77777777" w:rsidR="005B3643" w:rsidRPr="00D018B1" w:rsidRDefault="005B3643" w:rsidP="005B3643">
            <w:pPr>
              <w:spacing w:after="0"/>
              <w:jc w:val="center"/>
              <w:rPr>
                <w:rFonts w:cs="Arial"/>
                <w:b/>
                <w:szCs w:val="22"/>
              </w:rPr>
            </w:pPr>
            <w:r w:rsidRPr="00D018B1">
              <w:rPr>
                <w:rFonts w:cs="Arial"/>
                <w:b/>
                <w:szCs w:val="22"/>
              </w:rPr>
              <w:t>Observations (Comments, task issues…)</w:t>
            </w:r>
          </w:p>
        </w:tc>
      </w:tr>
      <w:tr w:rsidR="005B3643" w:rsidRPr="00D018B1" w14:paraId="7576826F" w14:textId="77777777" w:rsidTr="00327E5C">
        <w:trPr>
          <w:trHeight w:val="86"/>
        </w:trPr>
        <w:tc>
          <w:tcPr>
            <w:tcW w:w="638" w:type="dxa"/>
          </w:tcPr>
          <w:p w14:paraId="5A7D07CD" w14:textId="77777777" w:rsidR="005B3643" w:rsidRPr="00D018B1" w:rsidRDefault="005B3643" w:rsidP="005B3643">
            <w:pPr>
              <w:spacing w:after="0"/>
              <w:rPr>
                <w:rFonts w:cs="Arial"/>
                <w:szCs w:val="22"/>
              </w:rPr>
            </w:pPr>
            <w:r w:rsidRPr="00D018B1">
              <w:rPr>
                <w:rFonts w:cs="Arial"/>
                <w:szCs w:val="22"/>
              </w:rPr>
              <w:t>1.</w:t>
            </w:r>
          </w:p>
        </w:tc>
        <w:tc>
          <w:tcPr>
            <w:tcW w:w="3692" w:type="dxa"/>
            <w:gridSpan w:val="2"/>
          </w:tcPr>
          <w:p w14:paraId="09A13285" w14:textId="77777777" w:rsidR="005B3643" w:rsidRPr="00D018B1" w:rsidRDefault="005B3643" w:rsidP="005B3643">
            <w:pPr>
              <w:spacing w:after="0"/>
              <w:rPr>
                <w:rFonts w:cs="Arial"/>
                <w:szCs w:val="22"/>
              </w:rPr>
            </w:pPr>
            <w:r w:rsidRPr="00D018B1">
              <w:rPr>
                <w:rFonts w:cs="Arial"/>
                <w:b/>
                <w:szCs w:val="22"/>
              </w:rPr>
              <w:t>Access the Training</w:t>
            </w:r>
            <w:r w:rsidRPr="00D018B1">
              <w:rPr>
                <w:rFonts w:cs="Arial"/>
                <w:szCs w:val="22"/>
              </w:rPr>
              <w:t xml:space="preserve"> at following URL:  xxx </w:t>
            </w:r>
          </w:p>
          <w:p w14:paraId="081BD324" w14:textId="77777777" w:rsidR="005B3643" w:rsidRPr="00D018B1" w:rsidRDefault="005B3643" w:rsidP="005B3643">
            <w:pPr>
              <w:spacing w:after="0"/>
              <w:rPr>
                <w:rFonts w:cs="Arial"/>
                <w:szCs w:val="22"/>
              </w:rPr>
            </w:pPr>
            <w:r w:rsidRPr="00D018B1">
              <w:rPr>
                <w:rFonts w:cs="Arial"/>
                <w:szCs w:val="22"/>
              </w:rPr>
              <w:t>When you feel you have completed this task, say so and go on to the next task.</w:t>
            </w:r>
          </w:p>
        </w:tc>
        <w:tc>
          <w:tcPr>
            <w:tcW w:w="1168" w:type="dxa"/>
          </w:tcPr>
          <w:p w14:paraId="2E7FAFBF" w14:textId="77777777" w:rsidR="005B3643" w:rsidRPr="00D018B1" w:rsidRDefault="005B3643" w:rsidP="005B3643">
            <w:pPr>
              <w:spacing w:after="0"/>
              <w:rPr>
                <w:rFonts w:cs="Arial"/>
                <w:b/>
                <w:szCs w:val="22"/>
              </w:rPr>
            </w:pPr>
          </w:p>
        </w:tc>
        <w:tc>
          <w:tcPr>
            <w:tcW w:w="4276" w:type="dxa"/>
          </w:tcPr>
          <w:p w14:paraId="7385F78B" w14:textId="77777777" w:rsidR="005B3643" w:rsidRPr="00D018B1" w:rsidRDefault="005B3643" w:rsidP="005B3643">
            <w:pPr>
              <w:spacing w:after="0"/>
              <w:rPr>
                <w:rFonts w:cs="Arial"/>
                <w:b/>
                <w:szCs w:val="22"/>
              </w:rPr>
            </w:pPr>
          </w:p>
        </w:tc>
      </w:tr>
      <w:tr w:rsidR="005B3643" w:rsidRPr="00D018B1" w14:paraId="433C0292" w14:textId="77777777" w:rsidTr="00327E5C">
        <w:trPr>
          <w:trHeight w:val="259"/>
        </w:trPr>
        <w:tc>
          <w:tcPr>
            <w:tcW w:w="638" w:type="dxa"/>
          </w:tcPr>
          <w:p w14:paraId="5E76CEBD" w14:textId="77777777" w:rsidR="005B3643" w:rsidRPr="00D018B1" w:rsidRDefault="005B3643" w:rsidP="005B3643">
            <w:pPr>
              <w:spacing w:after="0"/>
              <w:rPr>
                <w:rFonts w:cs="Arial"/>
                <w:szCs w:val="22"/>
              </w:rPr>
            </w:pPr>
            <w:r w:rsidRPr="00D018B1">
              <w:rPr>
                <w:rFonts w:cs="Arial"/>
                <w:szCs w:val="22"/>
              </w:rPr>
              <w:t>2.</w:t>
            </w:r>
          </w:p>
        </w:tc>
        <w:tc>
          <w:tcPr>
            <w:tcW w:w="3692" w:type="dxa"/>
            <w:gridSpan w:val="2"/>
          </w:tcPr>
          <w:p w14:paraId="0EE61097" w14:textId="77777777" w:rsidR="005B3643" w:rsidRPr="00D018B1" w:rsidRDefault="005B3643" w:rsidP="005B3643">
            <w:pPr>
              <w:spacing w:after="0"/>
              <w:rPr>
                <w:rFonts w:cs="Arial"/>
                <w:szCs w:val="22"/>
              </w:rPr>
            </w:pPr>
            <w:r w:rsidRPr="00D018B1">
              <w:rPr>
                <w:rFonts w:cs="Arial"/>
                <w:b/>
                <w:szCs w:val="22"/>
              </w:rPr>
              <w:t>Provide Your First Impressions</w:t>
            </w:r>
            <w:r w:rsidRPr="00D018B1">
              <w:rPr>
                <w:rFonts w:cs="Arial"/>
                <w:szCs w:val="22"/>
              </w:rPr>
              <w:t xml:space="preserve"> </w:t>
            </w:r>
          </w:p>
          <w:p w14:paraId="2B1721DC" w14:textId="77777777" w:rsidR="005B3643" w:rsidRPr="00D018B1" w:rsidRDefault="005B3643" w:rsidP="005B3643">
            <w:pPr>
              <w:spacing w:after="0"/>
              <w:rPr>
                <w:rFonts w:cs="Arial"/>
                <w:szCs w:val="22"/>
              </w:rPr>
            </w:pPr>
          </w:p>
        </w:tc>
        <w:tc>
          <w:tcPr>
            <w:tcW w:w="1168" w:type="dxa"/>
          </w:tcPr>
          <w:p w14:paraId="317AC6D2" w14:textId="77777777" w:rsidR="005B3643" w:rsidRPr="00D018B1" w:rsidRDefault="005B3643" w:rsidP="005B3643">
            <w:pPr>
              <w:spacing w:after="0"/>
              <w:rPr>
                <w:rFonts w:cs="Arial"/>
                <w:b/>
                <w:szCs w:val="22"/>
              </w:rPr>
            </w:pPr>
          </w:p>
        </w:tc>
        <w:tc>
          <w:tcPr>
            <w:tcW w:w="4276" w:type="dxa"/>
          </w:tcPr>
          <w:p w14:paraId="4E2A2E38" w14:textId="77777777" w:rsidR="005B3643" w:rsidRPr="00D018B1" w:rsidRDefault="005B3643" w:rsidP="005B3643">
            <w:pPr>
              <w:spacing w:after="0"/>
              <w:rPr>
                <w:rFonts w:cs="Arial"/>
                <w:b/>
                <w:szCs w:val="22"/>
              </w:rPr>
            </w:pPr>
          </w:p>
        </w:tc>
      </w:tr>
      <w:tr w:rsidR="005B3643" w:rsidRPr="00D018B1" w14:paraId="165B7EB2" w14:textId="77777777" w:rsidTr="00327E5C">
        <w:trPr>
          <w:trHeight w:val="519"/>
        </w:trPr>
        <w:tc>
          <w:tcPr>
            <w:tcW w:w="638" w:type="dxa"/>
          </w:tcPr>
          <w:p w14:paraId="703B67EA" w14:textId="77777777" w:rsidR="005B3643" w:rsidRPr="00D018B1" w:rsidRDefault="005B3643" w:rsidP="005B3643">
            <w:pPr>
              <w:spacing w:after="0"/>
              <w:rPr>
                <w:rFonts w:cs="Arial"/>
                <w:szCs w:val="22"/>
              </w:rPr>
            </w:pPr>
            <w:r w:rsidRPr="00D018B1">
              <w:rPr>
                <w:rFonts w:cs="Arial"/>
                <w:szCs w:val="22"/>
              </w:rPr>
              <w:t>3.</w:t>
            </w:r>
          </w:p>
        </w:tc>
        <w:tc>
          <w:tcPr>
            <w:tcW w:w="3692" w:type="dxa"/>
            <w:gridSpan w:val="2"/>
          </w:tcPr>
          <w:p w14:paraId="320E63C9" w14:textId="77777777" w:rsidR="005B3643" w:rsidRPr="00D018B1" w:rsidRDefault="005B3643" w:rsidP="005B3643">
            <w:pPr>
              <w:spacing w:after="0"/>
              <w:rPr>
                <w:rFonts w:cs="Arial"/>
                <w:szCs w:val="22"/>
              </w:rPr>
            </w:pPr>
            <w:r w:rsidRPr="00D018B1">
              <w:rPr>
                <w:rFonts w:cs="Arial"/>
                <w:b/>
                <w:szCs w:val="22"/>
              </w:rPr>
              <w:t xml:space="preserve">Determine the Site Purpose </w:t>
            </w:r>
          </w:p>
          <w:p w14:paraId="6D16DF86" w14:textId="77777777" w:rsidR="005B3643" w:rsidRPr="00D018B1" w:rsidRDefault="005B3643" w:rsidP="005B3643">
            <w:pPr>
              <w:spacing w:after="0"/>
              <w:rPr>
                <w:rFonts w:cs="Arial"/>
                <w:szCs w:val="22"/>
              </w:rPr>
            </w:pPr>
            <w:r w:rsidRPr="00D018B1">
              <w:rPr>
                <w:rFonts w:cs="Arial"/>
                <w:szCs w:val="22"/>
              </w:rPr>
              <w:t xml:space="preserve">[Hand participant </w:t>
            </w:r>
            <w:r w:rsidRPr="00D018B1">
              <w:rPr>
                <w:rFonts w:cs="Arial"/>
                <w:b/>
                <w:szCs w:val="22"/>
              </w:rPr>
              <w:t xml:space="preserve">VIDEO STORYBOARDS </w:t>
            </w:r>
            <w:r w:rsidRPr="00D018B1">
              <w:rPr>
                <w:rFonts w:cs="Arial"/>
                <w:szCs w:val="22"/>
              </w:rPr>
              <w:t>]</w:t>
            </w:r>
          </w:p>
        </w:tc>
        <w:tc>
          <w:tcPr>
            <w:tcW w:w="1168" w:type="dxa"/>
          </w:tcPr>
          <w:p w14:paraId="2189F8CA" w14:textId="77777777" w:rsidR="005B3643" w:rsidRPr="00D018B1" w:rsidRDefault="005B3643" w:rsidP="005B3643">
            <w:pPr>
              <w:spacing w:after="0"/>
              <w:rPr>
                <w:rFonts w:cs="Arial"/>
                <w:b/>
                <w:szCs w:val="22"/>
              </w:rPr>
            </w:pPr>
          </w:p>
        </w:tc>
        <w:tc>
          <w:tcPr>
            <w:tcW w:w="4276" w:type="dxa"/>
          </w:tcPr>
          <w:p w14:paraId="451A2072" w14:textId="77777777" w:rsidR="005B3643" w:rsidRPr="00D018B1" w:rsidRDefault="005B3643" w:rsidP="005B3643">
            <w:pPr>
              <w:spacing w:after="0"/>
              <w:rPr>
                <w:rFonts w:cs="Arial"/>
                <w:b/>
                <w:szCs w:val="22"/>
              </w:rPr>
            </w:pPr>
          </w:p>
        </w:tc>
      </w:tr>
      <w:tr w:rsidR="005B3643" w:rsidRPr="00D018B1" w14:paraId="1A84A94C" w14:textId="77777777" w:rsidTr="00327E5C">
        <w:trPr>
          <w:trHeight w:val="100"/>
        </w:trPr>
        <w:tc>
          <w:tcPr>
            <w:tcW w:w="638" w:type="dxa"/>
          </w:tcPr>
          <w:p w14:paraId="4F183EDE" w14:textId="77777777" w:rsidR="005B3643" w:rsidRPr="00D018B1" w:rsidRDefault="005B3643" w:rsidP="005B3643">
            <w:pPr>
              <w:spacing w:after="0"/>
              <w:rPr>
                <w:rFonts w:cs="Arial"/>
                <w:szCs w:val="22"/>
              </w:rPr>
            </w:pPr>
            <w:r w:rsidRPr="00D018B1">
              <w:rPr>
                <w:rFonts w:cs="Arial"/>
                <w:szCs w:val="22"/>
              </w:rPr>
              <w:t>4.</w:t>
            </w:r>
          </w:p>
        </w:tc>
        <w:tc>
          <w:tcPr>
            <w:tcW w:w="3692" w:type="dxa"/>
            <w:gridSpan w:val="2"/>
          </w:tcPr>
          <w:p w14:paraId="70309A12" w14:textId="77777777" w:rsidR="005B3643" w:rsidRPr="00D018B1" w:rsidRDefault="005B3643" w:rsidP="005B3643">
            <w:pPr>
              <w:spacing w:after="0"/>
              <w:rPr>
                <w:rFonts w:cs="Arial"/>
                <w:szCs w:val="22"/>
              </w:rPr>
            </w:pPr>
            <w:r w:rsidRPr="00D018B1">
              <w:rPr>
                <w:rFonts w:cs="Arial"/>
                <w:b/>
                <w:szCs w:val="22"/>
              </w:rPr>
              <w:t xml:space="preserve">Find &amp; Take Training – </w:t>
            </w:r>
            <w:r w:rsidRPr="00D018B1">
              <w:rPr>
                <w:rFonts w:cs="Arial"/>
                <w:szCs w:val="22"/>
              </w:rPr>
              <w:t>Find it and take the training. As you do, comment out loud on:</w:t>
            </w:r>
          </w:p>
          <w:p w14:paraId="13939310"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Training Organization &amp; Effectiveness</w:t>
            </w:r>
            <w:r w:rsidRPr="00D018B1">
              <w:rPr>
                <w:rFonts w:cs="Arial"/>
                <w:szCs w:val="22"/>
              </w:rPr>
              <w:t xml:space="preserve"> </w:t>
            </w:r>
          </w:p>
          <w:p w14:paraId="1F7D7D4B"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Your Interest In the Tutorial</w:t>
            </w:r>
            <w:r w:rsidRPr="00D018B1">
              <w:rPr>
                <w:rFonts w:cs="Arial"/>
                <w:szCs w:val="22"/>
              </w:rPr>
              <w:t xml:space="preserve"> </w:t>
            </w:r>
          </w:p>
          <w:p w14:paraId="2C3C6DBB"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Humor</w:t>
            </w:r>
            <w:r w:rsidRPr="00D018B1">
              <w:rPr>
                <w:rFonts w:cs="Arial"/>
                <w:szCs w:val="22"/>
              </w:rPr>
              <w:t xml:space="preserve"> </w:t>
            </w:r>
          </w:p>
          <w:p w14:paraId="254A5D5A" w14:textId="77777777" w:rsidR="005B3643" w:rsidRPr="00D018B1" w:rsidRDefault="005B3643" w:rsidP="005B3643">
            <w:pPr>
              <w:numPr>
                <w:ilvl w:val="0"/>
                <w:numId w:val="11"/>
              </w:numPr>
              <w:tabs>
                <w:tab w:val="left" w:pos="360"/>
              </w:tabs>
              <w:spacing w:after="0"/>
              <w:contextualSpacing/>
              <w:rPr>
                <w:rFonts w:cs="Arial"/>
                <w:szCs w:val="22"/>
              </w:rPr>
            </w:pPr>
            <w:r w:rsidRPr="00D018B1">
              <w:rPr>
                <w:rFonts w:cs="Arial"/>
                <w:b/>
                <w:szCs w:val="22"/>
              </w:rPr>
              <w:t>Navigation</w:t>
            </w:r>
            <w:r w:rsidRPr="00D018B1">
              <w:rPr>
                <w:rFonts w:cs="Arial"/>
                <w:szCs w:val="22"/>
              </w:rPr>
              <w:t xml:space="preserve"> </w:t>
            </w:r>
          </w:p>
          <w:p w14:paraId="30EC04F0" w14:textId="77777777" w:rsidR="005B3643" w:rsidRPr="00D018B1" w:rsidRDefault="005B3643" w:rsidP="005B3643">
            <w:pPr>
              <w:spacing w:after="0"/>
              <w:rPr>
                <w:rFonts w:cs="Arial"/>
                <w:szCs w:val="22"/>
              </w:rPr>
            </w:pPr>
          </w:p>
        </w:tc>
        <w:tc>
          <w:tcPr>
            <w:tcW w:w="1168" w:type="dxa"/>
          </w:tcPr>
          <w:p w14:paraId="69862A5A" w14:textId="77777777" w:rsidR="005B3643" w:rsidRPr="00D018B1" w:rsidRDefault="005B3643" w:rsidP="005B3643">
            <w:pPr>
              <w:spacing w:after="0"/>
              <w:rPr>
                <w:rFonts w:cs="Arial"/>
                <w:b/>
                <w:szCs w:val="22"/>
              </w:rPr>
            </w:pPr>
          </w:p>
        </w:tc>
        <w:tc>
          <w:tcPr>
            <w:tcW w:w="4276" w:type="dxa"/>
          </w:tcPr>
          <w:p w14:paraId="5B139D41" w14:textId="77777777" w:rsidR="005B3643" w:rsidRPr="00D018B1" w:rsidRDefault="005B3643" w:rsidP="005B3643">
            <w:pPr>
              <w:spacing w:after="0"/>
              <w:rPr>
                <w:rFonts w:cs="Arial"/>
                <w:b/>
                <w:szCs w:val="22"/>
              </w:rPr>
            </w:pPr>
          </w:p>
        </w:tc>
      </w:tr>
      <w:tr w:rsidR="005B3643" w:rsidRPr="00D018B1" w14:paraId="203AF140" w14:textId="77777777" w:rsidTr="005B3643">
        <w:trPr>
          <w:trHeight w:val="346"/>
        </w:trPr>
        <w:tc>
          <w:tcPr>
            <w:tcW w:w="638" w:type="dxa"/>
            <w:shd w:val="clear" w:color="auto" w:fill="92CDDC"/>
          </w:tcPr>
          <w:p w14:paraId="6E5F848D" w14:textId="77777777" w:rsidR="005B3643" w:rsidRPr="00D018B1" w:rsidRDefault="005B3643" w:rsidP="005B3643">
            <w:pPr>
              <w:spacing w:after="0"/>
              <w:rPr>
                <w:rFonts w:cs="Arial"/>
                <w:b/>
                <w:szCs w:val="22"/>
              </w:rPr>
            </w:pPr>
            <w:r w:rsidRPr="00D018B1">
              <w:rPr>
                <w:rFonts w:cs="Arial"/>
                <w:b/>
                <w:szCs w:val="22"/>
              </w:rPr>
              <w:t>Task</w:t>
            </w:r>
          </w:p>
        </w:tc>
        <w:tc>
          <w:tcPr>
            <w:tcW w:w="3692" w:type="dxa"/>
            <w:gridSpan w:val="2"/>
            <w:shd w:val="clear" w:color="auto" w:fill="92CDDC"/>
          </w:tcPr>
          <w:p w14:paraId="616CFB0C" w14:textId="77777777" w:rsidR="005B3643" w:rsidRPr="00D018B1" w:rsidRDefault="005B3643" w:rsidP="005B3643">
            <w:pPr>
              <w:spacing w:after="0"/>
              <w:jc w:val="center"/>
              <w:rPr>
                <w:rFonts w:cs="Arial"/>
                <w:b/>
                <w:szCs w:val="22"/>
              </w:rPr>
            </w:pPr>
            <w:r w:rsidRPr="00D018B1">
              <w:rPr>
                <w:rFonts w:cs="Arial"/>
                <w:b/>
                <w:szCs w:val="22"/>
              </w:rPr>
              <w:t>Participant Task List</w:t>
            </w:r>
          </w:p>
        </w:tc>
        <w:tc>
          <w:tcPr>
            <w:tcW w:w="1168" w:type="dxa"/>
            <w:shd w:val="clear" w:color="auto" w:fill="92CDDC"/>
          </w:tcPr>
          <w:p w14:paraId="2CE7F5DE" w14:textId="77777777" w:rsidR="005B3643" w:rsidRPr="00D018B1" w:rsidRDefault="005B3643" w:rsidP="005B3643">
            <w:pPr>
              <w:spacing w:after="0"/>
              <w:jc w:val="center"/>
              <w:rPr>
                <w:rFonts w:cs="Arial"/>
                <w:b/>
                <w:szCs w:val="22"/>
              </w:rPr>
            </w:pPr>
            <w:r w:rsidRPr="00D018B1">
              <w:rPr>
                <w:rFonts w:cs="Arial"/>
                <w:b/>
                <w:szCs w:val="22"/>
              </w:rPr>
              <w:t>Task Start/End</w:t>
            </w:r>
          </w:p>
        </w:tc>
        <w:tc>
          <w:tcPr>
            <w:tcW w:w="4276" w:type="dxa"/>
            <w:shd w:val="clear" w:color="auto" w:fill="92CDDC"/>
          </w:tcPr>
          <w:p w14:paraId="59D01ED0" w14:textId="77777777" w:rsidR="005B3643" w:rsidRPr="00D018B1" w:rsidRDefault="005B3643" w:rsidP="005B3643">
            <w:pPr>
              <w:spacing w:after="0"/>
              <w:jc w:val="center"/>
              <w:rPr>
                <w:rFonts w:cs="Arial"/>
                <w:b/>
                <w:szCs w:val="22"/>
              </w:rPr>
            </w:pPr>
            <w:r w:rsidRPr="00D018B1">
              <w:rPr>
                <w:rFonts w:cs="Arial"/>
                <w:b/>
                <w:szCs w:val="22"/>
              </w:rPr>
              <w:t>Observation (User comments, task issues…)</w:t>
            </w:r>
          </w:p>
        </w:tc>
      </w:tr>
      <w:tr w:rsidR="005B3643" w:rsidRPr="00D018B1" w14:paraId="11AD415B" w14:textId="77777777" w:rsidTr="00327E5C">
        <w:trPr>
          <w:trHeight w:val="259"/>
        </w:trPr>
        <w:tc>
          <w:tcPr>
            <w:tcW w:w="638" w:type="dxa"/>
          </w:tcPr>
          <w:p w14:paraId="1045D601" w14:textId="77777777" w:rsidR="005B3643" w:rsidRPr="00D018B1" w:rsidRDefault="005B3643" w:rsidP="005B3643">
            <w:pPr>
              <w:spacing w:after="0"/>
              <w:rPr>
                <w:rFonts w:cs="Arial"/>
                <w:szCs w:val="22"/>
              </w:rPr>
            </w:pPr>
            <w:r w:rsidRPr="00D018B1">
              <w:rPr>
                <w:rFonts w:cs="Arial"/>
                <w:szCs w:val="22"/>
              </w:rPr>
              <w:t>5.</w:t>
            </w:r>
          </w:p>
        </w:tc>
        <w:tc>
          <w:tcPr>
            <w:tcW w:w="3692" w:type="dxa"/>
            <w:gridSpan w:val="2"/>
          </w:tcPr>
          <w:p w14:paraId="622FAF37" w14:textId="77777777" w:rsidR="005B3643" w:rsidRPr="00D018B1" w:rsidRDefault="005B3643" w:rsidP="005B3643">
            <w:pPr>
              <w:spacing w:after="0"/>
              <w:rPr>
                <w:rFonts w:cs="Arial"/>
                <w:szCs w:val="22"/>
              </w:rPr>
            </w:pPr>
            <w:r w:rsidRPr="00D018B1">
              <w:rPr>
                <w:rFonts w:cs="Arial"/>
                <w:b/>
                <w:szCs w:val="22"/>
              </w:rPr>
              <w:t>Access Resources</w:t>
            </w:r>
            <w:r w:rsidRPr="00D018B1">
              <w:rPr>
                <w:rFonts w:cs="Arial"/>
                <w:szCs w:val="22"/>
              </w:rPr>
              <w:t xml:space="preserve"> </w:t>
            </w:r>
          </w:p>
          <w:p w14:paraId="5A61BC6D" w14:textId="77777777" w:rsidR="005B3643" w:rsidRPr="00D018B1" w:rsidRDefault="005B3643" w:rsidP="005B3643">
            <w:pPr>
              <w:spacing w:after="0"/>
              <w:rPr>
                <w:rFonts w:cs="Arial"/>
                <w:szCs w:val="22"/>
              </w:rPr>
            </w:pPr>
          </w:p>
        </w:tc>
        <w:tc>
          <w:tcPr>
            <w:tcW w:w="1168" w:type="dxa"/>
          </w:tcPr>
          <w:p w14:paraId="72868D91" w14:textId="77777777" w:rsidR="005B3643" w:rsidRPr="00D018B1" w:rsidRDefault="005B3643" w:rsidP="005B3643">
            <w:pPr>
              <w:spacing w:after="0"/>
              <w:rPr>
                <w:rFonts w:cs="Arial"/>
                <w:b/>
                <w:szCs w:val="22"/>
              </w:rPr>
            </w:pPr>
          </w:p>
        </w:tc>
        <w:tc>
          <w:tcPr>
            <w:tcW w:w="4276" w:type="dxa"/>
          </w:tcPr>
          <w:p w14:paraId="2EF1EA10" w14:textId="77777777" w:rsidR="005B3643" w:rsidRPr="00D018B1" w:rsidRDefault="005B3643" w:rsidP="005B3643">
            <w:pPr>
              <w:spacing w:after="0"/>
              <w:rPr>
                <w:rFonts w:cs="Arial"/>
                <w:b/>
                <w:szCs w:val="22"/>
              </w:rPr>
            </w:pPr>
          </w:p>
        </w:tc>
      </w:tr>
      <w:tr w:rsidR="005B3643" w:rsidRPr="00D018B1" w14:paraId="6E8900CE" w14:textId="77777777" w:rsidTr="00327E5C">
        <w:trPr>
          <w:trHeight w:val="259"/>
        </w:trPr>
        <w:tc>
          <w:tcPr>
            <w:tcW w:w="638" w:type="dxa"/>
          </w:tcPr>
          <w:p w14:paraId="3EB0F5DC" w14:textId="77777777" w:rsidR="005B3643" w:rsidRPr="00D018B1" w:rsidRDefault="005B3643" w:rsidP="005B3643">
            <w:pPr>
              <w:spacing w:after="0"/>
              <w:rPr>
                <w:rFonts w:cs="Arial"/>
                <w:szCs w:val="22"/>
              </w:rPr>
            </w:pPr>
            <w:r w:rsidRPr="00D018B1">
              <w:rPr>
                <w:rFonts w:cs="Arial"/>
                <w:szCs w:val="22"/>
              </w:rPr>
              <w:t>6.</w:t>
            </w:r>
          </w:p>
        </w:tc>
        <w:tc>
          <w:tcPr>
            <w:tcW w:w="3692" w:type="dxa"/>
            <w:gridSpan w:val="2"/>
          </w:tcPr>
          <w:p w14:paraId="25D4BC6F" w14:textId="77777777" w:rsidR="005B3643" w:rsidRPr="00D018B1" w:rsidRDefault="005B3643" w:rsidP="005B3643">
            <w:pPr>
              <w:spacing w:after="0"/>
              <w:rPr>
                <w:rFonts w:cs="Arial"/>
                <w:szCs w:val="22"/>
              </w:rPr>
            </w:pPr>
            <w:r w:rsidRPr="00D018B1">
              <w:rPr>
                <w:rFonts w:cs="Arial"/>
                <w:b/>
                <w:szCs w:val="22"/>
              </w:rPr>
              <w:t>Find a Safe Food Handling Test</w:t>
            </w:r>
            <w:r w:rsidRPr="00D018B1">
              <w:rPr>
                <w:rFonts w:cs="Arial"/>
                <w:szCs w:val="22"/>
              </w:rPr>
              <w:t xml:space="preserve"> </w:t>
            </w:r>
          </w:p>
          <w:p w14:paraId="6D4DBB0C" w14:textId="77777777" w:rsidR="005B3643" w:rsidRPr="00D018B1" w:rsidRDefault="005B3643" w:rsidP="005B3643">
            <w:pPr>
              <w:spacing w:after="0"/>
              <w:rPr>
                <w:rFonts w:cs="Arial"/>
                <w:szCs w:val="22"/>
              </w:rPr>
            </w:pPr>
          </w:p>
        </w:tc>
        <w:tc>
          <w:tcPr>
            <w:tcW w:w="1168" w:type="dxa"/>
          </w:tcPr>
          <w:p w14:paraId="5A0DBB8F" w14:textId="77777777" w:rsidR="005B3643" w:rsidRPr="00D018B1" w:rsidRDefault="005B3643" w:rsidP="005B3643">
            <w:pPr>
              <w:spacing w:after="0"/>
              <w:rPr>
                <w:rFonts w:cs="Arial"/>
                <w:b/>
                <w:szCs w:val="22"/>
              </w:rPr>
            </w:pPr>
          </w:p>
        </w:tc>
        <w:tc>
          <w:tcPr>
            <w:tcW w:w="4276" w:type="dxa"/>
          </w:tcPr>
          <w:p w14:paraId="5BE1550F" w14:textId="77777777" w:rsidR="005B3643" w:rsidRPr="00D018B1" w:rsidRDefault="005B3643" w:rsidP="005B3643">
            <w:pPr>
              <w:spacing w:after="0"/>
              <w:rPr>
                <w:rFonts w:cs="Arial"/>
                <w:b/>
                <w:szCs w:val="22"/>
              </w:rPr>
            </w:pPr>
          </w:p>
        </w:tc>
      </w:tr>
      <w:tr w:rsidR="005B3643" w:rsidRPr="00D018B1" w14:paraId="1DAFBE48" w14:textId="77777777" w:rsidTr="00327E5C">
        <w:trPr>
          <w:trHeight w:val="132"/>
        </w:trPr>
        <w:tc>
          <w:tcPr>
            <w:tcW w:w="638" w:type="dxa"/>
          </w:tcPr>
          <w:p w14:paraId="18F0CF4E" w14:textId="77777777" w:rsidR="005B3643" w:rsidRPr="00D018B1" w:rsidRDefault="005B3643" w:rsidP="005B3643">
            <w:pPr>
              <w:spacing w:after="0"/>
              <w:rPr>
                <w:rFonts w:cs="Arial"/>
                <w:szCs w:val="22"/>
              </w:rPr>
            </w:pPr>
            <w:r w:rsidRPr="00D018B1">
              <w:rPr>
                <w:rFonts w:cs="Arial"/>
                <w:szCs w:val="22"/>
              </w:rPr>
              <w:t>7.</w:t>
            </w:r>
          </w:p>
        </w:tc>
        <w:tc>
          <w:tcPr>
            <w:tcW w:w="3692" w:type="dxa"/>
            <w:gridSpan w:val="2"/>
          </w:tcPr>
          <w:p w14:paraId="694DAF89" w14:textId="77777777" w:rsidR="005B3643" w:rsidRPr="00D018B1" w:rsidRDefault="005B3643" w:rsidP="005B3643">
            <w:pPr>
              <w:spacing w:after="0"/>
              <w:rPr>
                <w:rFonts w:cs="Arial"/>
                <w:szCs w:val="22"/>
              </w:rPr>
            </w:pPr>
            <w:r w:rsidRPr="00D018B1">
              <w:rPr>
                <w:rFonts w:cs="Arial"/>
                <w:b/>
                <w:szCs w:val="22"/>
              </w:rPr>
              <w:t>Explore</w:t>
            </w:r>
            <w:r w:rsidRPr="00D018B1">
              <w:rPr>
                <w:rFonts w:cs="Arial"/>
                <w:szCs w:val="22"/>
              </w:rPr>
              <w:t xml:space="preserve"> </w:t>
            </w:r>
          </w:p>
          <w:p w14:paraId="6454108E" w14:textId="77777777" w:rsidR="005B3643" w:rsidRPr="00D018B1" w:rsidRDefault="005B3643" w:rsidP="005B3643">
            <w:pPr>
              <w:spacing w:after="0"/>
              <w:rPr>
                <w:rFonts w:cs="Arial"/>
                <w:szCs w:val="22"/>
              </w:rPr>
            </w:pPr>
          </w:p>
        </w:tc>
        <w:tc>
          <w:tcPr>
            <w:tcW w:w="1168" w:type="dxa"/>
          </w:tcPr>
          <w:p w14:paraId="080C061C" w14:textId="77777777" w:rsidR="005B3643" w:rsidRPr="00D018B1" w:rsidRDefault="005B3643" w:rsidP="005B3643">
            <w:pPr>
              <w:spacing w:after="0"/>
              <w:rPr>
                <w:rFonts w:cs="Arial"/>
                <w:b/>
                <w:szCs w:val="22"/>
              </w:rPr>
            </w:pPr>
          </w:p>
        </w:tc>
        <w:tc>
          <w:tcPr>
            <w:tcW w:w="4276" w:type="dxa"/>
          </w:tcPr>
          <w:p w14:paraId="50531093" w14:textId="77777777" w:rsidR="005B3643" w:rsidRPr="00D018B1" w:rsidRDefault="005B3643" w:rsidP="005B3643">
            <w:pPr>
              <w:spacing w:after="0"/>
              <w:rPr>
                <w:rFonts w:cs="Arial"/>
                <w:b/>
                <w:szCs w:val="22"/>
              </w:rPr>
            </w:pPr>
          </w:p>
        </w:tc>
      </w:tr>
    </w:tbl>
    <w:p w14:paraId="7A2392B0" w14:textId="77777777" w:rsidR="005B3643" w:rsidRPr="00D018B1" w:rsidRDefault="005B3643" w:rsidP="005B3643">
      <w:pPr>
        <w:spacing w:after="0" w:line="240" w:lineRule="auto"/>
        <w:rPr>
          <w:rFonts w:eastAsia="Calibri" w:cs="Arial"/>
          <w:i/>
          <w:szCs w:val="22"/>
        </w:rPr>
      </w:pPr>
    </w:p>
    <w:p w14:paraId="41BF7587" w14:textId="77777777" w:rsidR="005B3643" w:rsidRPr="00D018B1" w:rsidRDefault="005B3643" w:rsidP="005B3643">
      <w:pPr>
        <w:spacing w:after="0" w:line="240" w:lineRule="auto"/>
        <w:rPr>
          <w:rFonts w:eastAsia="Calibri" w:cs="Arial"/>
          <w:szCs w:val="22"/>
        </w:rPr>
      </w:pPr>
      <w:r w:rsidRPr="00D018B1">
        <w:rPr>
          <w:rFonts w:eastAsia="Calibri" w:cs="Arial"/>
          <w:szCs w:val="22"/>
        </w:rPr>
        <w:br w:type="page"/>
      </w:r>
    </w:p>
    <w:p w14:paraId="690CA52A" w14:textId="77777777" w:rsidR="005B3643" w:rsidRPr="00D018B1" w:rsidRDefault="005B3643" w:rsidP="005B3643">
      <w:pPr>
        <w:spacing w:line="240" w:lineRule="auto"/>
        <w:rPr>
          <w:rFonts w:eastAsia="Calibri" w:cs="Arial"/>
          <w:b/>
          <w:i/>
          <w:color w:val="000000"/>
          <w:szCs w:val="22"/>
        </w:rPr>
      </w:pPr>
      <w:r w:rsidRPr="00366487">
        <w:rPr>
          <w:rStyle w:val="Heading3Char"/>
        </w:rPr>
        <w:lastRenderedPageBreak/>
        <w:t>Recorder’s Error Observation Form</w:t>
      </w:r>
      <w:r w:rsidRPr="00366487">
        <w:rPr>
          <w:rStyle w:val="Heading3Char"/>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t>Date:</w:t>
      </w:r>
    </w:p>
    <w:tbl>
      <w:tblPr>
        <w:tblStyle w:val="TableGrid1"/>
        <w:tblW w:w="99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0"/>
        <w:gridCol w:w="2340"/>
        <w:gridCol w:w="2520"/>
        <w:gridCol w:w="2610"/>
      </w:tblGrid>
      <w:tr w:rsidR="005B3643" w:rsidRPr="00D018B1" w14:paraId="7A9AA260" w14:textId="77777777" w:rsidTr="00366487">
        <w:trPr>
          <w:trHeight w:val="149"/>
        </w:trPr>
        <w:tc>
          <w:tcPr>
            <w:tcW w:w="2510" w:type="dxa"/>
            <w:vMerge w:val="restart"/>
            <w:shd w:val="clear" w:color="auto" w:fill="FFFFFF"/>
            <w:vAlign w:val="center"/>
          </w:tcPr>
          <w:p w14:paraId="25293665" w14:textId="77777777" w:rsidR="005B3643" w:rsidRPr="00D018B1" w:rsidRDefault="005B3643" w:rsidP="005B3643">
            <w:pPr>
              <w:spacing w:after="0"/>
              <w:rPr>
                <w:rFonts w:cs="Arial"/>
                <w:b/>
                <w:szCs w:val="22"/>
              </w:rPr>
            </w:pPr>
            <w:r w:rsidRPr="00D018B1">
              <w:rPr>
                <w:rFonts w:cs="Arial"/>
                <w:b/>
                <w:szCs w:val="22"/>
              </w:rPr>
              <w:t xml:space="preserve">Participant Name: </w:t>
            </w:r>
          </w:p>
        </w:tc>
        <w:tc>
          <w:tcPr>
            <w:tcW w:w="7470" w:type="dxa"/>
            <w:gridSpan w:val="3"/>
            <w:shd w:val="clear" w:color="auto" w:fill="FFFFFF"/>
          </w:tcPr>
          <w:p w14:paraId="39187704" w14:textId="5F13B2CC" w:rsidR="005B3643" w:rsidRPr="00D018B1" w:rsidRDefault="005B3643" w:rsidP="005B3643">
            <w:pPr>
              <w:spacing w:after="0"/>
              <w:rPr>
                <w:rFonts w:cs="Arial"/>
                <w:b/>
                <w:szCs w:val="22"/>
              </w:rPr>
            </w:pPr>
            <w:r w:rsidRPr="00D018B1">
              <w:rPr>
                <w:rFonts w:cs="Arial"/>
                <w:b/>
                <w:szCs w:val="22"/>
              </w:rPr>
              <w:t xml:space="preserve">Platform Tested: </w:t>
            </w:r>
            <w:r w:rsidRPr="00D018B1">
              <w:rPr>
                <w:rFonts w:cs="Arial"/>
                <w:b/>
                <w:szCs w:val="22"/>
              </w:rPr>
              <w:br/>
            </w:r>
            <w:r w:rsidRPr="00D018B1">
              <w:rPr>
                <w:rFonts w:cs="Arial"/>
                <w:color w:val="000000"/>
                <w:szCs w:val="22"/>
              </w:rPr>
              <w:t xml:space="preserve">Website     /     </w:t>
            </w:r>
            <w:r w:rsidR="00366487" w:rsidRPr="00D018B1">
              <w:rPr>
                <w:rFonts w:cs="Arial"/>
                <w:color w:val="000000"/>
                <w:szCs w:val="22"/>
              </w:rPr>
              <w:t>Smartphone</w:t>
            </w:r>
            <w:r w:rsidRPr="00D018B1">
              <w:rPr>
                <w:rFonts w:cs="Arial"/>
                <w:color w:val="000000"/>
                <w:szCs w:val="22"/>
              </w:rPr>
              <w:t xml:space="preserve">     /      Tablet    </w:t>
            </w:r>
          </w:p>
        </w:tc>
      </w:tr>
      <w:tr w:rsidR="005B3643" w:rsidRPr="00D018B1" w14:paraId="32CB4AB2" w14:textId="77777777" w:rsidTr="00366487">
        <w:trPr>
          <w:trHeight w:val="149"/>
        </w:trPr>
        <w:tc>
          <w:tcPr>
            <w:tcW w:w="2510" w:type="dxa"/>
            <w:vMerge/>
            <w:shd w:val="clear" w:color="auto" w:fill="FFFFFF"/>
          </w:tcPr>
          <w:p w14:paraId="1954397C" w14:textId="77777777" w:rsidR="005B3643" w:rsidRPr="00D018B1" w:rsidRDefault="005B3643" w:rsidP="005B3643">
            <w:pPr>
              <w:spacing w:after="0"/>
              <w:rPr>
                <w:rFonts w:cs="Arial"/>
                <w:b/>
                <w:szCs w:val="22"/>
              </w:rPr>
            </w:pPr>
          </w:p>
        </w:tc>
        <w:tc>
          <w:tcPr>
            <w:tcW w:w="7470" w:type="dxa"/>
            <w:gridSpan w:val="3"/>
            <w:shd w:val="clear" w:color="auto" w:fill="FFFFFF"/>
          </w:tcPr>
          <w:p w14:paraId="4F2E0038" w14:textId="77777777" w:rsidR="005B3643" w:rsidRPr="00D018B1" w:rsidRDefault="005B3643" w:rsidP="005B3643">
            <w:pPr>
              <w:spacing w:after="0"/>
              <w:rPr>
                <w:rFonts w:cs="Arial"/>
                <w:b/>
                <w:szCs w:val="22"/>
              </w:rPr>
            </w:pPr>
            <w:r w:rsidRPr="00D018B1">
              <w:rPr>
                <w:rFonts w:cs="Arial"/>
                <w:b/>
                <w:szCs w:val="22"/>
              </w:rPr>
              <w:t>Session Start/End Times:</w:t>
            </w:r>
          </w:p>
        </w:tc>
      </w:tr>
      <w:tr w:rsidR="005B3643" w:rsidRPr="00D018B1" w14:paraId="5126A4B4" w14:textId="77777777" w:rsidTr="00366487">
        <w:trPr>
          <w:trHeight w:val="149"/>
        </w:trPr>
        <w:tc>
          <w:tcPr>
            <w:tcW w:w="2510" w:type="dxa"/>
            <w:shd w:val="clear" w:color="auto" w:fill="92CDDC"/>
            <w:vAlign w:val="center"/>
          </w:tcPr>
          <w:p w14:paraId="3BFD6D26" w14:textId="77777777" w:rsidR="005B3643" w:rsidRPr="00D018B1" w:rsidRDefault="005B3643" w:rsidP="005B3643">
            <w:pPr>
              <w:spacing w:after="0"/>
              <w:jc w:val="center"/>
              <w:rPr>
                <w:rFonts w:cs="Arial"/>
                <w:b/>
                <w:szCs w:val="22"/>
              </w:rPr>
            </w:pPr>
            <w:r w:rsidRPr="00D018B1">
              <w:rPr>
                <w:rFonts w:cs="Arial"/>
                <w:b/>
                <w:szCs w:val="22"/>
              </w:rPr>
              <w:t>Participant Task</w:t>
            </w:r>
          </w:p>
        </w:tc>
        <w:tc>
          <w:tcPr>
            <w:tcW w:w="2340" w:type="dxa"/>
            <w:shd w:val="clear" w:color="auto" w:fill="FFFF00"/>
            <w:vAlign w:val="center"/>
          </w:tcPr>
          <w:p w14:paraId="04512685" w14:textId="77777777" w:rsidR="005B3643" w:rsidRPr="00D018B1" w:rsidRDefault="005B3643" w:rsidP="005B3643">
            <w:pPr>
              <w:spacing w:after="0"/>
              <w:jc w:val="center"/>
              <w:rPr>
                <w:rFonts w:cs="Arial"/>
                <w:b/>
                <w:szCs w:val="22"/>
              </w:rPr>
            </w:pPr>
            <w:r w:rsidRPr="00D018B1">
              <w:rPr>
                <w:rFonts w:cs="Arial"/>
                <w:b/>
                <w:szCs w:val="22"/>
              </w:rPr>
              <w:t>Error Observed</w:t>
            </w:r>
          </w:p>
          <w:p w14:paraId="383F7C62" w14:textId="77777777" w:rsidR="005B3643" w:rsidRPr="00D018B1" w:rsidRDefault="005B3643" w:rsidP="005B3643">
            <w:pPr>
              <w:spacing w:after="0"/>
              <w:jc w:val="center"/>
              <w:rPr>
                <w:rFonts w:cs="Arial"/>
                <w:szCs w:val="22"/>
              </w:rPr>
            </w:pPr>
            <w:r w:rsidRPr="00D018B1">
              <w:rPr>
                <w:rFonts w:cs="Arial"/>
                <w:szCs w:val="22"/>
              </w:rPr>
              <w:t>(description &amp; whether not observed by participant, non-critical, or critical)</w:t>
            </w:r>
          </w:p>
        </w:tc>
        <w:tc>
          <w:tcPr>
            <w:tcW w:w="2520" w:type="dxa"/>
            <w:shd w:val="clear" w:color="auto" w:fill="92D050"/>
            <w:vAlign w:val="center"/>
          </w:tcPr>
          <w:p w14:paraId="76937AB0" w14:textId="77777777" w:rsidR="005B3643" w:rsidRPr="00D018B1" w:rsidRDefault="005B3643" w:rsidP="005B3643">
            <w:pPr>
              <w:spacing w:after="0"/>
              <w:jc w:val="center"/>
              <w:rPr>
                <w:rFonts w:cs="Arial"/>
                <w:b/>
                <w:szCs w:val="22"/>
              </w:rPr>
            </w:pPr>
            <w:r w:rsidRPr="00D018B1">
              <w:rPr>
                <w:rFonts w:cs="Arial"/>
                <w:b/>
                <w:szCs w:val="22"/>
              </w:rPr>
              <w:t xml:space="preserve">Location Observed </w:t>
            </w:r>
            <w:r w:rsidRPr="00D018B1">
              <w:rPr>
                <w:rFonts w:cs="Arial"/>
                <w:szCs w:val="22"/>
              </w:rPr>
              <w:t>(scenario segment, assessment #, website location, etc.)</w:t>
            </w:r>
          </w:p>
        </w:tc>
        <w:tc>
          <w:tcPr>
            <w:tcW w:w="2610" w:type="dxa"/>
            <w:shd w:val="clear" w:color="auto" w:fill="FABF8F"/>
            <w:vAlign w:val="center"/>
          </w:tcPr>
          <w:p w14:paraId="12D6AFE5" w14:textId="77777777" w:rsidR="005B3643" w:rsidRPr="00D018B1" w:rsidRDefault="005B3643" w:rsidP="005B3643">
            <w:pPr>
              <w:spacing w:after="0"/>
              <w:jc w:val="center"/>
              <w:rPr>
                <w:rFonts w:cs="Arial"/>
                <w:b/>
                <w:szCs w:val="22"/>
              </w:rPr>
            </w:pPr>
            <w:r w:rsidRPr="00D018B1">
              <w:rPr>
                <w:rFonts w:cs="Arial"/>
                <w:b/>
                <w:szCs w:val="22"/>
              </w:rPr>
              <w:t>Participant Comments / Recorder Observations</w:t>
            </w:r>
          </w:p>
        </w:tc>
      </w:tr>
      <w:tr w:rsidR="005B3643" w:rsidRPr="00D018B1" w14:paraId="0851369B" w14:textId="77777777" w:rsidTr="00366487">
        <w:trPr>
          <w:trHeight w:val="136"/>
        </w:trPr>
        <w:tc>
          <w:tcPr>
            <w:tcW w:w="2510" w:type="dxa"/>
          </w:tcPr>
          <w:p w14:paraId="5289764A" w14:textId="77777777" w:rsidR="005B3643" w:rsidRPr="00D018B1" w:rsidRDefault="005B3643" w:rsidP="005B3643">
            <w:pPr>
              <w:numPr>
                <w:ilvl w:val="0"/>
                <w:numId w:val="17"/>
              </w:numPr>
              <w:tabs>
                <w:tab w:val="left" w:pos="216"/>
                <w:tab w:val="left" w:pos="360"/>
              </w:tabs>
              <w:spacing w:after="0"/>
              <w:ind w:left="216" w:hanging="216"/>
              <w:contextualSpacing/>
              <w:rPr>
                <w:rFonts w:cs="Arial"/>
                <w:szCs w:val="22"/>
              </w:rPr>
            </w:pPr>
            <w:r w:rsidRPr="00D018B1">
              <w:rPr>
                <w:rFonts w:cs="Arial"/>
                <w:b/>
                <w:szCs w:val="22"/>
              </w:rPr>
              <w:t>Access the Training</w:t>
            </w:r>
          </w:p>
          <w:p w14:paraId="7E8BDA1C" w14:textId="77777777" w:rsidR="005B3643" w:rsidRPr="00D018B1" w:rsidRDefault="005B3643" w:rsidP="005B3643">
            <w:pPr>
              <w:spacing w:after="0"/>
              <w:rPr>
                <w:rFonts w:cs="Arial"/>
                <w:szCs w:val="22"/>
              </w:rPr>
            </w:pPr>
          </w:p>
        </w:tc>
        <w:tc>
          <w:tcPr>
            <w:tcW w:w="2340" w:type="dxa"/>
          </w:tcPr>
          <w:p w14:paraId="563B4D38" w14:textId="77777777" w:rsidR="005B3643" w:rsidRPr="00D018B1" w:rsidRDefault="005B3643" w:rsidP="005B3643">
            <w:pPr>
              <w:spacing w:after="0"/>
              <w:rPr>
                <w:rFonts w:cs="Arial"/>
                <w:b/>
                <w:szCs w:val="22"/>
              </w:rPr>
            </w:pPr>
          </w:p>
        </w:tc>
        <w:tc>
          <w:tcPr>
            <w:tcW w:w="2520" w:type="dxa"/>
          </w:tcPr>
          <w:p w14:paraId="3C0E50A9" w14:textId="77777777" w:rsidR="005B3643" w:rsidRPr="00D018B1" w:rsidRDefault="005B3643" w:rsidP="005B3643">
            <w:pPr>
              <w:spacing w:after="0"/>
              <w:rPr>
                <w:rFonts w:cs="Arial"/>
                <w:b/>
                <w:szCs w:val="22"/>
              </w:rPr>
            </w:pPr>
          </w:p>
        </w:tc>
        <w:tc>
          <w:tcPr>
            <w:tcW w:w="2610" w:type="dxa"/>
          </w:tcPr>
          <w:p w14:paraId="0C392BC7" w14:textId="77777777" w:rsidR="005B3643" w:rsidRPr="00D018B1" w:rsidRDefault="005B3643" w:rsidP="005B3643">
            <w:pPr>
              <w:spacing w:after="0"/>
              <w:rPr>
                <w:rFonts w:cs="Arial"/>
                <w:b/>
                <w:szCs w:val="22"/>
              </w:rPr>
            </w:pPr>
          </w:p>
        </w:tc>
      </w:tr>
      <w:tr w:rsidR="005B3643" w:rsidRPr="00D018B1" w14:paraId="6D46341D" w14:textId="77777777" w:rsidTr="00366487">
        <w:trPr>
          <w:trHeight w:val="1178"/>
        </w:trPr>
        <w:tc>
          <w:tcPr>
            <w:tcW w:w="2510" w:type="dxa"/>
          </w:tcPr>
          <w:p w14:paraId="2EA88C76" w14:textId="77777777" w:rsidR="005B3643" w:rsidRPr="00D018B1" w:rsidRDefault="005B3643" w:rsidP="005B3643">
            <w:pPr>
              <w:tabs>
                <w:tab w:val="left" w:pos="216"/>
                <w:tab w:val="left" w:pos="360"/>
              </w:tabs>
              <w:spacing w:after="0"/>
              <w:ind w:left="216" w:hanging="216"/>
              <w:contextualSpacing/>
              <w:rPr>
                <w:rFonts w:cs="Arial"/>
                <w:szCs w:val="22"/>
              </w:rPr>
            </w:pPr>
            <w:r w:rsidRPr="00D018B1">
              <w:rPr>
                <w:rFonts w:cs="Arial"/>
                <w:szCs w:val="22"/>
              </w:rPr>
              <w:t>2.</w:t>
            </w:r>
            <w:r w:rsidRPr="00D018B1">
              <w:rPr>
                <w:rFonts w:cs="Arial"/>
                <w:b/>
                <w:szCs w:val="22"/>
              </w:rPr>
              <w:t xml:space="preserve"> Provide Your First Impressions </w:t>
            </w:r>
            <w:r w:rsidRPr="00D018B1">
              <w:rPr>
                <w:rFonts w:cs="Arial"/>
                <w:szCs w:val="22"/>
              </w:rPr>
              <w:t>(color scheme, layout, images, clickable items &amp; results)</w:t>
            </w:r>
          </w:p>
          <w:p w14:paraId="13214E88" w14:textId="77777777" w:rsidR="005B3643" w:rsidRPr="00D018B1" w:rsidRDefault="005B3643" w:rsidP="005B3643">
            <w:pPr>
              <w:tabs>
                <w:tab w:val="left" w:pos="216"/>
                <w:tab w:val="left" w:pos="360"/>
              </w:tabs>
              <w:spacing w:after="0"/>
              <w:rPr>
                <w:rFonts w:cs="Arial"/>
                <w:szCs w:val="22"/>
              </w:rPr>
            </w:pPr>
          </w:p>
        </w:tc>
        <w:tc>
          <w:tcPr>
            <w:tcW w:w="2340" w:type="dxa"/>
          </w:tcPr>
          <w:p w14:paraId="7FCE6BB4" w14:textId="77777777" w:rsidR="005B3643" w:rsidRPr="00D018B1" w:rsidRDefault="005B3643" w:rsidP="005B3643">
            <w:pPr>
              <w:spacing w:after="0"/>
              <w:rPr>
                <w:rFonts w:cs="Arial"/>
                <w:b/>
                <w:szCs w:val="22"/>
              </w:rPr>
            </w:pPr>
          </w:p>
        </w:tc>
        <w:tc>
          <w:tcPr>
            <w:tcW w:w="2520" w:type="dxa"/>
          </w:tcPr>
          <w:p w14:paraId="2D06D05A" w14:textId="77777777" w:rsidR="005B3643" w:rsidRPr="00D018B1" w:rsidRDefault="005B3643" w:rsidP="005B3643">
            <w:pPr>
              <w:spacing w:after="0"/>
              <w:rPr>
                <w:rFonts w:cs="Arial"/>
                <w:b/>
                <w:szCs w:val="22"/>
              </w:rPr>
            </w:pPr>
          </w:p>
        </w:tc>
        <w:tc>
          <w:tcPr>
            <w:tcW w:w="2610" w:type="dxa"/>
          </w:tcPr>
          <w:p w14:paraId="7973DF30" w14:textId="77777777" w:rsidR="005B3643" w:rsidRPr="00D018B1" w:rsidRDefault="005B3643" w:rsidP="005B3643">
            <w:pPr>
              <w:spacing w:after="0"/>
              <w:rPr>
                <w:rFonts w:cs="Arial"/>
                <w:b/>
                <w:szCs w:val="22"/>
              </w:rPr>
            </w:pPr>
          </w:p>
        </w:tc>
      </w:tr>
      <w:tr w:rsidR="005B3643" w:rsidRPr="00D018B1" w14:paraId="0A015C6F" w14:textId="77777777" w:rsidTr="00366487">
        <w:trPr>
          <w:trHeight w:val="1294"/>
        </w:trPr>
        <w:tc>
          <w:tcPr>
            <w:tcW w:w="2510" w:type="dxa"/>
          </w:tcPr>
          <w:p w14:paraId="394A2A28" w14:textId="77777777" w:rsidR="005B3643" w:rsidRPr="00D018B1" w:rsidRDefault="005B3643" w:rsidP="005B3643">
            <w:pPr>
              <w:numPr>
                <w:ilvl w:val="0"/>
                <w:numId w:val="18"/>
              </w:numPr>
              <w:tabs>
                <w:tab w:val="left" w:pos="216"/>
                <w:tab w:val="left" w:pos="360"/>
              </w:tabs>
              <w:spacing w:after="0"/>
              <w:ind w:left="216" w:hanging="216"/>
              <w:contextualSpacing/>
              <w:rPr>
                <w:rFonts w:cs="Arial"/>
                <w:szCs w:val="22"/>
              </w:rPr>
            </w:pPr>
            <w:r w:rsidRPr="00D018B1">
              <w:rPr>
                <w:rFonts w:cs="Arial"/>
                <w:b/>
                <w:szCs w:val="22"/>
              </w:rPr>
              <w:t xml:space="preserve">Determine the Site Purpose </w:t>
            </w:r>
            <w:r w:rsidRPr="00D018B1">
              <w:rPr>
                <w:rFonts w:cs="Arial"/>
                <w:szCs w:val="22"/>
              </w:rPr>
              <w:t>(Videos, site purpose, relevant info, missing info)</w:t>
            </w:r>
          </w:p>
        </w:tc>
        <w:tc>
          <w:tcPr>
            <w:tcW w:w="2340" w:type="dxa"/>
          </w:tcPr>
          <w:p w14:paraId="6D40107A" w14:textId="77777777" w:rsidR="005B3643" w:rsidRPr="00D018B1" w:rsidRDefault="005B3643" w:rsidP="005B3643">
            <w:pPr>
              <w:spacing w:after="0"/>
              <w:rPr>
                <w:rFonts w:cs="Arial"/>
                <w:b/>
                <w:szCs w:val="22"/>
              </w:rPr>
            </w:pPr>
          </w:p>
        </w:tc>
        <w:tc>
          <w:tcPr>
            <w:tcW w:w="2520" w:type="dxa"/>
          </w:tcPr>
          <w:p w14:paraId="4DC51141" w14:textId="77777777" w:rsidR="005B3643" w:rsidRPr="00D018B1" w:rsidRDefault="005B3643" w:rsidP="005B3643">
            <w:pPr>
              <w:spacing w:after="0"/>
              <w:rPr>
                <w:rFonts w:cs="Arial"/>
                <w:b/>
                <w:szCs w:val="22"/>
              </w:rPr>
            </w:pPr>
          </w:p>
        </w:tc>
        <w:tc>
          <w:tcPr>
            <w:tcW w:w="2610" w:type="dxa"/>
          </w:tcPr>
          <w:p w14:paraId="1C33CB0C" w14:textId="77777777" w:rsidR="005B3643" w:rsidRPr="00D018B1" w:rsidRDefault="005B3643" w:rsidP="005B3643">
            <w:pPr>
              <w:spacing w:after="0"/>
              <w:rPr>
                <w:rFonts w:cs="Arial"/>
                <w:b/>
                <w:szCs w:val="22"/>
              </w:rPr>
            </w:pPr>
          </w:p>
        </w:tc>
      </w:tr>
      <w:tr w:rsidR="005B3643" w:rsidRPr="00D018B1" w14:paraId="3F328828" w14:textId="77777777" w:rsidTr="00366487">
        <w:trPr>
          <w:trHeight w:val="548"/>
        </w:trPr>
        <w:tc>
          <w:tcPr>
            <w:tcW w:w="2510" w:type="dxa"/>
          </w:tcPr>
          <w:p w14:paraId="7143D654" w14:textId="77777777" w:rsidR="005B3643" w:rsidRPr="00D018B1" w:rsidRDefault="005B3643" w:rsidP="005B3643">
            <w:pPr>
              <w:numPr>
                <w:ilvl w:val="0"/>
                <w:numId w:val="18"/>
              </w:numPr>
              <w:tabs>
                <w:tab w:val="left" w:pos="216"/>
                <w:tab w:val="left" w:pos="360"/>
              </w:tabs>
              <w:spacing w:after="0"/>
              <w:ind w:left="216" w:hanging="216"/>
              <w:contextualSpacing/>
              <w:rPr>
                <w:rFonts w:cs="Arial"/>
                <w:szCs w:val="22"/>
              </w:rPr>
            </w:pPr>
            <w:r w:rsidRPr="00D018B1">
              <w:rPr>
                <w:rFonts w:cs="Arial"/>
                <w:b/>
                <w:szCs w:val="22"/>
              </w:rPr>
              <w:t xml:space="preserve">Find &amp; Take Training </w:t>
            </w:r>
            <w:r w:rsidRPr="00D018B1">
              <w:rPr>
                <w:rFonts w:cs="Arial"/>
                <w:szCs w:val="22"/>
              </w:rPr>
              <w:t>(organization &amp; effectiveness, interest &amp; engagement, humor, navigation)</w:t>
            </w:r>
          </w:p>
          <w:p w14:paraId="528243B5" w14:textId="77777777" w:rsidR="005B3643" w:rsidRPr="00D018B1" w:rsidRDefault="005B3643" w:rsidP="005B3643">
            <w:pPr>
              <w:tabs>
                <w:tab w:val="left" w:pos="216"/>
                <w:tab w:val="left" w:pos="360"/>
              </w:tabs>
              <w:spacing w:after="0"/>
              <w:rPr>
                <w:rFonts w:cs="Arial"/>
                <w:szCs w:val="22"/>
              </w:rPr>
            </w:pPr>
          </w:p>
        </w:tc>
        <w:tc>
          <w:tcPr>
            <w:tcW w:w="2340" w:type="dxa"/>
          </w:tcPr>
          <w:p w14:paraId="6A6C65DF" w14:textId="77777777" w:rsidR="005B3643" w:rsidRPr="00D018B1" w:rsidRDefault="005B3643" w:rsidP="005B3643">
            <w:pPr>
              <w:spacing w:after="0"/>
              <w:rPr>
                <w:rFonts w:cs="Arial"/>
                <w:b/>
                <w:szCs w:val="22"/>
              </w:rPr>
            </w:pPr>
          </w:p>
        </w:tc>
        <w:tc>
          <w:tcPr>
            <w:tcW w:w="2520" w:type="dxa"/>
          </w:tcPr>
          <w:p w14:paraId="5B8D0429" w14:textId="77777777" w:rsidR="005B3643" w:rsidRPr="00D018B1" w:rsidRDefault="005B3643" w:rsidP="005B3643">
            <w:pPr>
              <w:spacing w:after="0"/>
              <w:rPr>
                <w:rFonts w:cs="Arial"/>
                <w:b/>
                <w:szCs w:val="22"/>
              </w:rPr>
            </w:pPr>
          </w:p>
        </w:tc>
        <w:tc>
          <w:tcPr>
            <w:tcW w:w="2610" w:type="dxa"/>
          </w:tcPr>
          <w:p w14:paraId="4BE5852A" w14:textId="77777777" w:rsidR="005B3643" w:rsidRPr="00D018B1" w:rsidRDefault="005B3643" w:rsidP="005B3643">
            <w:pPr>
              <w:spacing w:after="0"/>
              <w:rPr>
                <w:rFonts w:cs="Arial"/>
                <w:b/>
                <w:szCs w:val="22"/>
              </w:rPr>
            </w:pPr>
          </w:p>
        </w:tc>
      </w:tr>
      <w:tr w:rsidR="005B3643" w:rsidRPr="00D018B1" w14:paraId="7D3AC5FC" w14:textId="77777777" w:rsidTr="00366487">
        <w:trPr>
          <w:trHeight w:val="411"/>
        </w:trPr>
        <w:tc>
          <w:tcPr>
            <w:tcW w:w="2510" w:type="dxa"/>
          </w:tcPr>
          <w:p w14:paraId="109E2F97" w14:textId="77777777" w:rsidR="005B3643" w:rsidRPr="00D018B1" w:rsidRDefault="005B3643" w:rsidP="005B3643">
            <w:pPr>
              <w:numPr>
                <w:ilvl w:val="0"/>
                <w:numId w:val="18"/>
              </w:numPr>
              <w:tabs>
                <w:tab w:val="left" w:pos="216"/>
                <w:tab w:val="left" w:pos="360"/>
              </w:tabs>
              <w:spacing w:after="0"/>
              <w:ind w:left="216" w:hanging="216"/>
              <w:contextualSpacing/>
              <w:rPr>
                <w:rFonts w:cs="Arial"/>
                <w:szCs w:val="22"/>
              </w:rPr>
            </w:pPr>
            <w:r w:rsidRPr="00D018B1">
              <w:rPr>
                <w:rFonts w:cs="Arial"/>
                <w:b/>
                <w:szCs w:val="22"/>
              </w:rPr>
              <w:t>Access Resources</w:t>
            </w:r>
            <w:r w:rsidRPr="00D018B1">
              <w:rPr>
                <w:rFonts w:cs="Arial"/>
                <w:szCs w:val="22"/>
              </w:rPr>
              <w:t xml:space="preserve"> (Resources applicable? Able to access?)</w:t>
            </w:r>
          </w:p>
          <w:p w14:paraId="1F946B28" w14:textId="77777777" w:rsidR="005B3643" w:rsidRPr="00D018B1" w:rsidRDefault="005B3643" w:rsidP="005B3643">
            <w:pPr>
              <w:spacing w:after="0"/>
              <w:rPr>
                <w:rFonts w:cs="Arial"/>
                <w:szCs w:val="22"/>
              </w:rPr>
            </w:pPr>
          </w:p>
        </w:tc>
        <w:tc>
          <w:tcPr>
            <w:tcW w:w="2340" w:type="dxa"/>
          </w:tcPr>
          <w:p w14:paraId="1BDF92F5" w14:textId="77777777" w:rsidR="005B3643" w:rsidRPr="00D018B1" w:rsidRDefault="005B3643" w:rsidP="005B3643">
            <w:pPr>
              <w:spacing w:after="0"/>
              <w:rPr>
                <w:rFonts w:cs="Arial"/>
                <w:b/>
                <w:szCs w:val="22"/>
              </w:rPr>
            </w:pPr>
          </w:p>
        </w:tc>
        <w:tc>
          <w:tcPr>
            <w:tcW w:w="2520" w:type="dxa"/>
          </w:tcPr>
          <w:p w14:paraId="6B158809" w14:textId="77777777" w:rsidR="005B3643" w:rsidRPr="00D018B1" w:rsidRDefault="005B3643" w:rsidP="005B3643">
            <w:pPr>
              <w:spacing w:after="0"/>
              <w:rPr>
                <w:rFonts w:cs="Arial"/>
                <w:b/>
                <w:szCs w:val="22"/>
              </w:rPr>
            </w:pPr>
          </w:p>
        </w:tc>
        <w:tc>
          <w:tcPr>
            <w:tcW w:w="2610" w:type="dxa"/>
          </w:tcPr>
          <w:p w14:paraId="3410A29A" w14:textId="77777777" w:rsidR="005B3643" w:rsidRPr="00D018B1" w:rsidRDefault="005B3643" w:rsidP="005B3643">
            <w:pPr>
              <w:spacing w:after="0"/>
              <w:rPr>
                <w:rFonts w:cs="Arial"/>
                <w:b/>
                <w:szCs w:val="22"/>
              </w:rPr>
            </w:pPr>
          </w:p>
        </w:tc>
      </w:tr>
      <w:tr w:rsidR="005B3643" w:rsidRPr="00D018B1" w14:paraId="23A365DA" w14:textId="77777777" w:rsidTr="00366487">
        <w:trPr>
          <w:trHeight w:val="411"/>
        </w:trPr>
        <w:tc>
          <w:tcPr>
            <w:tcW w:w="2510" w:type="dxa"/>
          </w:tcPr>
          <w:p w14:paraId="52CA3ECB" w14:textId="77777777" w:rsidR="005B3643" w:rsidRPr="00D018B1" w:rsidRDefault="005B3643" w:rsidP="005B3643">
            <w:pPr>
              <w:numPr>
                <w:ilvl w:val="0"/>
                <w:numId w:val="18"/>
              </w:numPr>
              <w:tabs>
                <w:tab w:val="left" w:pos="216"/>
                <w:tab w:val="left" w:pos="360"/>
              </w:tabs>
              <w:spacing w:after="0"/>
              <w:ind w:left="216" w:hanging="216"/>
              <w:contextualSpacing/>
              <w:rPr>
                <w:rFonts w:cs="Arial"/>
                <w:szCs w:val="22"/>
              </w:rPr>
            </w:pPr>
            <w:r w:rsidRPr="00D018B1">
              <w:rPr>
                <w:rFonts w:cs="Arial"/>
                <w:b/>
                <w:szCs w:val="22"/>
              </w:rPr>
              <w:t>Find a Safe Food Handling Test</w:t>
            </w:r>
            <w:r w:rsidRPr="00D018B1">
              <w:rPr>
                <w:rFonts w:cs="Arial"/>
                <w:szCs w:val="22"/>
              </w:rPr>
              <w:t xml:space="preserve"> (Has a test? Accessed it? Took it?)</w:t>
            </w:r>
          </w:p>
          <w:p w14:paraId="33D7E177" w14:textId="77777777" w:rsidR="005B3643" w:rsidRPr="00D018B1" w:rsidRDefault="005B3643" w:rsidP="005B3643">
            <w:pPr>
              <w:spacing w:after="0"/>
              <w:rPr>
                <w:rFonts w:cs="Arial"/>
                <w:szCs w:val="22"/>
              </w:rPr>
            </w:pPr>
          </w:p>
        </w:tc>
        <w:tc>
          <w:tcPr>
            <w:tcW w:w="2340" w:type="dxa"/>
          </w:tcPr>
          <w:p w14:paraId="7BF16566" w14:textId="77777777" w:rsidR="005B3643" w:rsidRPr="00D018B1" w:rsidRDefault="005B3643" w:rsidP="005B3643">
            <w:pPr>
              <w:spacing w:after="0"/>
              <w:rPr>
                <w:rFonts w:cs="Arial"/>
                <w:b/>
                <w:szCs w:val="22"/>
              </w:rPr>
            </w:pPr>
          </w:p>
        </w:tc>
        <w:tc>
          <w:tcPr>
            <w:tcW w:w="2520" w:type="dxa"/>
          </w:tcPr>
          <w:p w14:paraId="76CBEBB8" w14:textId="77777777" w:rsidR="005B3643" w:rsidRPr="00D018B1" w:rsidRDefault="005B3643" w:rsidP="005B3643">
            <w:pPr>
              <w:spacing w:after="0"/>
              <w:rPr>
                <w:rFonts w:cs="Arial"/>
                <w:b/>
                <w:szCs w:val="22"/>
              </w:rPr>
            </w:pPr>
          </w:p>
        </w:tc>
        <w:tc>
          <w:tcPr>
            <w:tcW w:w="2610" w:type="dxa"/>
          </w:tcPr>
          <w:p w14:paraId="081EE0D1" w14:textId="77777777" w:rsidR="005B3643" w:rsidRPr="00D018B1" w:rsidRDefault="005B3643" w:rsidP="005B3643">
            <w:pPr>
              <w:spacing w:after="0"/>
              <w:rPr>
                <w:rFonts w:cs="Arial"/>
                <w:b/>
                <w:szCs w:val="22"/>
              </w:rPr>
            </w:pPr>
          </w:p>
        </w:tc>
      </w:tr>
      <w:tr w:rsidR="005B3643" w:rsidRPr="00D018B1" w14:paraId="0E2B203C" w14:textId="77777777" w:rsidTr="00366487">
        <w:trPr>
          <w:trHeight w:val="208"/>
        </w:trPr>
        <w:tc>
          <w:tcPr>
            <w:tcW w:w="2510" w:type="dxa"/>
          </w:tcPr>
          <w:p w14:paraId="337BB117" w14:textId="32E07797" w:rsidR="005B3643" w:rsidRPr="00366487" w:rsidRDefault="005B3643" w:rsidP="00366487">
            <w:pPr>
              <w:numPr>
                <w:ilvl w:val="0"/>
                <w:numId w:val="18"/>
              </w:numPr>
              <w:tabs>
                <w:tab w:val="left" w:pos="216"/>
                <w:tab w:val="left" w:pos="360"/>
              </w:tabs>
              <w:spacing w:after="0"/>
              <w:ind w:left="216" w:hanging="216"/>
              <w:contextualSpacing/>
              <w:rPr>
                <w:rFonts w:cs="Arial"/>
                <w:szCs w:val="22"/>
              </w:rPr>
            </w:pPr>
            <w:r w:rsidRPr="00D018B1">
              <w:rPr>
                <w:rFonts w:cs="Arial"/>
                <w:b/>
                <w:szCs w:val="22"/>
              </w:rPr>
              <w:t>Explore</w:t>
            </w:r>
            <w:r w:rsidRPr="00D018B1">
              <w:rPr>
                <w:rFonts w:cs="Arial"/>
                <w:szCs w:val="22"/>
              </w:rPr>
              <w:t xml:space="preserve"> (Anything else of interest or useful? What? Able to access? Sufficient time?)</w:t>
            </w:r>
          </w:p>
        </w:tc>
        <w:tc>
          <w:tcPr>
            <w:tcW w:w="2340" w:type="dxa"/>
          </w:tcPr>
          <w:p w14:paraId="2B458FD4" w14:textId="77777777" w:rsidR="005B3643" w:rsidRPr="00D018B1" w:rsidRDefault="005B3643" w:rsidP="005B3643">
            <w:pPr>
              <w:spacing w:after="0"/>
              <w:rPr>
                <w:rFonts w:cs="Arial"/>
                <w:b/>
                <w:szCs w:val="22"/>
              </w:rPr>
            </w:pPr>
          </w:p>
        </w:tc>
        <w:tc>
          <w:tcPr>
            <w:tcW w:w="2520" w:type="dxa"/>
          </w:tcPr>
          <w:p w14:paraId="26AB9501" w14:textId="77777777" w:rsidR="005B3643" w:rsidRPr="00D018B1" w:rsidRDefault="005B3643" w:rsidP="005B3643">
            <w:pPr>
              <w:spacing w:after="0"/>
              <w:rPr>
                <w:rFonts w:cs="Arial"/>
                <w:b/>
                <w:szCs w:val="22"/>
              </w:rPr>
            </w:pPr>
          </w:p>
        </w:tc>
        <w:tc>
          <w:tcPr>
            <w:tcW w:w="2610" w:type="dxa"/>
          </w:tcPr>
          <w:p w14:paraId="1F800ACD" w14:textId="77777777" w:rsidR="005B3643" w:rsidRPr="00D018B1" w:rsidRDefault="005B3643" w:rsidP="005B3643">
            <w:pPr>
              <w:spacing w:after="0"/>
              <w:rPr>
                <w:rFonts w:cs="Arial"/>
                <w:b/>
                <w:szCs w:val="22"/>
              </w:rPr>
            </w:pPr>
          </w:p>
        </w:tc>
      </w:tr>
    </w:tbl>
    <w:p w14:paraId="27805565" w14:textId="77777777" w:rsidR="005B3643" w:rsidRPr="00D018B1" w:rsidRDefault="005B3643" w:rsidP="005B3643">
      <w:pPr>
        <w:spacing w:after="0" w:line="240" w:lineRule="auto"/>
        <w:rPr>
          <w:rFonts w:eastAsia="Calibri" w:cs="Arial"/>
          <w:szCs w:val="22"/>
        </w:rPr>
      </w:pPr>
      <w:r w:rsidRPr="00D018B1">
        <w:rPr>
          <w:rFonts w:eastAsia="Calibri" w:cs="Arial"/>
          <w:szCs w:val="22"/>
        </w:rPr>
        <w:br w:type="page"/>
      </w:r>
    </w:p>
    <w:p w14:paraId="0158D4FE" w14:textId="77777777" w:rsidR="005B3643" w:rsidRPr="00D018B1" w:rsidRDefault="005B3643" w:rsidP="005B3643">
      <w:pPr>
        <w:spacing w:after="0" w:line="240" w:lineRule="auto"/>
        <w:rPr>
          <w:rFonts w:eastAsia="Calibri" w:cs="Arial"/>
          <w:b/>
          <w:i/>
          <w:color w:val="000000"/>
          <w:szCs w:val="22"/>
        </w:rPr>
      </w:pPr>
      <w:r w:rsidRPr="00366487">
        <w:rPr>
          <w:rStyle w:val="Heading3Char"/>
        </w:rPr>
        <w:lastRenderedPageBreak/>
        <w:t xml:space="preserve">Technical Troubleshooter’s Observations </w:t>
      </w:r>
      <w:r w:rsidRPr="00366487">
        <w:rPr>
          <w:rStyle w:val="Heading3Char"/>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r>
      <w:r w:rsidRPr="00D018B1">
        <w:rPr>
          <w:rFonts w:eastAsia="Calibri" w:cs="Arial"/>
          <w:b/>
          <w:i/>
          <w:color w:val="000000"/>
          <w:szCs w:val="22"/>
        </w:rPr>
        <w:tab/>
        <w:t>Date:</w:t>
      </w:r>
    </w:p>
    <w:p w14:paraId="47EFCAD2" w14:textId="77777777" w:rsidR="005B3643" w:rsidRPr="00D018B1" w:rsidRDefault="005B3643" w:rsidP="005B3643">
      <w:pPr>
        <w:spacing w:line="240" w:lineRule="auto"/>
        <w:rPr>
          <w:rFonts w:eastAsia="Calibri" w:cs="Arial"/>
          <w:b/>
          <w:szCs w:val="22"/>
        </w:rPr>
      </w:pPr>
      <w:r w:rsidRPr="00D018B1">
        <w:rPr>
          <w:rFonts w:eastAsia="Calibri" w:cs="Arial"/>
          <w:b/>
          <w:szCs w:val="22"/>
        </w:rPr>
        <w:t>Test Participant: _______________________________________</w:t>
      </w:r>
    </w:p>
    <w:p w14:paraId="5544BD1F" w14:textId="77777777" w:rsidR="005B3643" w:rsidRPr="00D018B1" w:rsidRDefault="005B3643" w:rsidP="005B3643">
      <w:pPr>
        <w:spacing w:after="0" w:line="240" w:lineRule="auto"/>
        <w:rPr>
          <w:rFonts w:eastAsia="Calibri" w:cs="Arial"/>
          <w:b/>
          <w:i/>
          <w:color w:val="000000"/>
          <w:szCs w:val="22"/>
        </w:rPr>
      </w:pPr>
      <w:r w:rsidRPr="00D018B1">
        <w:rPr>
          <w:rFonts w:eastAsia="Calibri" w:cs="Arial"/>
          <w:b/>
          <w:szCs w:val="22"/>
        </w:rPr>
        <w:t xml:space="preserve">Platform Tested: </w:t>
      </w:r>
      <w:r w:rsidRPr="00D018B1">
        <w:rPr>
          <w:rFonts w:eastAsia="Calibri" w:cs="Arial"/>
          <w:color w:val="000000"/>
          <w:szCs w:val="22"/>
        </w:rPr>
        <w:t xml:space="preserve">Website     /     Smart Phone     /      Tablet    </w:t>
      </w:r>
    </w:p>
    <w:tbl>
      <w:tblPr>
        <w:tblStyle w:val="TableGrid1"/>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92"/>
      </w:tblGrid>
      <w:tr w:rsidR="005B3643" w:rsidRPr="00D018B1" w14:paraId="29E07EB1" w14:textId="77777777" w:rsidTr="00366487">
        <w:trPr>
          <w:trHeight w:val="1098"/>
        </w:trPr>
        <w:tc>
          <w:tcPr>
            <w:tcW w:w="9392" w:type="dxa"/>
          </w:tcPr>
          <w:p w14:paraId="4918239B" w14:textId="77777777" w:rsidR="005B3643" w:rsidRPr="00D018B1" w:rsidRDefault="005B3643" w:rsidP="005B3643">
            <w:pPr>
              <w:spacing w:after="0"/>
              <w:rPr>
                <w:rFonts w:cs="Arial"/>
                <w:b/>
                <w:color w:val="000000"/>
                <w:szCs w:val="22"/>
              </w:rPr>
            </w:pPr>
            <w:r w:rsidRPr="00D018B1">
              <w:rPr>
                <w:rFonts w:cs="Arial"/>
                <w:b/>
                <w:color w:val="000000"/>
                <w:szCs w:val="22"/>
              </w:rPr>
              <w:t>Problems with Testing Set Up:</w:t>
            </w:r>
          </w:p>
          <w:p w14:paraId="3E1AC6E1" w14:textId="77777777" w:rsidR="005B3643" w:rsidRPr="00D018B1" w:rsidRDefault="005B3643" w:rsidP="005B3643">
            <w:pPr>
              <w:spacing w:after="0"/>
              <w:rPr>
                <w:rFonts w:cs="Arial"/>
                <w:b/>
                <w:color w:val="000000"/>
                <w:szCs w:val="22"/>
              </w:rPr>
            </w:pPr>
          </w:p>
          <w:p w14:paraId="244C69DA" w14:textId="77777777" w:rsidR="005B3643" w:rsidRPr="00D018B1" w:rsidRDefault="005B3643" w:rsidP="005B3643">
            <w:pPr>
              <w:spacing w:after="0"/>
              <w:rPr>
                <w:rFonts w:cs="Arial"/>
                <w:b/>
                <w:color w:val="000000"/>
                <w:szCs w:val="22"/>
              </w:rPr>
            </w:pPr>
          </w:p>
          <w:p w14:paraId="228587F2" w14:textId="77777777" w:rsidR="005B3643" w:rsidRPr="00D018B1" w:rsidRDefault="005B3643" w:rsidP="005B3643">
            <w:pPr>
              <w:spacing w:after="0"/>
              <w:rPr>
                <w:rFonts w:cs="Arial"/>
                <w:b/>
                <w:color w:val="000000"/>
                <w:szCs w:val="22"/>
              </w:rPr>
            </w:pPr>
          </w:p>
          <w:p w14:paraId="77BD07C8" w14:textId="77777777" w:rsidR="005B3643" w:rsidRPr="00D018B1" w:rsidRDefault="005B3643" w:rsidP="005B3643">
            <w:pPr>
              <w:spacing w:after="0"/>
              <w:rPr>
                <w:rFonts w:cs="Arial"/>
                <w:b/>
                <w:color w:val="000000"/>
                <w:szCs w:val="22"/>
              </w:rPr>
            </w:pPr>
          </w:p>
        </w:tc>
      </w:tr>
      <w:tr w:rsidR="005B3643" w:rsidRPr="00D018B1" w14:paraId="51A9CDC6" w14:textId="77777777" w:rsidTr="00366487">
        <w:trPr>
          <w:trHeight w:val="1112"/>
        </w:trPr>
        <w:tc>
          <w:tcPr>
            <w:tcW w:w="9392" w:type="dxa"/>
          </w:tcPr>
          <w:p w14:paraId="246909AB" w14:textId="77777777" w:rsidR="005B3643" w:rsidRPr="00D018B1" w:rsidRDefault="005B3643" w:rsidP="005B3643">
            <w:pPr>
              <w:spacing w:after="0"/>
              <w:rPr>
                <w:rFonts w:cs="Arial"/>
                <w:b/>
                <w:color w:val="000000"/>
                <w:szCs w:val="22"/>
              </w:rPr>
            </w:pPr>
            <w:r w:rsidRPr="00D018B1">
              <w:rPr>
                <w:rFonts w:cs="Arial"/>
                <w:b/>
                <w:color w:val="000000"/>
                <w:szCs w:val="22"/>
              </w:rPr>
              <w:t>Problems with Access:</w:t>
            </w:r>
          </w:p>
          <w:p w14:paraId="6CA4B5E4" w14:textId="77777777" w:rsidR="005B3643" w:rsidRPr="00D018B1" w:rsidRDefault="005B3643" w:rsidP="005B3643">
            <w:pPr>
              <w:spacing w:after="0"/>
              <w:rPr>
                <w:rFonts w:cs="Arial"/>
                <w:b/>
                <w:color w:val="000000"/>
                <w:szCs w:val="22"/>
              </w:rPr>
            </w:pPr>
          </w:p>
          <w:p w14:paraId="05E2E4B1" w14:textId="77777777" w:rsidR="005B3643" w:rsidRPr="00D018B1" w:rsidRDefault="005B3643" w:rsidP="005B3643">
            <w:pPr>
              <w:spacing w:after="0"/>
              <w:rPr>
                <w:rFonts w:cs="Arial"/>
                <w:b/>
                <w:color w:val="000000"/>
                <w:szCs w:val="22"/>
              </w:rPr>
            </w:pPr>
          </w:p>
          <w:p w14:paraId="6C6C0D53" w14:textId="77777777" w:rsidR="005B3643" w:rsidRPr="00D018B1" w:rsidRDefault="005B3643" w:rsidP="005B3643">
            <w:pPr>
              <w:spacing w:after="0"/>
              <w:rPr>
                <w:rFonts w:cs="Arial"/>
                <w:b/>
                <w:color w:val="000000"/>
                <w:szCs w:val="22"/>
              </w:rPr>
            </w:pPr>
          </w:p>
          <w:p w14:paraId="08481DBF" w14:textId="77777777" w:rsidR="005B3643" w:rsidRPr="00D018B1" w:rsidRDefault="005B3643" w:rsidP="005B3643">
            <w:pPr>
              <w:spacing w:after="0"/>
              <w:rPr>
                <w:rFonts w:cs="Arial"/>
                <w:b/>
                <w:color w:val="000000"/>
                <w:szCs w:val="22"/>
              </w:rPr>
            </w:pPr>
          </w:p>
        </w:tc>
      </w:tr>
      <w:tr w:rsidR="005B3643" w:rsidRPr="00D018B1" w14:paraId="1DED43FF" w14:textId="77777777" w:rsidTr="00366487">
        <w:trPr>
          <w:trHeight w:val="1098"/>
        </w:trPr>
        <w:tc>
          <w:tcPr>
            <w:tcW w:w="9392" w:type="dxa"/>
          </w:tcPr>
          <w:p w14:paraId="7A481744" w14:textId="77777777" w:rsidR="005B3643" w:rsidRPr="00D018B1" w:rsidRDefault="005B3643" w:rsidP="005B3643">
            <w:pPr>
              <w:spacing w:after="0"/>
              <w:rPr>
                <w:rFonts w:cs="Arial"/>
                <w:b/>
                <w:color w:val="000000"/>
                <w:szCs w:val="22"/>
              </w:rPr>
            </w:pPr>
            <w:r w:rsidRPr="00D018B1">
              <w:rPr>
                <w:rFonts w:cs="Arial"/>
                <w:b/>
                <w:color w:val="000000"/>
                <w:szCs w:val="22"/>
              </w:rPr>
              <w:t>Problems with Site Navigation:</w:t>
            </w:r>
          </w:p>
          <w:p w14:paraId="3AB192F3" w14:textId="77777777" w:rsidR="005B3643" w:rsidRPr="00D018B1" w:rsidRDefault="005B3643" w:rsidP="005B3643">
            <w:pPr>
              <w:spacing w:after="0"/>
              <w:rPr>
                <w:rFonts w:cs="Arial"/>
                <w:b/>
                <w:color w:val="000000"/>
                <w:szCs w:val="22"/>
              </w:rPr>
            </w:pPr>
          </w:p>
          <w:p w14:paraId="495F48DF" w14:textId="77777777" w:rsidR="005B3643" w:rsidRPr="00D018B1" w:rsidRDefault="005B3643" w:rsidP="005B3643">
            <w:pPr>
              <w:spacing w:after="0"/>
              <w:rPr>
                <w:rFonts w:cs="Arial"/>
                <w:b/>
                <w:color w:val="000000"/>
                <w:szCs w:val="22"/>
              </w:rPr>
            </w:pPr>
          </w:p>
          <w:p w14:paraId="677B6F9F" w14:textId="77777777" w:rsidR="005B3643" w:rsidRPr="00D018B1" w:rsidRDefault="005B3643" w:rsidP="005B3643">
            <w:pPr>
              <w:spacing w:after="0"/>
              <w:rPr>
                <w:rFonts w:cs="Arial"/>
                <w:b/>
                <w:color w:val="000000"/>
                <w:szCs w:val="22"/>
              </w:rPr>
            </w:pPr>
          </w:p>
          <w:p w14:paraId="05761416" w14:textId="77777777" w:rsidR="005B3643" w:rsidRPr="00D018B1" w:rsidRDefault="005B3643" w:rsidP="005B3643">
            <w:pPr>
              <w:spacing w:after="0"/>
              <w:rPr>
                <w:rFonts w:cs="Arial"/>
                <w:b/>
                <w:color w:val="000000"/>
                <w:szCs w:val="22"/>
              </w:rPr>
            </w:pPr>
          </w:p>
        </w:tc>
      </w:tr>
      <w:tr w:rsidR="005B3643" w:rsidRPr="00D018B1" w14:paraId="69B9600B" w14:textId="77777777" w:rsidTr="00366487">
        <w:trPr>
          <w:trHeight w:val="1098"/>
        </w:trPr>
        <w:tc>
          <w:tcPr>
            <w:tcW w:w="9392" w:type="dxa"/>
          </w:tcPr>
          <w:p w14:paraId="3256435D" w14:textId="77777777" w:rsidR="005B3643" w:rsidRPr="00D018B1" w:rsidRDefault="005B3643" w:rsidP="005B3643">
            <w:pPr>
              <w:spacing w:after="0"/>
              <w:rPr>
                <w:rFonts w:cs="Arial"/>
                <w:b/>
                <w:color w:val="000000"/>
                <w:szCs w:val="22"/>
              </w:rPr>
            </w:pPr>
            <w:r w:rsidRPr="00D018B1">
              <w:rPr>
                <w:rFonts w:cs="Arial"/>
                <w:b/>
                <w:color w:val="000000"/>
                <w:szCs w:val="22"/>
              </w:rPr>
              <w:t>Problems with Images:</w:t>
            </w:r>
          </w:p>
          <w:p w14:paraId="32630354" w14:textId="77777777" w:rsidR="005B3643" w:rsidRPr="00D018B1" w:rsidRDefault="005B3643" w:rsidP="005B3643">
            <w:pPr>
              <w:spacing w:after="0"/>
              <w:rPr>
                <w:rFonts w:cs="Arial"/>
                <w:b/>
                <w:color w:val="000000"/>
                <w:szCs w:val="22"/>
              </w:rPr>
            </w:pPr>
          </w:p>
          <w:p w14:paraId="1B837E5E" w14:textId="77777777" w:rsidR="005B3643" w:rsidRPr="00D018B1" w:rsidRDefault="005B3643" w:rsidP="005B3643">
            <w:pPr>
              <w:spacing w:after="0"/>
              <w:rPr>
                <w:rFonts w:cs="Arial"/>
                <w:b/>
                <w:color w:val="000000"/>
                <w:szCs w:val="22"/>
              </w:rPr>
            </w:pPr>
          </w:p>
          <w:p w14:paraId="1E938F40" w14:textId="77777777" w:rsidR="005B3643" w:rsidRPr="00D018B1" w:rsidRDefault="005B3643" w:rsidP="005B3643">
            <w:pPr>
              <w:spacing w:after="0"/>
              <w:rPr>
                <w:rFonts w:cs="Arial"/>
                <w:b/>
                <w:color w:val="000000"/>
                <w:szCs w:val="22"/>
              </w:rPr>
            </w:pPr>
          </w:p>
          <w:p w14:paraId="1DEB5F72" w14:textId="77777777" w:rsidR="005B3643" w:rsidRPr="00D018B1" w:rsidRDefault="005B3643" w:rsidP="005B3643">
            <w:pPr>
              <w:spacing w:after="0"/>
              <w:rPr>
                <w:rFonts w:cs="Arial"/>
                <w:b/>
                <w:color w:val="000000"/>
                <w:szCs w:val="22"/>
              </w:rPr>
            </w:pPr>
          </w:p>
        </w:tc>
      </w:tr>
      <w:tr w:rsidR="005B3643" w:rsidRPr="00D018B1" w14:paraId="7ED69B0E" w14:textId="77777777" w:rsidTr="00366487">
        <w:trPr>
          <w:trHeight w:val="1112"/>
        </w:trPr>
        <w:tc>
          <w:tcPr>
            <w:tcW w:w="9392" w:type="dxa"/>
          </w:tcPr>
          <w:p w14:paraId="07A678B7" w14:textId="77777777" w:rsidR="005B3643" w:rsidRPr="00D018B1" w:rsidRDefault="005B3643" w:rsidP="005B3643">
            <w:pPr>
              <w:spacing w:after="0"/>
              <w:rPr>
                <w:rFonts w:cs="Arial"/>
                <w:b/>
                <w:color w:val="000000"/>
                <w:szCs w:val="22"/>
              </w:rPr>
            </w:pPr>
            <w:r w:rsidRPr="00D018B1">
              <w:rPr>
                <w:rFonts w:cs="Arial"/>
                <w:b/>
                <w:color w:val="000000"/>
                <w:szCs w:val="22"/>
              </w:rPr>
              <w:t>Problems with Scenario or Job Aids:</w:t>
            </w:r>
          </w:p>
          <w:p w14:paraId="1871BB7B" w14:textId="77777777" w:rsidR="005B3643" w:rsidRPr="00D018B1" w:rsidRDefault="005B3643" w:rsidP="005B3643">
            <w:pPr>
              <w:spacing w:after="0"/>
              <w:rPr>
                <w:rFonts w:cs="Arial"/>
                <w:b/>
                <w:i/>
                <w:color w:val="000000"/>
                <w:szCs w:val="22"/>
              </w:rPr>
            </w:pPr>
          </w:p>
          <w:p w14:paraId="5E321D99" w14:textId="77777777" w:rsidR="005B3643" w:rsidRPr="00D018B1" w:rsidRDefault="005B3643" w:rsidP="005B3643">
            <w:pPr>
              <w:spacing w:after="0"/>
              <w:rPr>
                <w:rFonts w:cs="Arial"/>
                <w:b/>
                <w:i/>
                <w:color w:val="000000"/>
                <w:szCs w:val="22"/>
              </w:rPr>
            </w:pPr>
          </w:p>
          <w:p w14:paraId="43A64E19" w14:textId="77777777" w:rsidR="005B3643" w:rsidRPr="00D018B1" w:rsidRDefault="005B3643" w:rsidP="005B3643">
            <w:pPr>
              <w:spacing w:after="0"/>
              <w:rPr>
                <w:rFonts w:cs="Arial"/>
                <w:b/>
                <w:i/>
                <w:color w:val="000000"/>
                <w:szCs w:val="22"/>
              </w:rPr>
            </w:pPr>
          </w:p>
          <w:p w14:paraId="5E0EF4EA" w14:textId="77777777" w:rsidR="005B3643" w:rsidRPr="00D018B1" w:rsidRDefault="005B3643" w:rsidP="005B3643">
            <w:pPr>
              <w:spacing w:after="0"/>
              <w:rPr>
                <w:rFonts w:cs="Arial"/>
                <w:b/>
                <w:i/>
                <w:color w:val="000000"/>
                <w:szCs w:val="22"/>
              </w:rPr>
            </w:pPr>
          </w:p>
        </w:tc>
      </w:tr>
      <w:tr w:rsidR="005B3643" w:rsidRPr="00D018B1" w14:paraId="6A6E5BDA" w14:textId="77777777" w:rsidTr="00366487">
        <w:trPr>
          <w:trHeight w:val="1098"/>
        </w:trPr>
        <w:tc>
          <w:tcPr>
            <w:tcW w:w="9392" w:type="dxa"/>
          </w:tcPr>
          <w:p w14:paraId="0A07776D" w14:textId="77777777" w:rsidR="005B3643" w:rsidRPr="00D018B1" w:rsidRDefault="005B3643" w:rsidP="005B3643">
            <w:pPr>
              <w:spacing w:after="0"/>
              <w:rPr>
                <w:rFonts w:cs="Arial"/>
                <w:b/>
                <w:color w:val="000000"/>
                <w:szCs w:val="22"/>
              </w:rPr>
            </w:pPr>
            <w:r w:rsidRPr="00D018B1">
              <w:rPr>
                <w:rFonts w:cs="Arial"/>
                <w:b/>
                <w:color w:val="000000"/>
                <w:szCs w:val="22"/>
              </w:rPr>
              <w:t>Problems with Assessment:</w:t>
            </w:r>
          </w:p>
          <w:p w14:paraId="5B7D5681" w14:textId="77777777" w:rsidR="005B3643" w:rsidRPr="00D018B1" w:rsidRDefault="005B3643" w:rsidP="005B3643">
            <w:pPr>
              <w:spacing w:after="0"/>
              <w:rPr>
                <w:rFonts w:cs="Arial"/>
                <w:b/>
                <w:i/>
                <w:color w:val="000000"/>
                <w:szCs w:val="22"/>
              </w:rPr>
            </w:pPr>
          </w:p>
          <w:p w14:paraId="726C7EC2" w14:textId="77777777" w:rsidR="005B3643" w:rsidRPr="00D018B1" w:rsidRDefault="005B3643" w:rsidP="005B3643">
            <w:pPr>
              <w:spacing w:after="0"/>
              <w:rPr>
                <w:rFonts w:cs="Arial"/>
                <w:b/>
                <w:i/>
                <w:color w:val="000000"/>
                <w:szCs w:val="22"/>
              </w:rPr>
            </w:pPr>
          </w:p>
          <w:p w14:paraId="4747C7E5" w14:textId="77777777" w:rsidR="005B3643" w:rsidRPr="00D018B1" w:rsidRDefault="005B3643" w:rsidP="005B3643">
            <w:pPr>
              <w:spacing w:after="0"/>
              <w:rPr>
                <w:rFonts w:cs="Arial"/>
                <w:b/>
                <w:i/>
                <w:color w:val="000000"/>
                <w:szCs w:val="22"/>
              </w:rPr>
            </w:pPr>
          </w:p>
          <w:p w14:paraId="27CC79EE" w14:textId="77777777" w:rsidR="005B3643" w:rsidRPr="00D018B1" w:rsidRDefault="005B3643" w:rsidP="005B3643">
            <w:pPr>
              <w:spacing w:after="0"/>
              <w:rPr>
                <w:rFonts w:cs="Arial"/>
                <w:b/>
                <w:i/>
                <w:color w:val="000000"/>
                <w:szCs w:val="22"/>
              </w:rPr>
            </w:pPr>
          </w:p>
        </w:tc>
      </w:tr>
    </w:tbl>
    <w:p w14:paraId="26C6A379" w14:textId="77777777" w:rsidR="005B3643" w:rsidRPr="00D018B1" w:rsidRDefault="005B3643" w:rsidP="005B3643">
      <w:pPr>
        <w:spacing w:before="40" w:after="0" w:line="312" w:lineRule="auto"/>
        <w:contextualSpacing/>
        <w:rPr>
          <w:rFonts w:eastAsia="Calibri" w:cs="Arial"/>
          <w:b/>
          <w:i/>
          <w:color w:val="000000"/>
          <w:szCs w:val="22"/>
        </w:rPr>
      </w:pPr>
      <w:r w:rsidRPr="00D018B1">
        <w:rPr>
          <w:rFonts w:eastAsia="Calibri" w:cs="Arial"/>
          <w:b/>
          <w:i/>
          <w:color w:val="000000"/>
          <w:szCs w:val="22"/>
        </w:rPr>
        <w:t xml:space="preserve">Other:  </w:t>
      </w:r>
    </w:p>
    <w:p w14:paraId="2D7A144D" w14:textId="77777777" w:rsidR="005B3643" w:rsidRPr="00D018B1" w:rsidRDefault="005B3643" w:rsidP="005B3643">
      <w:pPr>
        <w:spacing w:after="0" w:line="240" w:lineRule="auto"/>
        <w:rPr>
          <w:rFonts w:eastAsia="Calibri" w:cs="Arial"/>
          <w:b/>
          <w:i/>
          <w:color w:val="000000"/>
          <w:szCs w:val="22"/>
        </w:rPr>
      </w:pPr>
      <w:r w:rsidRPr="00D018B1">
        <w:rPr>
          <w:rFonts w:eastAsia="Calibri" w:cs="Arial"/>
          <w:b/>
          <w:i/>
          <w:color w:val="000000"/>
          <w:szCs w:val="22"/>
        </w:rPr>
        <w:br w:type="page"/>
      </w:r>
    </w:p>
    <w:p w14:paraId="3F69A26B" w14:textId="77777777" w:rsidR="005B3643" w:rsidRPr="00D018B1" w:rsidRDefault="005B3643" w:rsidP="00366487">
      <w:pPr>
        <w:pStyle w:val="Heading3"/>
      </w:pPr>
      <w:r w:rsidRPr="00D018B1">
        <w:lastRenderedPageBreak/>
        <w:t xml:space="preserve">Participant Post-Test Survey </w:t>
      </w:r>
    </w:p>
    <w:p w14:paraId="5288B18C" w14:textId="77777777" w:rsidR="005B3643" w:rsidRPr="00D018B1" w:rsidRDefault="005B3643" w:rsidP="005B3643">
      <w:pPr>
        <w:spacing w:after="0" w:line="240" w:lineRule="auto"/>
        <w:contextualSpacing/>
        <w:rPr>
          <w:rFonts w:eastAsia="Calibri" w:cs="Arial"/>
          <w:szCs w:val="22"/>
        </w:rPr>
      </w:pPr>
      <w:r w:rsidRPr="00D018B1">
        <w:rPr>
          <w:rFonts w:eastAsia="Calibri" w:cs="Arial"/>
          <w:szCs w:val="22"/>
        </w:rPr>
        <w:t>Please indicate your level of agreement with each statement, using the following scale:</w:t>
      </w:r>
    </w:p>
    <w:p w14:paraId="6110170F" w14:textId="77777777" w:rsidR="005B3643" w:rsidRPr="00D018B1" w:rsidRDefault="005B3643" w:rsidP="005B3643">
      <w:pPr>
        <w:spacing w:after="0" w:line="240" w:lineRule="auto"/>
        <w:contextualSpacing/>
        <w:rPr>
          <w:rFonts w:eastAsia="Calibri" w:cs="Arial"/>
          <w:szCs w:val="22"/>
        </w:rPr>
      </w:pPr>
      <w:r w:rsidRPr="00D018B1">
        <w:rPr>
          <w:rFonts w:eastAsia="Calibri" w:cs="Arial"/>
          <w:szCs w:val="22"/>
        </w:rPr>
        <w:t>1 = Strongly Disagree, 2 = Disagree,   3 = Not Applicable or Neutral, 4 = Agree, 5 = Strongly Agree</w:t>
      </w:r>
    </w:p>
    <w:p w14:paraId="41517410" w14:textId="17273C19" w:rsidR="005B3643" w:rsidRPr="00D018B1" w:rsidRDefault="005B3643" w:rsidP="005B3643">
      <w:pPr>
        <w:spacing w:after="0" w:line="240" w:lineRule="auto"/>
        <w:contextualSpacing/>
        <w:rPr>
          <w:rFonts w:eastAsia="Calibri" w:cs="Arial"/>
          <w:szCs w:val="22"/>
        </w:rPr>
      </w:pPr>
      <w:r w:rsidRPr="00D018B1">
        <w:rPr>
          <w:rFonts w:eastAsia="Calibri" w:cs="Arial"/>
          <w:szCs w:val="22"/>
        </w:rPr>
        <w:t>If you disagree with any of the statements, please use the comments section below to elaborate.</w:t>
      </w:r>
    </w:p>
    <w:tbl>
      <w:tblPr>
        <w:tblStyle w:val="TableGrid1"/>
        <w:tblW w:w="10316" w:type="dxa"/>
        <w:tblInd w:w="-342" w:type="dxa"/>
        <w:tblBorders>
          <w:top w:val="single" w:sz="8" w:space="0" w:color="215868" w:themeColor="accent5" w:themeShade="80"/>
          <w:left w:val="single" w:sz="8" w:space="0" w:color="215868" w:themeColor="accent5" w:themeShade="80"/>
          <w:bottom w:val="single" w:sz="8" w:space="0" w:color="215868" w:themeColor="accent5" w:themeShade="80"/>
          <w:right w:val="single" w:sz="8" w:space="0" w:color="215868" w:themeColor="accent5" w:themeShade="80"/>
          <w:insideH w:val="single" w:sz="8" w:space="0" w:color="215868" w:themeColor="accent5" w:themeShade="80"/>
          <w:insideV w:val="single" w:sz="8" w:space="0" w:color="215868" w:themeColor="accent5" w:themeShade="80"/>
        </w:tblBorders>
        <w:tblLook w:val="04A0" w:firstRow="1" w:lastRow="0" w:firstColumn="1" w:lastColumn="0" w:noHBand="0" w:noVBand="1"/>
      </w:tblPr>
      <w:tblGrid>
        <w:gridCol w:w="535"/>
        <w:gridCol w:w="7294"/>
        <w:gridCol w:w="511"/>
        <w:gridCol w:w="481"/>
        <w:gridCol w:w="521"/>
        <w:gridCol w:w="481"/>
        <w:gridCol w:w="493"/>
      </w:tblGrid>
      <w:tr w:rsidR="005B3643" w:rsidRPr="00D018B1" w14:paraId="2C063F4E" w14:textId="77777777" w:rsidTr="00366487">
        <w:trPr>
          <w:trHeight w:val="38"/>
        </w:trPr>
        <w:tc>
          <w:tcPr>
            <w:tcW w:w="10316" w:type="dxa"/>
            <w:gridSpan w:val="7"/>
          </w:tcPr>
          <w:p w14:paraId="6CDE6CF1" w14:textId="77777777" w:rsidR="005B3643" w:rsidRPr="00D018B1" w:rsidRDefault="005B3643" w:rsidP="005B3643">
            <w:pPr>
              <w:spacing w:after="0"/>
              <w:contextualSpacing/>
              <w:rPr>
                <w:rFonts w:cs="Arial"/>
                <w:szCs w:val="22"/>
              </w:rPr>
            </w:pPr>
          </w:p>
        </w:tc>
      </w:tr>
      <w:tr w:rsidR="005B3643" w:rsidRPr="00D018B1" w14:paraId="0AE38A05" w14:textId="77777777" w:rsidTr="00366487">
        <w:trPr>
          <w:trHeight w:val="146"/>
        </w:trPr>
        <w:tc>
          <w:tcPr>
            <w:tcW w:w="535" w:type="dxa"/>
            <w:vAlign w:val="center"/>
          </w:tcPr>
          <w:p w14:paraId="06B76097" w14:textId="77777777" w:rsidR="005B3643" w:rsidRPr="00D018B1" w:rsidRDefault="005B3643" w:rsidP="005B3643">
            <w:pPr>
              <w:spacing w:after="0"/>
              <w:contextualSpacing/>
              <w:jc w:val="center"/>
              <w:rPr>
                <w:rFonts w:cs="Arial"/>
                <w:szCs w:val="22"/>
              </w:rPr>
            </w:pPr>
          </w:p>
        </w:tc>
        <w:tc>
          <w:tcPr>
            <w:tcW w:w="7294" w:type="dxa"/>
            <w:vAlign w:val="center"/>
          </w:tcPr>
          <w:p w14:paraId="44013EBF" w14:textId="77777777" w:rsidR="005B3643" w:rsidRPr="00D018B1" w:rsidRDefault="005B3643" w:rsidP="005B3643">
            <w:pPr>
              <w:spacing w:after="0"/>
              <w:jc w:val="center"/>
              <w:rPr>
                <w:rFonts w:cs="Arial"/>
                <w:szCs w:val="22"/>
              </w:rPr>
            </w:pPr>
          </w:p>
        </w:tc>
        <w:tc>
          <w:tcPr>
            <w:tcW w:w="511" w:type="dxa"/>
            <w:vAlign w:val="center"/>
          </w:tcPr>
          <w:p w14:paraId="7ED10092" w14:textId="77777777" w:rsidR="005B3643" w:rsidRPr="00D018B1" w:rsidRDefault="005B3643" w:rsidP="005B3643">
            <w:pPr>
              <w:spacing w:after="0"/>
              <w:contextualSpacing/>
              <w:jc w:val="center"/>
              <w:rPr>
                <w:rFonts w:cs="Arial"/>
                <w:szCs w:val="22"/>
              </w:rPr>
            </w:pPr>
            <w:r w:rsidRPr="00D018B1">
              <w:rPr>
                <w:rFonts w:cs="Arial"/>
                <w:szCs w:val="22"/>
              </w:rPr>
              <w:t>SD</w:t>
            </w:r>
          </w:p>
        </w:tc>
        <w:tc>
          <w:tcPr>
            <w:tcW w:w="481" w:type="dxa"/>
            <w:vAlign w:val="center"/>
          </w:tcPr>
          <w:p w14:paraId="330FE36A" w14:textId="77777777" w:rsidR="005B3643" w:rsidRPr="00D018B1" w:rsidRDefault="005B3643" w:rsidP="005B3643">
            <w:pPr>
              <w:spacing w:after="0"/>
              <w:contextualSpacing/>
              <w:jc w:val="center"/>
              <w:rPr>
                <w:rFonts w:cs="Arial"/>
                <w:szCs w:val="22"/>
              </w:rPr>
            </w:pPr>
            <w:r w:rsidRPr="00D018B1">
              <w:rPr>
                <w:rFonts w:cs="Arial"/>
                <w:szCs w:val="22"/>
              </w:rPr>
              <w:t>D</w:t>
            </w:r>
          </w:p>
        </w:tc>
        <w:tc>
          <w:tcPr>
            <w:tcW w:w="521" w:type="dxa"/>
            <w:vAlign w:val="center"/>
          </w:tcPr>
          <w:p w14:paraId="03943573" w14:textId="77777777" w:rsidR="005B3643" w:rsidRPr="00D018B1" w:rsidRDefault="005B3643" w:rsidP="005B3643">
            <w:pPr>
              <w:spacing w:after="0"/>
              <w:contextualSpacing/>
              <w:jc w:val="center"/>
              <w:rPr>
                <w:rFonts w:cs="Arial"/>
                <w:szCs w:val="22"/>
              </w:rPr>
            </w:pPr>
            <w:r w:rsidRPr="00D018B1">
              <w:rPr>
                <w:rFonts w:cs="Arial"/>
                <w:szCs w:val="22"/>
              </w:rPr>
              <w:t>NA</w:t>
            </w:r>
          </w:p>
        </w:tc>
        <w:tc>
          <w:tcPr>
            <w:tcW w:w="481" w:type="dxa"/>
            <w:vAlign w:val="center"/>
          </w:tcPr>
          <w:p w14:paraId="67D32B61" w14:textId="77777777" w:rsidR="005B3643" w:rsidRPr="00D018B1" w:rsidRDefault="005B3643" w:rsidP="005B3643">
            <w:pPr>
              <w:spacing w:after="0"/>
              <w:contextualSpacing/>
              <w:jc w:val="center"/>
              <w:rPr>
                <w:rFonts w:cs="Arial"/>
                <w:szCs w:val="22"/>
              </w:rPr>
            </w:pPr>
            <w:r w:rsidRPr="00D018B1">
              <w:rPr>
                <w:rFonts w:cs="Arial"/>
                <w:szCs w:val="22"/>
              </w:rPr>
              <w:t>A</w:t>
            </w:r>
          </w:p>
        </w:tc>
        <w:tc>
          <w:tcPr>
            <w:tcW w:w="489" w:type="dxa"/>
            <w:vAlign w:val="center"/>
          </w:tcPr>
          <w:p w14:paraId="2B3427B1" w14:textId="77777777" w:rsidR="005B3643" w:rsidRPr="00D018B1" w:rsidRDefault="005B3643" w:rsidP="005B3643">
            <w:pPr>
              <w:spacing w:after="0"/>
              <w:contextualSpacing/>
              <w:jc w:val="center"/>
              <w:rPr>
                <w:rFonts w:cs="Arial"/>
                <w:szCs w:val="22"/>
              </w:rPr>
            </w:pPr>
            <w:r w:rsidRPr="00D018B1">
              <w:rPr>
                <w:rFonts w:cs="Arial"/>
                <w:szCs w:val="22"/>
              </w:rPr>
              <w:t>SA</w:t>
            </w:r>
          </w:p>
        </w:tc>
      </w:tr>
      <w:tr w:rsidR="005B3643" w:rsidRPr="00D018B1" w14:paraId="1C8B56AC" w14:textId="77777777" w:rsidTr="00366487">
        <w:trPr>
          <w:trHeight w:val="497"/>
        </w:trPr>
        <w:tc>
          <w:tcPr>
            <w:tcW w:w="535" w:type="dxa"/>
          </w:tcPr>
          <w:p w14:paraId="563297B0" w14:textId="77777777" w:rsidR="005B3643" w:rsidRPr="00D018B1" w:rsidRDefault="005B3643" w:rsidP="005B3643">
            <w:pPr>
              <w:spacing w:after="0"/>
              <w:contextualSpacing/>
              <w:rPr>
                <w:rFonts w:cs="Arial"/>
                <w:szCs w:val="22"/>
              </w:rPr>
            </w:pPr>
            <w:r w:rsidRPr="00D018B1">
              <w:rPr>
                <w:rFonts w:cs="Arial"/>
                <w:szCs w:val="22"/>
              </w:rPr>
              <w:t>1.</w:t>
            </w:r>
          </w:p>
        </w:tc>
        <w:tc>
          <w:tcPr>
            <w:tcW w:w="7294" w:type="dxa"/>
          </w:tcPr>
          <w:p w14:paraId="6DF22BC7" w14:textId="77777777" w:rsidR="005B3643" w:rsidRPr="00D018B1" w:rsidRDefault="005B3643" w:rsidP="005B3643">
            <w:pPr>
              <w:spacing w:after="0"/>
              <w:rPr>
                <w:rFonts w:cs="Arial"/>
                <w:szCs w:val="22"/>
              </w:rPr>
            </w:pPr>
            <w:r w:rsidRPr="00D018B1">
              <w:rPr>
                <w:rFonts w:cs="Arial"/>
                <w:szCs w:val="22"/>
              </w:rPr>
              <w:t>If I was an aspiring safe food handler, the instructional materials would provide me with the information I needed.</w:t>
            </w:r>
          </w:p>
        </w:tc>
        <w:tc>
          <w:tcPr>
            <w:tcW w:w="511" w:type="dxa"/>
            <w:vAlign w:val="center"/>
          </w:tcPr>
          <w:p w14:paraId="7E866042"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0427C4A2"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04AF29B0"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4EDEE635"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58324B9B"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6B164FD2" w14:textId="77777777" w:rsidTr="00366487">
        <w:trPr>
          <w:trHeight w:val="322"/>
        </w:trPr>
        <w:tc>
          <w:tcPr>
            <w:tcW w:w="535" w:type="dxa"/>
            <w:shd w:val="clear" w:color="auto" w:fill="D9D9D9"/>
          </w:tcPr>
          <w:p w14:paraId="2888C466" w14:textId="77777777" w:rsidR="005B3643" w:rsidRPr="00D018B1" w:rsidRDefault="005B3643" w:rsidP="005B3643">
            <w:pPr>
              <w:spacing w:after="0"/>
              <w:contextualSpacing/>
              <w:rPr>
                <w:rFonts w:cs="Arial"/>
                <w:szCs w:val="22"/>
              </w:rPr>
            </w:pPr>
            <w:r w:rsidRPr="00D018B1">
              <w:rPr>
                <w:rFonts w:cs="Arial"/>
                <w:szCs w:val="22"/>
              </w:rPr>
              <w:t>2.</w:t>
            </w:r>
          </w:p>
        </w:tc>
        <w:tc>
          <w:tcPr>
            <w:tcW w:w="7294" w:type="dxa"/>
            <w:shd w:val="clear" w:color="auto" w:fill="D9D9D9"/>
          </w:tcPr>
          <w:p w14:paraId="21E35493" w14:textId="3F13F636" w:rsidR="005B3643" w:rsidRPr="00D018B1" w:rsidRDefault="005B3643" w:rsidP="005B3643">
            <w:pPr>
              <w:spacing w:after="0"/>
              <w:rPr>
                <w:rFonts w:cs="Arial"/>
                <w:szCs w:val="22"/>
              </w:rPr>
            </w:pPr>
            <w:r w:rsidRPr="00D018B1">
              <w:rPr>
                <w:rFonts w:cs="Arial"/>
                <w:szCs w:val="22"/>
              </w:rPr>
              <w:t xml:space="preserve">The instructional materials were </w:t>
            </w:r>
            <w:r w:rsidR="00C3636D" w:rsidRPr="00D018B1">
              <w:rPr>
                <w:rFonts w:cs="Arial"/>
                <w:szCs w:val="22"/>
              </w:rPr>
              <w:t>complete,</w:t>
            </w:r>
            <w:r w:rsidRPr="00D018B1">
              <w:rPr>
                <w:rFonts w:cs="Arial"/>
                <w:szCs w:val="22"/>
              </w:rPr>
              <w:t xml:space="preserve"> and nothing was missing.</w:t>
            </w:r>
          </w:p>
        </w:tc>
        <w:tc>
          <w:tcPr>
            <w:tcW w:w="511" w:type="dxa"/>
            <w:shd w:val="clear" w:color="auto" w:fill="D9D9D9"/>
            <w:vAlign w:val="center"/>
          </w:tcPr>
          <w:p w14:paraId="293044E0"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3BCF0511"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10021FCA"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3C8A4E37"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20E778E9"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36037AAD" w14:textId="77777777" w:rsidTr="00366487">
        <w:trPr>
          <w:trHeight w:val="327"/>
        </w:trPr>
        <w:tc>
          <w:tcPr>
            <w:tcW w:w="535" w:type="dxa"/>
          </w:tcPr>
          <w:p w14:paraId="52010893" w14:textId="77777777" w:rsidR="005B3643" w:rsidRPr="00D018B1" w:rsidRDefault="005B3643" w:rsidP="005B3643">
            <w:pPr>
              <w:spacing w:after="0"/>
              <w:contextualSpacing/>
              <w:rPr>
                <w:rFonts w:cs="Arial"/>
                <w:szCs w:val="22"/>
              </w:rPr>
            </w:pPr>
            <w:r w:rsidRPr="00D018B1">
              <w:rPr>
                <w:rFonts w:cs="Arial"/>
                <w:szCs w:val="22"/>
              </w:rPr>
              <w:t>3.</w:t>
            </w:r>
          </w:p>
        </w:tc>
        <w:tc>
          <w:tcPr>
            <w:tcW w:w="7294" w:type="dxa"/>
          </w:tcPr>
          <w:p w14:paraId="0CB2CECA" w14:textId="77777777" w:rsidR="005B3643" w:rsidRPr="00D018B1" w:rsidRDefault="005B3643" w:rsidP="005B3643">
            <w:pPr>
              <w:spacing w:after="0"/>
              <w:rPr>
                <w:rFonts w:cs="Arial"/>
                <w:szCs w:val="22"/>
              </w:rPr>
            </w:pPr>
            <w:r w:rsidRPr="00D018B1">
              <w:rPr>
                <w:rFonts w:cs="Arial"/>
                <w:szCs w:val="22"/>
              </w:rPr>
              <w:t>The information presented was easy to read, view and understand.</w:t>
            </w:r>
          </w:p>
        </w:tc>
        <w:tc>
          <w:tcPr>
            <w:tcW w:w="511" w:type="dxa"/>
            <w:vAlign w:val="center"/>
          </w:tcPr>
          <w:p w14:paraId="42B3D7A0"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0863F077"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7D0CC8D0"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6E80CD9E"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5E5D228E"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7EA36225" w14:textId="77777777" w:rsidTr="00366487">
        <w:trPr>
          <w:trHeight w:val="358"/>
        </w:trPr>
        <w:tc>
          <w:tcPr>
            <w:tcW w:w="535" w:type="dxa"/>
            <w:shd w:val="clear" w:color="auto" w:fill="D9D9D9"/>
          </w:tcPr>
          <w:p w14:paraId="3E861790" w14:textId="77777777" w:rsidR="005B3643" w:rsidRPr="00D018B1" w:rsidRDefault="005B3643" w:rsidP="005B3643">
            <w:pPr>
              <w:spacing w:after="0"/>
              <w:contextualSpacing/>
              <w:rPr>
                <w:rFonts w:cs="Arial"/>
                <w:szCs w:val="22"/>
              </w:rPr>
            </w:pPr>
            <w:r w:rsidRPr="00D018B1">
              <w:rPr>
                <w:rFonts w:cs="Arial"/>
                <w:szCs w:val="22"/>
              </w:rPr>
              <w:t>4.</w:t>
            </w:r>
          </w:p>
        </w:tc>
        <w:tc>
          <w:tcPr>
            <w:tcW w:w="7294" w:type="dxa"/>
            <w:shd w:val="clear" w:color="auto" w:fill="D9D9D9"/>
          </w:tcPr>
          <w:p w14:paraId="3942CB8D" w14:textId="77777777" w:rsidR="005B3643" w:rsidRPr="00D018B1" w:rsidRDefault="005B3643" w:rsidP="005B3643">
            <w:pPr>
              <w:spacing w:after="0"/>
              <w:rPr>
                <w:rFonts w:cs="Arial"/>
                <w:szCs w:val="22"/>
              </w:rPr>
            </w:pPr>
            <w:r w:rsidRPr="00D018B1">
              <w:rPr>
                <w:rFonts w:cs="Arial"/>
                <w:szCs w:val="22"/>
              </w:rPr>
              <w:t xml:space="preserve">The instructional materials were engaging. </w:t>
            </w:r>
          </w:p>
        </w:tc>
        <w:tc>
          <w:tcPr>
            <w:tcW w:w="511" w:type="dxa"/>
            <w:shd w:val="clear" w:color="auto" w:fill="D9D9D9"/>
            <w:vAlign w:val="center"/>
          </w:tcPr>
          <w:p w14:paraId="5287AAB3"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39AC83FF"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2A50A7DA"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73442458"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18332F1E"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1870E8AE" w14:textId="77777777" w:rsidTr="00366487">
        <w:trPr>
          <w:trHeight w:val="266"/>
        </w:trPr>
        <w:tc>
          <w:tcPr>
            <w:tcW w:w="535" w:type="dxa"/>
          </w:tcPr>
          <w:p w14:paraId="5CF913E2" w14:textId="77777777" w:rsidR="005B3643" w:rsidRPr="00D018B1" w:rsidRDefault="005B3643" w:rsidP="005B3643">
            <w:pPr>
              <w:spacing w:after="0"/>
              <w:rPr>
                <w:rFonts w:cs="Arial"/>
                <w:szCs w:val="22"/>
              </w:rPr>
            </w:pPr>
            <w:r w:rsidRPr="00D018B1">
              <w:rPr>
                <w:rFonts w:cs="Arial"/>
                <w:szCs w:val="22"/>
              </w:rPr>
              <w:t xml:space="preserve">5. </w:t>
            </w:r>
          </w:p>
        </w:tc>
        <w:tc>
          <w:tcPr>
            <w:tcW w:w="7294" w:type="dxa"/>
          </w:tcPr>
          <w:p w14:paraId="5A7CBB69" w14:textId="77777777" w:rsidR="005B3643" w:rsidRPr="00D018B1" w:rsidRDefault="005B3643" w:rsidP="005B3643">
            <w:pPr>
              <w:spacing w:after="0"/>
              <w:rPr>
                <w:rFonts w:cs="Arial"/>
                <w:szCs w:val="22"/>
              </w:rPr>
            </w:pPr>
            <w:r w:rsidRPr="00D018B1">
              <w:rPr>
                <w:rFonts w:cs="Arial"/>
                <w:szCs w:val="22"/>
              </w:rPr>
              <w:t>The instructional materials were easy to navigate and use.</w:t>
            </w:r>
          </w:p>
        </w:tc>
        <w:tc>
          <w:tcPr>
            <w:tcW w:w="511" w:type="dxa"/>
            <w:vAlign w:val="center"/>
          </w:tcPr>
          <w:p w14:paraId="7E2EA413"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5E59738C"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28B2AB6F"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6967988A"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4653D075"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3B55A1D9" w14:textId="77777777" w:rsidTr="00366487">
        <w:trPr>
          <w:trHeight w:val="322"/>
        </w:trPr>
        <w:tc>
          <w:tcPr>
            <w:tcW w:w="535" w:type="dxa"/>
            <w:shd w:val="clear" w:color="auto" w:fill="D9D9D9"/>
          </w:tcPr>
          <w:p w14:paraId="3E9B1C53" w14:textId="77777777" w:rsidR="005B3643" w:rsidRPr="00D018B1" w:rsidRDefault="005B3643" w:rsidP="005B3643">
            <w:pPr>
              <w:spacing w:after="0"/>
              <w:contextualSpacing/>
              <w:rPr>
                <w:rFonts w:cs="Arial"/>
                <w:szCs w:val="22"/>
              </w:rPr>
            </w:pPr>
            <w:r w:rsidRPr="00D018B1">
              <w:rPr>
                <w:rFonts w:cs="Arial"/>
                <w:szCs w:val="22"/>
              </w:rPr>
              <w:t>6.</w:t>
            </w:r>
          </w:p>
        </w:tc>
        <w:tc>
          <w:tcPr>
            <w:tcW w:w="7294" w:type="dxa"/>
            <w:shd w:val="clear" w:color="auto" w:fill="D9D9D9"/>
          </w:tcPr>
          <w:p w14:paraId="5F9A7012" w14:textId="77777777" w:rsidR="005B3643" w:rsidRPr="00D018B1" w:rsidRDefault="005B3643" w:rsidP="005B3643">
            <w:pPr>
              <w:spacing w:after="0"/>
              <w:rPr>
                <w:rFonts w:cs="Arial"/>
                <w:szCs w:val="22"/>
              </w:rPr>
            </w:pPr>
            <w:r w:rsidRPr="00D018B1">
              <w:rPr>
                <w:rFonts w:cs="Arial"/>
                <w:szCs w:val="22"/>
              </w:rPr>
              <w:t>The tasks and information presented will be easy to implement in real life.</w:t>
            </w:r>
          </w:p>
        </w:tc>
        <w:tc>
          <w:tcPr>
            <w:tcW w:w="511" w:type="dxa"/>
            <w:shd w:val="clear" w:color="auto" w:fill="D9D9D9"/>
            <w:vAlign w:val="center"/>
          </w:tcPr>
          <w:p w14:paraId="42CA4D2A"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65FF09F0"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042D398C"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56055EEA"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2717138C"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2E5E27C0" w14:textId="77777777" w:rsidTr="00366487">
        <w:trPr>
          <w:trHeight w:val="590"/>
        </w:trPr>
        <w:tc>
          <w:tcPr>
            <w:tcW w:w="535" w:type="dxa"/>
          </w:tcPr>
          <w:p w14:paraId="5F2EE051" w14:textId="77777777" w:rsidR="005B3643" w:rsidRPr="00D018B1" w:rsidRDefault="005B3643" w:rsidP="005B3643">
            <w:pPr>
              <w:spacing w:after="0"/>
              <w:contextualSpacing/>
              <w:rPr>
                <w:rFonts w:cs="Arial"/>
                <w:szCs w:val="22"/>
              </w:rPr>
            </w:pPr>
            <w:r w:rsidRPr="00D018B1">
              <w:rPr>
                <w:rFonts w:cs="Arial"/>
                <w:szCs w:val="22"/>
              </w:rPr>
              <w:t>7.</w:t>
            </w:r>
          </w:p>
        </w:tc>
        <w:tc>
          <w:tcPr>
            <w:tcW w:w="7294" w:type="dxa"/>
          </w:tcPr>
          <w:p w14:paraId="24605F24" w14:textId="4BD94E73" w:rsidR="005B3643" w:rsidRPr="00D018B1" w:rsidRDefault="005B3643" w:rsidP="005B3643">
            <w:pPr>
              <w:spacing w:after="0"/>
              <w:rPr>
                <w:rFonts w:cs="Arial"/>
                <w:szCs w:val="22"/>
              </w:rPr>
            </w:pPr>
            <w:r w:rsidRPr="00D018B1">
              <w:rPr>
                <w:rFonts w:cs="Arial"/>
                <w:szCs w:val="22"/>
              </w:rPr>
              <w:t xml:space="preserve">The navigation on the first screen was </w:t>
            </w:r>
            <w:r w:rsidR="00C3636D" w:rsidRPr="00D018B1">
              <w:rPr>
                <w:rFonts w:cs="Arial"/>
                <w:szCs w:val="22"/>
              </w:rPr>
              <w:t>clear,</w:t>
            </w:r>
            <w:r w:rsidRPr="00D018B1">
              <w:rPr>
                <w:rFonts w:cs="Arial"/>
                <w:szCs w:val="22"/>
              </w:rPr>
              <w:t xml:space="preserve"> and no additional instructions are needed.</w:t>
            </w:r>
          </w:p>
        </w:tc>
        <w:tc>
          <w:tcPr>
            <w:tcW w:w="511" w:type="dxa"/>
            <w:vAlign w:val="center"/>
          </w:tcPr>
          <w:p w14:paraId="202EA825"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38F55288"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366C0300"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68BBD770"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0944C59F"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7EFE4AEF" w14:textId="77777777" w:rsidTr="00366487">
        <w:trPr>
          <w:trHeight w:val="373"/>
        </w:trPr>
        <w:tc>
          <w:tcPr>
            <w:tcW w:w="535" w:type="dxa"/>
            <w:shd w:val="clear" w:color="auto" w:fill="D9D9D9"/>
          </w:tcPr>
          <w:p w14:paraId="6D27B30F" w14:textId="77777777" w:rsidR="005B3643" w:rsidRPr="00D018B1" w:rsidRDefault="005B3643" w:rsidP="005B3643">
            <w:pPr>
              <w:spacing w:after="0"/>
              <w:contextualSpacing/>
              <w:rPr>
                <w:rFonts w:cs="Arial"/>
                <w:szCs w:val="22"/>
              </w:rPr>
            </w:pPr>
            <w:r w:rsidRPr="00D018B1">
              <w:rPr>
                <w:rFonts w:cs="Arial"/>
                <w:szCs w:val="22"/>
              </w:rPr>
              <w:t xml:space="preserve">8. </w:t>
            </w:r>
          </w:p>
        </w:tc>
        <w:tc>
          <w:tcPr>
            <w:tcW w:w="7294" w:type="dxa"/>
            <w:shd w:val="clear" w:color="auto" w:fill="D9D9D9"/>
          </w:tcPr>
          <w:p w14:paraId="270D3D23" w14:textId="77777777" w:rsidR="005B3643" w:rsidRPr="00D018B1" w:rsidRDefault="005B3643" w:rsidP="005B3643">
            <w:pPr>
              <w:spacing w:after="0"/>
              <w:rPr>
                <w:rFonts w:cs="Arial"/>
                <w:szCs w:val="22"/>
              </w:rPr>
            </w:pPr>
            <w:r w:rsidRPr="00D018B1">
              <w:rPr>
                <w:rFonts w:cs="Arial"/>
                <w:szCs w:val="22"/>
              </w:rPr>
              <w:t>The purpose of the website was immediately clear and if I didn’t know about this training and got here by chance, I would know for whom the site was intended.</w:t>
            </w:r>
          </w:p>
        </w:tc>
        <w:tc>
          <w:tcPr>
            <w:tcW w:w="511" w:type="dxa"/>
            <w:shd w:val="clear" w:color="auto" w:fill="D9D9D9"/>
            <w:vAlign w:val="center"/>
          </w:tcPr>
          <w:p w14:paraId="41EF36C4"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1114C8E2"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656B4B1C"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602D562C"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464FD07E"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1090B90C" w14:textId="77777777" w:rsidTr="00366487">
        <w:trPr>
          <w:trHeight w:val="562"/>
        </w:trPr>
        <w:tc>
          <w:tcPr>
            <w:tcW w:w="535" w:type="dxa"/>
          </w:tcPr>
          <w:p w14:paraId="7C8DB8DE" w14:textId="77777777" w:rsidR="005B3643" w:rsidRPr="00D018B1" w:rsidRDefault="005B3643" w:rsidP="005B3643">
            <w:pPr>
              <w:spacing w:after="0"/>
              <w:contextualSpacing/>
              <w:rPr>
                <w:rFonts w:cs="Arial"/>
                <w:szCs w:val="22"/>
              </w:rPr>
            </w:pPr>
            <w:r w:rsidRPr="00D018B1">
              <w:rPr>
                <w:rFonts w:cs="Arial"/>
                <w:szCs w:val="22"/>
              </w:rPr>
              <w:t>9.</w:t>
            </w:r>
          </w:p>
        </w:tc>
        <w:tc>
          <w:tcPr>
            <w:tcW w:w="7294" w:type="dxa"/>
          </w:tcPr>
          <w:p w14:paraId="63FA1B33" w14:textId="77777777" w:rsidR="005B3643" w:rsidRPr="00D018B1" w:rsidRDefault="005B3643" w:rsidP="005B3643">
            <w:pPr>
              <w:spacing w:after="0"/>
              <w:rPr>
                <w:rFonts w:cs="Arial"/>
                <w:szCs w:val="22"/>
              </w:rPr>
            </w:pPr>
            <w:r w:rsidRPr="00D018B1">
              <w:rPr>
                <w:rFonts w:cs="Arial"/>
                <w:szCs w:val="22"/>
              </w:rPr>
              <w:t>The information was structured and organized in a way that made it easy for me to access and retrieve what I needed.</w:t>
            </w:r>
          </w:p>
        </w:tc>
        <w:tc>
          <w:tcPr>
            <w:tcW w:w="511" w:type="dxa"/>
            <w:vAlign w:val="center"/>
          </w:tcPr>
          <w:p w14:paraId="0CF26BCA"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4B1DEC50"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55FFA149"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4ADB60C2"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5D1BDA40"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4ADBE839" w14:textId="77777777" w:rsidTr="00366487">
        <w:trPr>
          <w:trHeight w:val="373"/>
        </w:trPr>
        <w:tc>
          <w:tcPr>
            <w:tcW w:w="535" w:type="dxa"/>
            <w:shd w:val="clear" w:color="auto" w:fill="D9D9D9"/>
          </w:tcPr>
          <w:p w14:paraId="1B17B523" w14:textId="77777777" w:rsidR="005B3643" w:rsidRPr="00D018B1" w:rsidRDefault="005B3643" w:rsidP="005B3643">
            <w:pPr>
              <w:spacing w:after="0"/>
              <w:contextualSpacing/>
              <w:rPr>
                <w:rFonts w:cs="Arial"/>
                <w:szCs w:val="22"/>
              </w:rPr>
            </w:pPr>
            <w:r w:rsidRPr="00D018B1">
              <w:rPr>
                <w:rFonts w:cs="Arial"/>
                <w:szCs w:val="22"/>
              </w:rPr>
              <w:t>10.</w:t>
            </w:r>
          </w:p>
        </w:tc>
        <w:tc>
          <w:tcPr>
            <w:tcW w:w="7294" w:type="dxa"/>
            <w:shd w:val="clear" w:color="auto" w:fill="D9D9D9"/>
          </w:tcPr>
          <w:p w14:paraId="778CC6E5" w14:textId="77777777" w:rsidR="005B3643" w:rsidRPr="00D018B1" w:rsidRDefault="005B3643" w:rsidP="005B3643">
            <w:pPr>
              <w:spacing w:after="0"/>
              <w:rPr>
                <w:rFonts w:cs="Arial"/>
                <w:szCs w:val="22"/>
              </w:rPr>
            </w:pPr>
            <w:r w:rsidRPr="00D018B1">
              <w:rPr>
                <w:rFonts w:cs="Arial"/>
                <w:szCs w:val="22"/>
              </w:rPr>
              <w:t xml:space="preserve">The site allowed me to easily recover from errors (if any occurred). </w:t>
            </w:r>
          </w:p>
        </w:tc>
        <w:tc>
          <w:tcPr>
            <w:tcW w:w="511" w:type="dxa"/>
            <w:shd w:val="clear" w:color="auto" w:fill="D9D9D9"/>
            <w:vAlign w:val="center"/>
          </w:tcPr>
          <w:p w14:paraId="6EB72E75"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047E34AB"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78B748D4"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2A71DC83"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6D254BDA"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4BFB1618" w14:textId="77777777" w:rsidTr="00366487">
        <w:trPr>
          <w:trHeight w:val="599"/>
        </w:trPr>
        <w:tc>
          <w:tcPr>
            <w:tcW w:w="535" w:type="dxa"/>
          </w:tcPr>
          <w:p w14:paraId="7168C0A0" w14:textId="77777777" w:rsidR="005B3643" w:rsidRPr="00D018B1" w:rsidRDefault="005B3643" w:rsidP="005B3643">
            <w:pPr>
              <w:spacing w:after="0"/>
              <w:contextualSpacing/>
              <w:rPr>
                <w:rFonts w:cs="Arial"/>
                <w:szCs w:val="22"/>
              </w:rPr>
            </w:pPr>
            <w:r w:rsidRPr="00D018B1">
              <w:rPr>
                <w:rFonts w:cs="Arial"/>
                <w:szCs w:val="22"/>
              </w:rPr>
              <w:t>11.</w:t>
            </w:r>
          </w:p>
        </w:tc>
        <w:tc>
          <w:tcPr>
            <w:tcW w:w="7294" w:type="dxa"/>
          </w:tcPr>
          <w:p w14:paraId="5AB2A5DF" w14:textId="77777777" w:rsidR="005B3643" w:rsidRPr="00D018B1" w:rsidRDefault="005B3643" w:rsidP="005B3643">
            <w:pPr>
              <w:spacing w:after="0"/>
              <w:rPr>
                <w:rFonts w:cs="Arial"/>
                <w:szCs w:val="22"/>
              </w:rPr>
            </w:pPr>
            <w:r w:rsidRPr="00D018B1">
              <w:rPr>
                <w:rFonts w:cs="Arial"/>
                <w:szCs w:val="22"/>
              </w:rPr>
              <w:t>The actions required to complete each task were intuitive and clear, and I easily accomplished them.</w:t>
            </w:r>
          </w:p>
        </w:tc>
        <w:tc>
          <w:tcPr>
            <w:tcW w:w="511" w:type="dxa"/>
            <w:vAlign w:val="center"/>
          </w:tcPr>
          <w:p w14:paraId="12923DA5"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0F53B06C"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18A3CBAB"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5EC92DF2"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66F47A0C"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6E69BC19" w14:textId="77777777" w:rsidTr="00366487">
        <w:trPr>
          <w:trHeight w:val="358"/>
        </w:trPr>
        <w:tc>
          <w:tcPr>
            <w:tcW w:w="535" w:type="dxa"/>
            <w:shd w:val="clear" w:color="auto" w:fill="D9D9D9"/>
          </w:tcPr>
          <w:p w14:paraId="7A8B7A98" w14:textId="77777777" w:rsidR="005B3643" w:rsidRPr="00D018B1" w:rsidRDefault="005B3643" w:rsidP="005B3643">
            <w:pPr>
              <w:spacing w:after="0"/>
              <w:contextualSpacing/>
              <w:rPr>
                <w:rFonts w:cs="Arial"/>
                <w:szCs w:val="22"/>
              </w:rPr>
            </w:pPr>
            <w:r w:rsidRPr="00D018B1">
              <w:rPr>
                <w:rFonts w:cs="Arial"/>
                <w:szCs w:val="22"/>
              </w:rPr>
              <w:t>12.</w:t>
            </w:r>
          </w:p>
        </w:tc>
        <w:tc>
          <w:tcPr>
            <w:tcW w:w="7294" w:type="dxa"/>
            <w:shd w:val="clear" w:color="auto" w:fill="D9D9D9"/>
          </w:tcPr>
          <w:p w14:paraId="53EB1E4A" w14:textId="120EB7B6" w:rsidR="005B3643" w:rsidRPr="00D018B1" w:rsidRDefault="005B3643" w:rsidP="005B3643">
            <w:pPr>
              <w:spacing w:after="0"/>
              <w:rPr>
                <w:rFonts w:cs="Arial"/>
                <w:szCs w:val="22"/>
              </w:rPr>
            </w:pPr>
            <w:r w:rsidRPr="00D018B1">
              <w:rPr>
                <w:rFonts w:cs="Arial"/>
                <w:szCs w:val="22"/>
              </w:rPr>
              <w:t xml:space="preserve">The layout of each screen was structured in a consistent, </w:t>
            </w:r>
            <w:r w:rsidR="00366487">
              <w:rPr>
                <w:rFonts w:cs="Arial"/>
                <w:szCs w:val="22"/>
              </w:rPr>
              <w:t>logical</w:t>
            </w:r>
            <w:r w:rsidRPr="00D018B1">
              <w:rPr>
                <w:rFonts w:cs="Arial"/>
                <w:szCs w:val="22"/>
              </w:rPr>
              <w:t xml:space="preserve"> manner.</w:t>
            </w:r>
          </w:p>
        </w:tc>
        <w:tc>
          <w:tcPr>
            <w:tcW w:w="511" w:type="dxa"/>
            <w:shd w:val="clear" w:color="auto" w:fill="D9D9D9"/>
            <w:vAlign w:val="center"/>
          </w:tcPr>
          <w:p w14:paraId="7DF5ED7F"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5EA52190"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0005780B"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6CDAF298"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26999EB1"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28E426E5" w14:textId="77777777" w:rsidTr="00366487">
        <w:trPr>
          <w:trHeight w:val="543"/>
        </w:trPr>
        <w:tc>
          <w:tcPr>
            <w:tcW w:w="535" w:type="dxa"/>
          </w:tcPr>
          <w:p w14:paraId="6961F614" w14:textId="77777777" w:rsidR="005B3643" w:rsidRPr="00D018B1" w:rsidRDefault="005B3643" w:rsidP="005B3643">
            <w:pPr>
              <w:spacing w:after="0"/>
              <w:contextualSpacing/>
              <w:rPr>
                <w:rFonts w:cs="Arial"/>
                <w:szCs w:val="22"/>
              </w:rPr>
            </w:pPr>
            <w:r w:rsidRPr="00D018B1">
              <w:rPr>
                <w:rFonts w:cs="Arial"/>
                <w:szCs w:val="22"/>
              </w:rPr>
              <w:t>13.</w:t>
            </w:r>
          </w:p>
        </w:tc>
        <w:tc>
          <w:tcPr>
            <w:tcW w:w="7294" w:type="dxa"/>
          </w:tcPr>
          <w:p w14:paraId="6E2A45CA" w14:textId="01B4197B" w:rsidR="005B3643" w:rsidRPr="00D018B1" w:rsidRDefault="005B3643" w:rsidP="005B3643">
            <w:pPr>
              <w:spacing w:after="0"/>
              <w:rPr>
                <w:rFonts w:cs="Arial"/>
                <w:szCs w:val="22"/>
              </w:rPr>
            </w:pPr>
            <w:r w:rsidRPr="00D018B1">
              <w:rPr>
                <w:rFonts w:cs="Arial"/>
                <w:szCs w:val="22"/>
              </w:rPr>
              <w:t xml:space="preserve">The visual site design (colors, </w:t>
            </w:r>
            <w:r w:rsidR="00C3636D" w:rsidRPr="00D018B1">
              <w:rPr>
                <w:rFonts w:cs="Arial"/>
                <w:szCs w:val="22"/>
              </w:rPr>
              <w:t>graphics,</w:t>
            </w:r>
            <w:r w:rsidRPr="00D018B1">
              <w:rPr>
                <w:rFonts w:cs="Arial"/>
                <w:szCs w:val="22"/>
              </w:rPr>
              <w:t xml:space="preserve"> and photos) was pleasing, offered sufficient contrast to distinguish important information, and images and text were well sized.</w:t>
            </w:r>
          </w:p>
        </w:tc>
        <w:tc>
          <w:tcPr>
            <w:tcW w:w="511" w:type="dxa"/>
            <w:vAlign w:val="center"/>
          </w:tcPr>
          <w:p w14:paraId="66C43F21"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11B6D2CC"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2DC18E9D"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7588E0D8"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1F26A712"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442EF4E8" w14:textId="77777777" w:rsidTr="00366487">
        <w:trPr>
          <w:trHeight w:val="543"/>
        </w:trPr>
        <w:tc>
          <w:tcPr>
            <w:tcW w:w="535" w:type="dxa"/>
            <w:shd w:val="clear" w:color="auto" w:fill="D9D9D9"/>
          </w:tcPr>
          <w:p w14:paraId="53B4F25C" w14:textId="77777777" w:rsidR="005B3643" w:rsidRPr="00D018B1" w:rsidRDefault="005B3643" w:rsidP="005B3643">
            <w:pPr>
              <w:spacing w:after="0"/>
              <w:contextualSpacing/>
              <w:rPr>
                <w:rFonts w:cs="Arial"/>
                <w:szCs w:val="22"/>
              </w:rPr>
            </w:pPr>
            <w:r w:rsidRPr="00D018B1">
              <w:rPr>
                <w:rFonts w:cs="Arial"/>
                <w:szCs w:val="22"/>
              </w:rPr>
              <w:t>14.</w:t>
            </w:r>
          </w:p>
        </w:tc>
        <w:tc>
          <w:tcPr>
            <w:tcW w:w="7294" w:type="dxa"/>
            <w:shd w:val="clear" w:color="auto" w:fill="D9D9D9"/>
          </w:tcPr>
          <w:p w14:paraId="5FC2A516" w14:textId="77777777" w:rsidR="005B3643" w:rsidRPr="00D018B1" w:rsidRDefault="005B3643" w:rsidP="005B3643">
            <w:pPr>
              <w:spacing w:after="0"/>
              <w:rPr>
                <w:rFonts w:cs="Arial"/>
                <w:szCs w:val="22"/>
              </w:rPr>
            </w:pPr>
            <w:r w:rsidRPr="00D018B1">
              <w:rPr>
                <w:rFonts w:cs="Arial"/>
                <w:szCs w:val="22"/>
              </w:rPr>
              <w:t xml:space="preserve">The home screen options were logical and there were no other options I thought should be included on the screen. </w:t>
            </w:r>
          </w:p>
        </w:tc>
        <w:tc>
          <w:tcPr>
            <w:tcW w:w="511" w:type="dxa"/>
            <w:shd w:val="clear" w:color="auto" w:fill="D9D9D9"/>
            <w:vAlign w:val="center"/>
          </w:tcPr>
          <w:p w14:paraId="49442BE3"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575476B6"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5E5AF663"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62AB1EBC"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59C70C47"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45D761EB" w14:textId="77777777" w:rsidTr="00366487">
        <w:trPr>
          <w:trHeight w:val="552"/>
        </w:trPr>
        <w:tc>
          <w:tcPr>
            <w:tcW w:w="535" w:type="dxa"/>
          </w:tcPr>
          <w:p w14:paraId="58763E73" w14:textId="77777777" w:rsidR="005B3643" w:rsidRPr="00D018B1" w:rsidRDefault="005B3643" w:rsidP="005B3643">
            <w:pPr>
              <w:spacing w:after="0"/>
              <w:contextualSpacing/>
              <w:rPr>
                <w:rFonts w:cs="Arial"/>
                <w:szCs w:val="22"/>
              </w:rPr>
            </w:pPr>
            <w:r w:rsidRPr="00D018B1">
              <w:rPr>
                <w:rFonts w:cs="Arial"/>
                <w:szCs w:val="22"/>
              </w:rPr>
              <w:t>15.</w:t>
            </w:r>
          </w:p>
        </w:tc>
        <w:tc>
          <w:tcPr>
            <w:tcW w:w="7294" w:type="dxa"/>
          </w:tcPr>
          <w:p w14:paraId="4B469745" w14:textId="77777777" w:rsidR="005B3643" w:rsidRPr="00D018B1" w:rsidRDefault="005B3643" w:rsidP="005B3643">
            <w:pPr>
              <w:spacing w:after="0"/>
              <w:rPr>
                <w:rFonts w:cs="Arial"/>
                <w:szCs w:val="22"/>
              </w:rPr>
            </w:pPr>
            <w:r w:rsidRPr="00D018B1">
              <w:rPr>
                <w:rFonts w:cs="Arial"/>
                <w:szCs w:val="22"/>
              </w:rPr>
              <w:t>The final assessment was not too difficult or too easy, and the questions covered information I thought was important.</w:t>
            </w:r>
          </w:p>
        </w:tc>
        <w:tc>
          <w:tcPr>
            <w:tcW w:w="511" w:type="dxa"/>
            <w:vAlign w:val="center"/>
          </w:tcPr>
          <w:p w14:paraId="6E261592"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46166445"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64118A00"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0FE8012A"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52814F98"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3F88E045" w14:textId="77777777" w:rsidTr="00366487">
        <w:trPr>
          <w:trHeight w:val="412"/>
        </w:trPr>
        <w:tc>
          <w:tcPr>
            <w:tcW w:w="535" w:type="dxa"/>
            <w:shd w:val="clear" w:color="auto" w:fill="D9D9D9"/>
          </w:tcPr>
          <w:p w14:paraId="72D45D31" w14:textId="77777777" w:rsidR="005B3643" w:rsidRPr="00D018B1" w:rsidRDefault="005B3643" w:rsidP="005B3643">
            <w:pPr>
              <w:spacing w:after="0"/>
              <w:contextualSpacing/>
              <w:rPr>
                <w:rFonts w:cs="Arial"/>
                <w:szCs w:val="22"/>
              </w:rPr>
            </w:pPr>
            <w:r w:rsidRPr="00D018B1">
              <w:rPr>
                <w:rFonts w:cs="Arial"/>
                <w:szCs w:val="22"/>
              </w:rPr>
              <w:t>16.</w:t>
            </w:r>
          </w:p>
        </w:tc>
        <w:tc>
          <w:tcPr>
            <w:tcW w:w="7294" w:type="dxa"/>
            <w:shd w:val="clear" w:color="auto" w:fill="D9D9D9"/>
          </w:tcPr>
          <w:p w14:paraId="5808256C" w14:textId="77777777" w:rsidR="005B3643" w:rsidRPr="00D018B1" w:rsidRDefault="005B3643" w:rsidP="005B3643">
            <w:pPr>
              <w:spacing w:after="0"/>
              <w:rPr>
                <w:rFonts w:cs="Arial"/>
                <w:szCs w:val="22"/>
              </w:rPr>
            </w:pPr>
            <w:r w:rsidRPr="00D018B1">
              <w:rPr>
                <w:rFonts w:cs="Arial"/>
                <w:szCs w:val="22"/>
              </w:rPr>
              <w:t>The training scenario prepared me well to take the final assessment.</w:t>
            </w:r>
          </w:p>
        </w:tc>
        <w:tc>
          <w:tcPr>
            <w:tcW w:w="511" w:type="dxa"/>
            <w:shd w:val="clear" w:color="auto" w:fill="D9D9D9"/>
            <w:vAlign w:val="center"/>
          </w:tcPr>
          <w:p w14:paraId="4B908D8E"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03935AF4"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4714F85D"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0A88EAB2"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41A05926"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7E9A2D65" w14:textId="77777777" w:rsidTr="00366487">
        <w:trPr>
          <w:trHeight w:val="349"/>
        </w:trPr>
        <w:tc>
          <w:tcPr>
            <w:tcW w:w="535" w:type="dxa"/>
          </w:tcPr>
          <w:p w14:paraId="01108C44" w14:textId="77777777" w:rsidR="005B3643" w:rsidRPr="00D018B1" w:rsidRDefault="005B3643" w:rsidP="005B3643">
            <w:pPr>
              <w:spacing w:after="0"/>
              <w:contextualSpacing/>
              <w:rPr>
                <w:rFonts w:cs="Arial"/>
                <w:szCs w:val="22"/>
              </w:rPr>
            </w:pPr>
            <w:r w:rsidRPr="00D018B1">
              <w:rPr>
                <w:rFonts w:cs="Arial"/>
                <w:szCs w:val="22"/>
              </w:rPr>
              <w:t>17.</w:t>
            </w:r>
          </w:p>
        </w:tc>
        <w:tc>
          <w:tcPr>
            <w:tcW w:w="7294" w:type="dxa"/>
          </w:tcPr>
          <w:p w14:paraId="72E1ADF8" w14:textId="3E6B0A1D" w:rsidR="005B3643" w:rsidRPr="00D018B1" w:rsidRDefault="005B3643" w:rsidP="005B3643">
            <w:pPr>
              <w:spacing w:after="0"/>
              <w:rPr>
                <w:rFonts w:cs="Arial"/>
                <w:szCs w:val="22"/>
              </w:rPr>
            </w:pPr>
            <w:r w:rsidRPr="00D018B1">
              <w:rPr>
                <w:rFonts w:cs="Arial"/>
                <w:szCs w:val="22"/>
              </w:rPr>
              <w:t xml:space="preserve">I feel prepared to apply what I learned in real life. </w:t>
            </w:r>
          </w:p>
        </w:tc>
        <w:tc>
          <w:tcPr>
            <w:tcW w:w="511" w:type="dxa"/>
            <w:vAlign w:val="center"/>
          </w:tcPr>
          <w:p w14:paraId="56DBF5CF"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4F71EF2C"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60F1572E"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25AA64A4"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14E3B4C2"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71F16BDA" w14:textId="77777777" w:rsidTr="00366487">
        <w:trPr>
          <w:trHeight w:val="373"/>
        </w:trPr>
        <w:tc>
          <w:tcPr>
            <w:tcW w:w="535" w:type="dxa"/>
            <w:shd w:val="clear" w:color="auto" w:fill="D9D9D9"/>
          </w:tcPr>
          <w:p w14:paraId="7BCC815C" w14:textId="77777777" w:rsidR="005B3643" w:rsidRPr="00D018B1" w:rsidRDefault="005B3643" w:rsidP="005B3643">
            <w:pPr>
              <w:spacing w:after="0"/>
              <w:contextualSpacing/>
              <w:rPr>
                <w:rFonts w:cs="Arial"/>
                <w:szCs w:val="22"/>
              </w:rPr>
            </w:pPr>
            <w:r w:rsidRPr="00D018B1">
              <w:rPr>
                <w:rFonts w:cs="Arial"/>
                <w:szCs w:val="22"/>
              </w:rPr>
              <w:t>18.</w:t>
            </w:r>
          </w:p>
        </w:tc>
        <w:tc>
          <w:tcPr>
            <w:tcW w:w="7294" w:type="dxa"/>
            <w:shd w:val="clear" w:color="auto" w:fill="D9D9D9"/>
          </w:tcPr>
          <w:p w14:paraId="6F8BA86B" w14:textId="77777777" w:rsidR="005B3643" w:rsidRPr="00D018B1" w:rsidRDefault="005B3643" w:rsidP="005B3643">
            <w:pPr>
              <w:spacing w:after="0"/>
              <w:rPr>
                <w:rFonts w:cs="Arial"/>
                <w:szCs w:val="22"/>
              </w:rPr>
            </w:pPr>
            <w:r w:rsidRPr="00D018B1">
              <w:rPr>
                <w:rFonts w:cs="Arial"/>
                <w:szCs w:val="22"/>
              </w:rPr>
              <w:t>The information presented was correct and did NOT include any errors.</w:t>
            </w:r>
          </w:p>
        </w:tc>
        <w:tc>
          <w:tcPr>
            <w:tcW w:w="511" w:type="dxa"/>
            <w:shd w:val="clear" w:color="auto" w:fill="D9D9D9"/>
            <w:vAlign w:val="center"/>
          </w:tcPr>
          <w:p w14:paraId="5BC916C4"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shd w:val="clear" w:color="auto" w:fill="D9D9D9"/>
            <w:vAlign w:val="center"/>
          </w:tcPr>
          <w:p w14:paraId="4C7B4DD2"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shd w:val="clear" w:color="auto" w:fill="D9D9D9"/>
            <w:vAlign w:val="center"/>
          </w:tcPr>
          <w:p w14:paraId="31654B5B"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shd w:val="clear" w:color="auto" w:fill="D9D9D9"/>
            <w:vAlign w:val="center"/>
          </w:tcPr>
          <w:p w14:paraId="1608A246"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shd w:val="clear" w:color="auto" w:fill="D9D9D9"/>
            <w:vAlign w:val="center"/>
          </w:tcPr>
          <w:p w14:paraId="64462474"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42B44662" w14:textId="77777777" w:rsidTr="00366487">
        <w:trPr>
          <w:trHeight w:val="373"/>
        </w:trPr>
        <w:tc>
          <w:tcPr>
            <w:tcW w:w="535" w:type="dxa"/>
          </w:tcPr>
          <w:p w14:paraId="55C371BF" w14:textId="77777777" w:rsidR="005B3643" w:rsidRPr="00D018B1" w:rsidRDefault="005B3643" w:rsidP="005B3643">
            <w:pPr>
              <w:spacing w:after="0"/>
              <w:contextualSpacing/>
              <w:rPr>
                <w:rFonts w:cs="Arial"/>
                <w:szCs w:val="22"/>
              </w:rPr>
            </w:pPr>
            <w:r w:rsidRPr="00D018B1">
              <w:rPr>
                <w:rFonts w:cs="Arial"/>
                <w:szCs w:val="22"/>
              </w:rPr>
              <w:t>19.</w:t>
            </w:r>
          </w:p>
        </w:tc>
        <w:tc>
          <w:tcPr>
            <w:tcW w:w="7294" w:type="dxa"/>
          </w:tcPr>
          <w:p w14:paraId="45EF876D" w14:textId="77777777" w:rsidR="005B3643" w:rsidRPr="00D018B1" w:rsidRDefault="005B3643" w:rsidP="005B3643">
            <w:pPr>
              <w:spacing w:after="0"/>
              <w:rPr>
                <w:rFonts w:cs="Arial"/>
                <w:szCs w:val="22"/>
              </w:rPr>
            </w:pPr>
            <w:r w:rsidRPr="00D018B1">
              <w:rPr>
                <w:rFonts w:cs="Arial"/>
                <w:szCs w:val="22"/>
              </w:rPr>
              <w:t>I easily located the additional resources required by the testing task.</w:t>
            </w:r>
          </w:p>
        </w:tc>
        <w:tc>
          <w:tcPr>
            <w:tcW w:w="511" w:type="dxa"/>
            <w:vAlign w:val="center"/>
          </w:tcPr>
          <w:p w14:paraId="112B2EAD" w14:textId="77777777" w:rsidR="005B3643" w:rsidRPr="00D018B1" w:rsidRDefault="005B3643" w:rsidP="005B3643">
            <w:pPr>
              <w:spacing w:after="0"/>
              <w:contextualSpacing/>
              <w:jc w:val="center"/>
              <w:rPr>
                <w:rFonts w:cs="Arial"/>
                <w:szCs w:val="22"/>
              </w:rPr>
            </w:pPr>
            <w:r w:rsidRPr="00D018B1">
              <w:rPr>
                <w:rFonts w:cs="Arial"/>
                <w:szCs w:val="22"/>
              </w:rPr>
              <w:t>1</w:t>
            </w:r>
          </w:p>
        </w:tc>
        <w:tc>
          <w:tcPr>
            <w:tcW w:w="481" w:type="dxa"/>
            <w:vAlign w:val="center"/>
          </w:tcPr>
          <w:p w14:paraId="40AA60AA" w14:textId="77777777" w:rsidR="005B3643" w:rsidRPr="00D018B1" w:rsidRDefault="005B3643" w:rsidP="005B3643">
            <w:pPr>
              <w:spacing w:after="0"/>
              <w:contextualSpacing/>
              <w:jc w:val="center"/>
              <w:rPr>
                <w:rFonts w:cs="Arial"/>
                <w:szCs w:val="22"/>
              </w:rPr>
            </w:pPr>
            <w:r w:rsidRPr="00D018B1">
              <w:rPr>
                <w:rFonts w:cs="Arial"/>
                <w:szCs w:val="22"/>
              </w:rPr>
              <w:t>2</w:t>
            </w:r>
          </w:p>
        </w:tc>
        <w:tc>
          <w:tcPr>
            <w:tcW w:w="521" w:type="dxa"/>
            <w:vAlign w:val="center"/>
          </w:tcPr>
          <w:p w14:paraId="634B2DFA" w14:textId="77777777" w:rsidR="005B3643" w:rsidRPr="00D018B1" w:rsidRDefault="005B3643" w:rsidP="005B3643">
            <w:pPr>
              <w:spacing w:after="0"/>
              <w:contextualSpacing/>
              <w:jc w:val="center"/>
              <w:rPr>
                <w:rFonts w:cs="Arial"/>
                <w:szCs w:val="22"/>
              </w:rPr>
            </w:pPr>
            <w:r w:rsidRPr="00D018B1">
              <w:rPr>
                <w:rFonts w:cs="Arial"/>
                <w:szCs w:val="22"/>
              </w:rPr>
              <w:t>3</w:t>
            </w:r>
          </w:p>
        </w:tc>
        <w:tc>
          <w:tcPr>
            <w:tcW w:w="481" w:type="dxa"/>
            <w:vAlign w:val="center"/>
          </w:tcPr>
          <w:p w14:paraId="562FAFF4" w14:textId="77777777" w:rsidR="005B3643" w:rsidRPr="00D018B1" w:rsidRDefault="005B3643" w:rsidP="005B3643">
            <w:pPr>
              <w:spacing w:after="0"/>
              <w:contextualSpacing/>
              <w:jc w:val="center"/>
              <w:rPr>
                <w:rFonts w:cs="Arial"/>
                <w:szCs w:val="22"/>
              </w:rPr>
            </w:pPr>
            <w:r w:rsidRPr="00D018B1">
              <w:rPr>
                <w:rFonts w:cs="Arial"/>
                <w:szCs w:val="22"/>
              </w:rPr>
              <w:t>4</w:t>
            </w:r>
          </w:p>
        </w:tc>
        <w:tc>
          <w:tcPr>
            <w:tcW w:w="489" w:type="dxa"/>
            <w:vAlign w:val="center"/>
          </w:tcPr>
          <w:p w14:paraId="7E7DFF33" w14:textId="77777777" w:rsidR="005B3643" w:rsidRPr="00D018B1" w:rsidRDefault="005B3643" w:rsidP="005B3643">
            <w:pPr>
              <w:spacing w:after="0"/>
              <w:contextualSpacing/>
              <w:jc w:val="center"/>
              <w:rPr>
                <w:rFonts w:cs="Arial"/>
                <w:szCs w:val="22"/>
              </w:rPr>
            </w:pPr>
            <w:r w:rsidRPr="00D018B1">
              <w:rPr>
                <w:rFonts w:cs="Arial"/>
                <w:szCs w:val="22"/>
              </w:rPr>
              <w:t>5</w:t>
            </w:r>
          </w:p>
        </w:tc>
      </w:tr>
      <w:tr w:rsidR="005B3643" w:rsidRPr="00D018B1" w14:paraId="073C46EE" w14:textId="77777777" w:rsidTr="00366487">
        <w:trPr>
          <w:trHeight w:val="40"/>
        </w:trPr>
        <w:tc>
          <w:tcPr>
            <w:tcW w:w="535" w:type="dxa"/>
            <w:shd w:val="clear" w:color="auto" w:fill="D9D9D9"/>
          </w:tcPr>
          <w:p w14:paraId="18FCE503" w14:textId="77777777" w:rsidR="005B3643" w:rsidRPr="00D018B1" w:rsidRDefault="005B3643" w:rsidP="005B3643">
            <w:pPr>
              <w:spacing w:after="0"/>
              <w:contextualSpacing/>
              <w:rPr>
                <w:rFonts w:cs="Arial"/>
                <w:szCs w:val="22"/>
              </w:rPr>
            </w:pPr>
            <w:r w:rsidRPr="00D018B1">
              <w:rPr>
                <w:rFonts w:cs="Arial"/>
                <w:szCs w:val="22"/>
              </w:rPr>
              <w:t>20.</w:t>
            </w:r>
          </w:p>
        </w:tc>
        <w:tc>
          <w:tcPr>
            <w:tcW w:w="9780" w:type="dxa"/>
            <w:gridSpan w:val="6"/>
            <w:shd w:val="clear" w:color="auto" w:fill="D9D9D9"/>
          </w:tcPr>
          <w:p w14:paraId="11C6807F" w14:textId="7891D8F8" w:rsidR="005B3643" w:rsidRPr="00D018B1" w:rsidRDefault="005B3643" w:rsidP="00366487">
            <w:pPr>
              <w:spacing w:after="0"/>
              <w:contextualSpacing/>
              <w:rPr>
                <w:rFonts w:cs="Arial"/>
                <w:szCs w:val="22"/>
              </w:rPr>
            </w:pPr>
            <w:r w:rsidRPr="00D018B1">
              <w:rPr>
                <w:rFonts w:cs="Arial"/>
                <w:szCs w:val="22"/>
              </w:rPr>
              <w:t>Did the training provide too much information? If so, please describe.</w:t>
            </w:r>
          </w:p>
        </w:tc>
      </w:tr>
      <w:tr w:rsidR="005B3643" w:rsidRPr="00D018B1" w14:paraId="277C2D98" w14:textId="77777777" w:rsidTr="00366487">
        <w:trPr>
          <w:trHeight w:val="196"/>
        </w:trPr>
        <w:tc>
          <w:tcPr>
            <w:tcW w:w="535" w:type="dxa"/>
          </w:tcPr>
          <w:p w14:paraId="2E79D42E" w14:textId="77777777" w:rsidR="005B3643" w:rsidRPr="00D018B1" w:rsidRDefault="005B3643" w:rsidP="005B3643">
            <w:pPr>
              <w:spacing w:after="0"/>
              <w:contextualSpacing/>
              <w:rPr>
                <w:rFonts w:cs="Arial"/>
                <w:szCs w:val="22"/>
              </w:rPr>
            </w:pPr>
            <w:r w:rsidRPr="00D018B1">
              <w:rPr>
                <w:rFonts w:cs="Arial"/>
                <w:szCs w:val="22"/>
              </w:rPr>
              <w:t>21.</w:t>
            </w:r>
          </w:p>
        </w:tc>
        <w:tc>
          <w:tcPr>
            <w:tcW w:w="9780" w:type="dxa"/>
            <w:gridSpan w:val="6"/>
          </w:tcPr>
          <w:p w14:paraId="79575C48" w14:textId="0C589E09" w:rsidR="005B3643" w:rsidRPr="00D018B1" w:rsidRDefault="005B3643" w:rsidP="00366487">
            <w:pPr>
              <w:spacing w:after="0"/>
              <w:contextualSpacing/>
              <w:rPr>
                <w:rFonts w:cs="Arial"/>
                <w:szCs w:val="22"/>
              </w:rPr>
            </w:pPr>
            <w:r w:rsidRPr="00D018B1">
              <w:rPr>
                <w:rFonts w:cs="Arial"/>
                <w:szCs w:val="22"/>
              </w:rPr>
              <w:t>Are there other items you think should be provided or linked to from the training site?</w:t>
            </w:r>
          </w:p>
        </w:tc>
      </w:tr>
      <w:tr w:rsidR="005B3643" w:rsidRPr="00D018B1" w14:paraId="1E925775" w14:textId="77777777" w:rsidTr="00366487">
        <w:trPr>
          <w:trHeight w:val="214"/>
        </w:trPr>
        <w:tc>
          <w:tcPr>
            <w:tcW w:w="535" w:type="dxa"/>
            <w:shd w:val="clear" w:color="auto" w:fill="D9D9D9"/>
          </w:tcPr>
          <w:p w14:paraId="61EDE85F" w14:textId="77777777" w:rsidR="005B3643" w:rsidRPr="00D018B1" w:rsidRDefault="005B3643" w:rsidP="005B3643">
            <w:pPr>
              <w:spacing w:after="0"/>
              <w:contextualSpacing/>
              <w:rPr>
                <w:rFonts w:cs="Arial"/>
                <w:szCs w:val="22"/>
              </w:rPr>
            </w:pPr>
            <w:r w:rsidRPr="00D018B1">
              <w:rPr>
                <w:rFonts w:cs="Arial"/>
                <w:szCs w:val="22"/>
              </w:rPr>
              <w:t>22.</w:t>
            </w:r>
          </w:p>
        </w:tc>
        <w:tc>
          <w:tcPr>
            <w:tcW w:w="9780" w:type="dxa"/>
            <w:gridSpan w:val="6"/>
            <w:shd w:val="clear" w:color="auto" w:fill="D9D9D9"/>
          </w:tcPr>
          <w:p w14:paraId="7EF881A3" w14:textId="77777777" w:rsidR="005B3643" w:rsidRPr="00D018B1" w:rsidRDefault="005B3643" w:rsidP="005B3643">
            <w:pPr>
              <w:spacing w:after="0"/>
              <w:contextualSpacing/>
              <w:rPr>
                <w:rFonts w:cs="Arial"/>
                <w:szCs w:val="22"/>
              </w:rPr>
            </w:pPr>
            <w:r w:rsidRPr="00D018B1">
              <w:rPr>
                <w:rFonts w:cs="Arial"/>
                <w:szCs w:val="22"/>
              </w:rPr>
              <w:t>What part of the instruction did you like best?</w:t>
            </w:r>
          </w:p>
        </w:tc>
      </w:tr>
      <w:tr w:rsidR="005B3643" w:rsidRPr="00D018B1" w14:paraId="3F8234DD" w14:textId="77777777" w:rsidTr="00366487">
        <w:trPr>
          <w:trHeight w:val="172"/>
        </w:trPr>
        <w:tc>
          <w:tcPr>
            <w:tcW w:w="535" w:type="dxa"/>
            <w:shd w:val="clear" w:color="auto" w:fill="D9D9D9"/>
          </w:tcPr>
          <w:p w14:paraId="6F31E61D" w14:textId="77777777" w:rsidR="005B3643" w:rsidRPr="00D018B1" w:rsidRDefault="005B3643" w:rsidP="005B3643">
            <w:pPr>
              <w:spacing w:after="0"/>
              <w:contextualSpacing/>
              <w:rPr>
                <w:rFonts w:cs="Arial"/>
                <w:szCs w:val="22"/>
              </w:rPr>
            </w:pPr>
            <w:r w:rsidRPr="00D018B1">
              <w:rPr>
                <w:rFonts w:cs="Arial"/>
                <w:szCs w:val="22"/>
              </w:rPr>
              <w:t>23.</w:t>
            </w:r>
          </w:p>
        </w:tc>
        <w:tc>
          <w:tcPr>
            <w:tcW w:w="9780" w:type="dxa"/>
            <w:gridSpan w:val="6"/>
            <w:shd w:val="clear" w:color="auto" w:fill="D9D9D9"/>
          </w:tcPr>
          <w:p w14:paraId="6855D2BB" w14:textId="77777777" w:rsidR="005B3643" w:rsidRPr="00D018B1" w:rsidRDefault="005B3643" w:rsidP="005B3643">
            <w:pPr>
              <w:spacing w:after="0"/>
              <w:rPr>
                <w:rFonts w:cs="Arial"/>
                <w:szCs w:val="22"/>
              </w:rPr>
            </w:pPr>
            <w:r w:rsidRPr="00D018B1">
              <w:rPr>
                <w:rFonts w:cs="Arial"/>
                <w:szCs w:val="22"/>
              </w:rPr>
              <w:t>What part of the instruction did you find confusing, or did you like the least?</w:t>
            </w:r>
          </w:p>
        </w:tc>
      </w:tr>
    </w:tbl>
    <w:p w14:paraId="49ADAB67" w14:textId="0A456D54" w:rsidR="001358A1" w:rsidRPr="00366487" w:rsidRDefault="005B3643" w:rsidP="00366487">
      <w:pPr>
        <w:spacing w:before="40" w:after="0" w:line="240" w:lineRule="auto"/>
        <w:rPr>
          <w:rFonts w:eastAsia="Calibri" w:cs="Arial"/>
          <w:szCs w:val="22"/>
        </w:rPr>
      </w:pPr>
      <w:r w:rsidRPr="00D018B1">
        <w:rPr>
          <w:rFonts w:eastAsia="Calibri" w:cs="Arial"/>
          <w:b/>
          <w:szCs w:val="22"/>
        </w:rPr>
        <w:t>Comments:</w:t>
      </w:r>
      <w:r w:rsidRPr="00D018B1">
        <w:rPr>
          <w:rFonts w:eastAsia="Calibri" w:cs="Arial"/>
          <w:szCs w:val="22"/>
        </w:rPr>
        <w:t xml:space="preserve"> (Elaborate on the items above or provide suggestions on the back of this page.)</w:t>
      </w:r>
    </w:p>
    <w:sectPr w:rsidR="001358A1" w:rsidRPr="00366487"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7E48C" w14:textId="77777777" w:rsidR="003F009E" w:rsidRDefault="003F009E" w:rsidP="00E25787">
      <w:r>
        <w:separator/>
      </w:r>
    </w:p>
  </w:endnote>
  <w:endnote w:type="continuationSeparator" w:id="0">
    <w:p w14:paraId="54BBAA76" w14:textId="77777777" w:rsidR="003F009E" w:rsidRDefault="003F009E"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3F009E"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66EEB075" w:rsidR="003A27C2" w:rsidRPr="003A27C2" w:rsidRDefault="005C2532" w:rsidP="00E25787">
            <w:pPr>
              <w:pStyle w:val="Footer"/>
            </w:pPr>
            <w:r>
              <w:t xml:space="preserve">© </w:t>
            </w:r>
            <w:r w:rsidR="00163349">
              <w:t>202</w:t>
            </w:r>
            <w:r w:rsidR="002D334F">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3B831" w14:textId="77777777" w:rsidR="003F009E" w:rsidRDefault="003F009E" w:rsidP="00E25787">
      <w:r>
        <w:separator/>
      </w:r>
    </w:p>
  </w:footnote>
  <w:footnote w:type="continuationSeparator" w:id="0">
    <w:p w14:paraId="722C1619" w14:textId="77777777" w:rsidR="003F009E" w:rsidRDefault="003F009E"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937BB6">
          <w:pPr>
            <w:pStyle w:val="Header"/>
            <w:ind w:left="432"/>
            <w:jc w:val="right"/>
          </w:pPr>
          <w:r w:rsidRPr="009D5B79">
            <w:rPr>
              <w:noProof/>
            </w:rPr>
            <w:drawing>
              <wp:inline distT="0" distB="0" distL="0" distR="0" wp14:anchorId="0078341A" wp14:editId="4969B547">
                <wp:extent cx="7486496" cy="804971"/>
                <wp:effectExtent l="0" t="0" r="635" b="0"/>
                <wp:docPr id="21313294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29410"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C830A5"/>
    <w:multiLevelType w:val="hybridMultilevel"/>
    <w:tmpl w:val="E3E8B784"/>
    <w:lvl w:ilvl="0" w:tplc="04090001">
      <w:start w:val="1"/>
      <w:numFmt w:val="bullet"/>
      <w:lvlText w:val=""/>
      <w:lvlJc w:val="left"/>
      <w:pPr>
        <w:tabs>
          <w:tab w:val="num" w:pos="1260"/>
        </w:tabs>
        <w:ind w:left="12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8FE0C4C"/>
    <w:multiLevelType w:val="hybridMultilevel"/>
    <w:tmpl w:val="CF4AD9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3C1D28"/>
    <w:multiLevelType w:val="hybridMultilevel"/>
    <w:tmpl w:val="7EB447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E40DB8"/>
    <w:multiLevelType w:val="hybridMultilevel"/>
    <w:tmpl w:val="2CBCB760"/>
    <w:lvl w:ilvl="0" w:tplc="74CADEB8">
      <w:start w:val="1"/>
      <w:numFmt w:val="lowerLetter"/>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6C37EB"/>
    <w:multiLevelType w:val="hybridMultilevel"/>
    <w:tmpl w:val="FD623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D8101F"/>
    <w:multiLevelType w:val="hybridMultilevel"/>
    <w:tmpl w:val="D42AE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050199"/>
    <w:multiLevelType w:val="hybridMultilevel"/>
    <w:tmpl w:val="2CCCD7D8"/>
    <w:lvl w:ilvl="0" w:tplc="1CF420D8">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CD7554"/>
    <w:multiLevelType w:val="hybridMultilevel"/>
    <w:tmpl w:val="B730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94D5B"/>
    <w:multiLevelType w:val="hybridMultilevel"/>
    <w:tmpl w:val="8558E8FA"/>
    <w:lvl w:ilvl="0" w:tplc="1ED0998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901FD7"/>
    <w:multiLevelType w:val="hybridMultilevel"/>
    <w:tmpl w:val="45E8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104E05"/>
    <w:multiLevelType w:val="hybridMultilevel"/>
    <w:tmpl w:val="CC28B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ABB3A69"/>
    <w:multiLevelType w:val="hybridMultilevel"/>
    <w:tmpl w:val="259069A2"/>
    <w:lvl w:ilvl="0" w:tplc="463E4DF6">
      <w:start w:val="3"/>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FD1638"/>
    <w:multiLevelType w:val="hybridMultilevel"/>
    <w:tmpl w:val="4CD02402"/>
    <w:lvl w:ilvl="0" w:tplc="04090003">
      <w:start w:val="1"/>
      <w:numFmt w:val="bullet"/>
      <w:lvlText w:val="o"/>
      <w:lvlJc w:val="left"/>
      <w:pPr>
        <w:tabs>
          <w:tab w:val="num" w:pos="1260"/>
        </w:tabs>
        <w:ind w:left="1260" w:hanging="360"/>
      </w:pPr>
      <w:rPr>
        <w:rFonts w:ascii="Courier New" w:hAnsi="Courier New" w:cs="Courier Ne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477264685">
    <w:abstractNumId w:val="15"/>
  </w:num>
  <w:num w:numId="11" w16cid:durableId="331107415">
    <w:abstractNumId w:val="12"/>
  </w:num>
  <w:num w:numId="12" w16cid:durableId="669253793">
    <w:abstractNumId w:val="10"/>
  </w:num>
  <w:num w:numId="13" w16cid:durableId="772744789">
    <w:abstractNumId w:val="16"/>
  </w:num>
  <w:num w:numId="14" w16cid:durableId="1023631677">
    <w:abstractNumId w:val="19"/>
  </w:num>
  <w:num w:numId="15" w16cid:durableId="502428701">
    <w:abstractNumId w:val="18"/>
  </w:num>
  <w:num w:numId="16" w16cid:durableId="967856812">
    <w:abstractNumId w:val="17"/>
  </w:num>
  <w:num w:numId="17" w16cid:durableId="1851875467">
    <w:abstractNumId w:val="14"/>
  </w:num>
  <w:num w:numId="18" w16cid:durableId="1071927219">
    <w:abstractNumId w:val="20"/>
  </w:num>
  <w:num w:numId="19" w16cid:durableId="1760901916">
    <w:abstractNumId w:val="11"/>
  </w:num>
  <w:num w:numId="20" w16cid:durableId="1597520147">
    <w:abstractNumId w:val="21"/>
  </w:num>
  <w:num w:numId="21" w16cid:durableId="989402170">
    <w:abstractNumId w:val="13"/>
  </w:num>
  <w:num w:numId="22" w16cid:durableId="1432044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9AB"/>
    <w:rsid w:val="00023AB7"/>
    <w:rsid w:val="00027DF1"/>
    <w:rsid w:val="00034616"/>
    <w:rsid w:val="0006063C"/>
    <w:rsid w:val="00081F92"/>
    <w:rsid w:val="00083792"/>
    <w:rsid w:val="00135120"/>
    <w:rsid w:val="001356FC"/>
    <w:rsid w:val="001358A1"/>
    <w:rsid w:val="0015074B"/>
    <w:rsid w:val="0015368C"/>
    <w:rsid w:val="00163349"/>
    <w:rsid w:val="00195024"/>
    <w:rsid w:val="001D6824"/>
    <w:rsid w:val="001D7412"/>
    <w:rsid w:val="001E77F3"/>
    <w:rsid w:val="0029299C"/>
    <w:rsid w:val="0029639D"/>
    <w:rsid w:val="002D334F"/>
    <w:rsid w:val="002E1374"/>
    <w:rsid w:val="00326F90"/>
    <w:rsid w:val="00345E81"/>
    <w:rsid w:val="00366487"/>
    <w:rsid w:val="0038409A"/>
    <w:rsid w:val="003A27C2"/>
    <w:rsid w:val="003F009E"/>
    <w:rsid w:val="0041598B"/>
    <w:rsid w:val="004940FC"/>
    <w:rsid w:val="004E759B"/>
    <w:rsid w:val="0052530A"/>
    <w:rsid w:val="00561615"/>
    <w:rsid w:val="00596579"/>
    <w:rsid w:val="005B3643"/>
    <w:rsid w:val="005C2532"/>
    <w:rsid w:val="00685A38"/>
    <w:rsid w:val="00686810"/>
    <w:rsid w:val="006F30F3"/>
    <w:rsid w:val="007370C3"/>
    <w:rsid w:val="00743026"/>
    <w:rsid w:val="0078610E"/>
    <w:rsid w:val="007B51E9"/>
    <w:rsid w:val="0084008E"/>
    <w:rsid w:val="008600AE"/>
    <w:rsid w:val="008A5D40"/>
    <w:rsid w:val="008B1E0C"/>
    <w:rsid w:val="008D0B8D"/>
    <w:rsid w:val="00937BB6"/>
    <w:rsid w:val="009D5B79"/>
    <w:rsid w:val="009F570F"/>
    <w:rsid w:val="00A04C39"/>
    <w:rsid w:val="00A2065A"/>
    <w:rsid w:val="00A537C4"/>
    <w:rsid w:val="00AA1D8D"/>
    <w:rsid w:val="00B47730"/>
    <w:rsid w:val="00B63FB2"/>
    <w:rsid w:val="00C3092A"/>
    <w:rsid w:val="00C3636D"/>
    <w:rsid w:val="00CB0664"/>
    <w:rsid w:val="00D018B1"/>
    <w:rsid w:val="00DD222C"/>
    <w:rsid w:val="00DE234D"/>
    <w:rsid w:val="00DF15EA"/>
    <w:rsid w:val="00E25787"/>
    <w:rsid w:val="00E3791B"/>
    <w:rsid w:val="00EA05A8"/>
    <w:rsid w:val="00EB2D13"/>
    <w:rsid w:val="00F04481"/>
    <w:rsid w:val="00F122F3"/>
    <w:rsid w:val="00F706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DE234D"/>
    <w:pPr>
      <w:outlineLvl w:val="2"/>
    </w:pPr>
    <w:rPr>
      <w:color w:val="006699"/>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DE234D"/>
    <w:rPr>
      <w:rFonts w:ascii="Aptos" w:hAnsi="Aptos"/>
      <w:b/>
      <w:bCs/>
      <w:color w:val="006699"/>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5B364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79D5DBE-6211-4AA6-A0EA-ED3B8A499062}"/>
</file>

<file path=customXml/itemProps3.xml><?xml version="1.0" encoding="utf-8"?>
<ds:datastoreItem xmlns:ds="http://schemas.openxmlformats.org/officeDocument/2006/customXml" ds:itemID="{A8E21942-B974-4AC0-BD2A-DB1FEEF0DB53}"/>
</file>

<file path=customXml/itemProps4.xml><?xml version="1.0" encoding="utf-8"?>
<ds:datastoreItem xmlns:ds="http://schemas.openxmlformats.org/officeDocument/2006/customXml" ds:itemID="{B212939F-9054-4127-A9E5-8C9E41D6DA43}"/>
</file>

<file path=docProps/app.xml><?xml version="1.0" encoding="utf-8"?>
<Properties xmlns="http://schemas.openxmlformats.org/officeDocument/2006/extended-properties" xmlns:vt="http://schemas.openxmlformats.org/officeDocument/2006/docPropsVTypes">
  <Template>Normal.dotm</Template>
  <TotalTime>17</TotalTime>
  <Pages>13</Pages>
  <Words>5328</Words>
  <Characters>23766</Characters>
  <Application>Microsoft Office Word</Application>
  <DocSecurity>0</DocSecurity>
  <Lines>1485</Lines>
  <Paragraphs>1711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20</cp:revision>
  <dcterms:created xsi:type="dcterms:W3CDTF">2026-05-18T23:43:00Z</dcterms:created>
  <dcterms:modified xsi:type="dcterms:W3CDTF">2026-06-05T01:00:00Z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