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B0F1F" w14:textId="4AA4F568" w:rsidR="00B63FB2" w:rsidRPr="00AB21B8" w:rsidRDefault="002B53FD" w:rsidP="00AB21B8">
      <w:pPr>
        <w:pStyle w:val="Heading1"/>
      </w:pPr>
      <w:r>
        <w:t>4.2 | Analyze: Context Analysis Worksheet</w:t>
      </w:r>
    </w:p>
    <w:p w14:paraId="0A76CAE1" w14:textId="6CE38A4B" w:rsidR="00DD0980" w:rsidRPr="00DC428F" w:rsidRDefault="00DD0980" w:rsidP="00D62F6F">
      <w:pPr>
        <w:spacing w:line="240" w:lineRule="auto"/>
        <w:rPr>
          <w:sz w:val="24"/>
          <w:szCs w:val="22"/>
        </w:rPr>
      </w:pPr>
      <w:r w:rsidRPr="00DC428F">
        <w:rPr>
          <w:i/>
          <w:szCs w:val="22"/>
        </w:rPr>
        <w:t>Use the information in Chapter 4 of Streamlined ID (2020) and Tables 4.2 through 4.5 as guides to complete this worksheet, expanding the rows as necessary to record your decisions or your stakeholders’ requirements for the project contexts.</w:t>
      </w:r>
    </w:p>
    <w:tbl>
      <w:tblPr>
        <w:tblW w:w="13257" w:type="dxa"/>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1647"/>
        <w:gridCol w:w="11610"/>
      </w:tblGrid>
      <w:tr w:rsidR="003F0799" w:rsidRPr="003F0799" w14:paraId="2AF1F7E1" w14:textId="77777777" w:rsidTr="00954F1F">
        <w:trPr>
          <w:trHeight w:val="206"/>
          <w:tblHeader/>
        </w:trPr>
        <w:tc>
          <w:tcPr>
            <w:tcW w:w="1647" w:type="dxa"/>
            <w:shd w:val="clear" w:color="auto" w:fill="D9D9D9"/>
          </w:tcPr>
          <w:p w14:paraId="3A0AA37C" w14:textId="77777777" w:rsidR="003F0799" w:rsidRPr="003F0799" w:rsidRDefault="003F0799" w:rsidP="003F0799">
            <w:pPr>
              <w:spacing w:after="0" w:line="240" w:lineRule="auto"/>
              <w:jc w:val="center"/>
              <w:rPr>
                <w:rFonts w:eastAsia="Times New Roman" w:cs="Arial"/>
                <w:b/>
                <w:sz w:val="20"/>
              </w:rPr>
            </w:pPr>
            <w:r w:rsidRPr="003F0799">
              <w:rPr>
                <w:rFonts w:eastAsia="Times New Roman" w:cs="Arial"/>
                <w:b/>
                <w:sz w:val="20"/>
              </w:rPr>
              <w:t>Factor</w:t>
            </w:r>
          </w:p>
        </w:tc>
        <w:tc>
          <w:tcPr>
            <w:tcW w:w="11610" w:type="dxa"/>
            <w:shd w:val="clear" w:color="auto" w:fill="D9D9D9"/>
          </w:tcPr>
          <w:p w14:paraId="452EAEBA" w14:textId="77777777" w:rsidR="003F0799" w:rsidRPr="003F0799" w:rsidRDefault="003F0799" w:rsidP="003F0799">
            <w:pPr>
              <w:spacing w:after="0" w:line="240" w:lineRule="auto"/>
              <w:jc w:val="center"/>
              <w:rPr>
                <w:rFonts w:eastAsia="Times New Roman" w:cs="Arial"/>
                <w:b/>
                <w:sz w:val="20"/>
              </w:rPr>
            </w:pPr>
            <w:r w:rsidRPr="003F0799">
              <w:rPr>
                <w:rFonts w:eastAsia="Times New Roman" w:cs="Arial"/>
                <w:b/>
                <w:sz w:val="20"/>
              </w:rPr>
              <w:t>Context Design Options &amp; Descriptions</w:t>
            </w:r>
          </w:p>
        </w:tc>
      </w:tr>
      <w:tr w:rsidR="003F0799" w:rsidRPr="003F0799" w14:paraId="642B5790" w14:textId="77777777" w:rsidTr="009103EF">
        <w:trPr>
          <w:trHeight w:val="432"/>
        </w:trPr>
        <w:tc>
          <w:tcPr>
            <w:tcW w:w="1647" w:type="dxa"/>
            <w:vMerge w:val="restart"/>
            <w:vAlign w:val="center"/>
          </w:tcPr>
          <w:p w14:paraId="1FBF3234" w14:textId="77777777" w:rsidR="003F0799" w:rsidRPr="003F0799" w:rsidRDefault="003F0799" w:rsidP="00954F1F">
            <w:pPr>
              <w:spacing w:after="0" w:line="240" w:lineRule="auto"/>
              <w:rPr>
                <w:rFonts w:eastAsia="Times New Roman" w:cs="Arial"/>
                <w:b/>
                <w:sz w:val="20"/>
              </w:rPr>
            </w:pPr>
            <w:r w:rsidRPr="003F0799">
              <w:rPr>
                <w:rFonts w:eastAsia="Times New Roman" w:cs="Arial"/>
                <w:b/>
                <w:sz w:val="20"/>
              </w:rPr>
              <w:t>Performance Context</w:t>
            </w:r>
          </w:p>
        </w:tc>
        <w:tc>
          <w:tcPr>
            <w:tcW w:w="11610" w:type="dxa"/>
            <w:vAlign w:val="center"/>
          </w:tcPr>
          <w:p w14:paraId="04F5C8F7" w14:textId="77777777" w:rsidR="003F0799" w:rsidRPr="003F0799" w:rsidRDefault="003F0799" w:rsidP="009103EF">
            <w:pPr>
              <w:spacing w:after="0" w:line="240" w:lineRule="auto"/>
              <w:ind w:left="216" w:hanging="216"/>
              <w:rPr>
                <w:rFonts w:eastAsia="Times New Roman" w:cs="Times New Roman"/>
                <w:sz w:val="20"/>
              </w:rPr>
            </w:pPr>
            <w:r w:rsidRPr="003F0799">
              <w:rPr>
                <w:rFonts w:eastAsia="Times New Roman" w:cs="Times New Roman"/>
                <w:sz w:val="20"/>
              </w:rPr>
              <w:t>Physical Characteristics</w:t>
            </w:r>
          </w:p>
        </w:tc>
      </w:tr>
      <w:tr w:rsidR="003F0799" w:rsidRPr="003F0799" w14:paraId="51AE8B07" w14:textId="77777777" w:rsidTr="009103EF">
        <w:trPr>
          <w:trHeight w:val="432"/>
        </w:trPr>
        <w:tc>
          <w:tcPr>
            <w:tcW w:w="1647" w:type="dxa"/>
            <w:vMerge/>
            <w:vAlign w:val="center"/>
          </w:tcPr>
          <w:p w14:paraId="6DCB131D" w14:textId="77777777" w:rsidR="003F0799" w:rsidRPr="003F0799" w:rsidRDefault="003F0799" w:rsidP="003F0799">
            <w:pPr>
              <w:spacing w:after="0" w:line="240" w:lineRule="auto"/>
              <w:ind w:left="216" w:hanging="216"/>
              <w:rPr>
                <w:rFonts w:eastAsia="Times New Roman" w:cs="Arial"/>
                <w:b/>
                <w:sz w:val="20"/>
              </w:rPr>
            </w:pPr>
          </w:p>
        </w:tc>
        <w:tc>
          <w:tcPr>
            <w:tcW w:w="11610" w:type="dxa"/>
            <w:vAlign w:val="center"/>
          </w:tcPr>
          <w:p w14:paraId="22A93DA4" w14:textId="77777777" w:rsidR="003F0799" w:rsidRPr="003F0799" w:rsidRDefault="003F0799" w:rsidP="009103EF">
            <w:pPr>
              <w:spacing w:after="0" w:line="240" w:lineRule="auto"/>
              <w:ind w:left="216" w:hanging="216"/>
              <w:rPr>
                <w:rFonts w:eastAsia="Times New Roman" w:cs="Times New Roman"/>
                <w:sz w:val="20"/>
              </w:rPr>
            </w:pPr>
            <w:r w:rsidRPr="003F0799">
              <w:rPr>
                <w:rFonts w:eastAsia="Times New Roman" w:cs="Times New Roman"/>
                <w:sz w:val="20"/>
              </w:rPr>
              <w:t>Support</w:t>
            </w:r>
          </w:p>
        </w:tc>
      </w:tr>
      <w:tr w:rsidR="003F0799" w:rsidRPr="003F0799" w14:paraId="5CFB24DE" w14:textId="77777777" w:rsidTr="009103EF">
        <w:trPr>
          <w:trHeight w:val="432"/>
        </w:trPr>
        <w:tc>
          <w:tcPr>
            <w:tcW w:w="1647" w:type="dxa"/>
            <w:vMerge/>
            <w:vAlign w:val="center"/>
          </w:tcPr>
          <w:p w14:paraId="30186C34" w14:textId="77777777" w:rsidR="003F0799" w:rsidRPr="003F0799" w:rsidRDefault="003F0799" w:rsidP="003F0799">
            <w:pPr>
              <w:spacing w:after="0" w:line="240" w:lineRule="auto"/>
              <w:ind w:left="216" w:hanging="216"/>
              <w:rPr>
                <w:rFonts w:eastAsia="Times New Roman" w:cs="Arial"/>
                <w:b/>
                <w:sz w:val="20"/>
              </w:rPr>
            </w:pPr>
          </w:p>
        </w:tc>
        <w:tc>
          <w:tcPr>
            <w:tcW w:w="11610" w:type="dxa"/>
            <w:vAlign w:val="center"/>
          </w:tcPr>
          <w:p w14:paraId="33FBC681" w14:textId="77777777" w:rsidR="003F0799" w:rsidRPr="003F0799" w:rsidRDefault="003F0799" w:rsidP="009103EF">
            <w:pPr>
              <w:spacing w:after="0" w:line="240" w:lineRule="auto"/>
              <w:ind w:left="216" w:hanging="216"/>
              <w:rPr>
                <w:rFonts w:eastAsia="Times New Roman" w:cs="Times New Roman"/>
                <w:sz w:val="20"/>
              </w:rPr>
            </w:pPr>
            <w:r w:rsidRPr="003F0799">
              <w:rPr>
                <w:rFonts w:eastAsia="Times New Roman" w:cs="Times New Roman"/>
                <w:sz w:val="20"/>
              </w:rPr>
              <w:t>Social Aspects</w:t>
            </w:r>
          </w:p>
        </w:tc>
      </w:tr>
      <w:tr w:rsidR="003F0799" w:rsidRPr="003F0799" w14:paraId="555B9137" w14:textId="77777777" w:rsidTr="009103EF">
        <w:trPr>
          <w:trHeight w:val="432"/>
        </w:trPr>
        <w:tc>
          <w:tcPr>
            <w:tcW w:w="1647" w:type="dxa"/>
            <w:vMerge/>
            <w:vAlign w:val="center"/>
          </w:tcPr>
          <w:p w14:paraId="29C248F8" w14:textId="77777777" w:rsidR="003F0799" w:rsidRPr="003F0799" w:rsidRDefault="003F0799" w:rsidP="003F0799">
            <w:pPr>
              <w:spacing w:after="0" w:line="240" w:lineRule="auto"/>
              <w:ind w:left="216" w:hanging="216"/>
              <w:rPr>
                <w:rFonts w:eastAsia="Times New Roman" w:cs="Arial"/>
                <w:b/>
                <w:sz w:val="20"/>
              </w:rPr>
            </w:pPr>
          </w:p>
        </w:tc>
        <w:tc>
          <w:tcPr>
            <w:tcW w:w="11610" w:type="dxa"/>
            <w:vAlign w:val="center"/>
          </w:tcPr>
          <w:p w14:paraId="1D761049" w14:textId="77777777" w:rsidR="003F0799" w:rsidRPr="003F0799" w:rsidRDefault="003F0799" w:rsidP="009103EF">
            <w:pPr>
              <w:spacing w:after="0" w:line="240" w:lineRule="auto"/>
              <w:ind w:left="216" w:hanging="216"/>
              <w:rPr>
                <w:rFonts w:eastAsia="Times New Roman" w:cs="Times New Roman"/>
                <w:sz w:val="20"/>
              </w:rPr>
            </w:pPr>
            <w:r w:rsidRPr="003F0799">
              <w:rPr>
                <w:rFonts w:eastAsia="Times New Roman" w:cs="Times New Roman"/>
                <w:sz w:val="20"/>
              </w:rPr>
              <w:t>Relevance of Skills &amp; Knowledge</w:t>
            </w:r>
          </w:p>
        </w:tc>
      </w:tr>
      <w:tr w:rsidR="003F0799" w:rsidRPr="003F0799" w14:paraId="0904E6AA" w14:textId="77777777" w:rsidTr="009103EF">
        <w:trPr>
          <w:trHeight w:val="432"/>
        </w:trPr>
        <w:tc>
          <w:tcPr>
            <w:tcW w:w="1647" w:type="dxa"/>
            <w:vMerge w:val="restart"/>
            <w:vAlign w:val="center"/>
          </w:tcPr>
          <w:p w14:paraId="34DEDCDF" w14:textId="77777777" w:rsidR="003F0799" w:rsidRPr="003F0799" w:rsidRDefault="003F0799" w:rsidP="00954F1F">
            <w:pPr>
              <w:spacing w:after="0" w:line="240" w:lineRule="auto"/>
              <w:rPr>
                <w:rFonts w:eastAsia="Times New Roman" w:cs="Arial"/>
                <w:b/>
                <w:sz w:val="20"/>
              </w:rPr>
            </w:pPr>
            <w:r w:rsidRPr="003F0799">
              <w:rPr>
                <w:rFonts w:eastAsia="Times New Roman" w:cs="Arial"/>
                <w:b/>
                <w:sz w:val="20"/>
              </w:rPr>
              <w:t>Learning Context</w:t>
            </w:r>
          </w:p>
        </w:tc>
        <w:tc>
          <w:tcPr>
            <w:tcW w:w="11610" w:type="dxa"/>
            <w:vAlign w:val="center"/>
          </w:tcPr>
          <w:p w14:paraId="64CC3472" w14:textId="77777777" w:rsidR="003F0799" w:rsidRPr="003F0799" w:rsidRDefault="003F0799" w:rsidP="009103EF">
            <w:pPr>
              <w:spacing w:after="0" w:line="240" w:lineRule="auto"/>
              <w:ind w:left="216" w:hanging="216"/>
              <w:rPr>
                <w:rFonts w:eastAsia="Times New Roman" w:cs="Times New Roman"/>
                <w:sz w:val="20"/>
              </w:rPr>
            </w:pPr>
            <w:r w:rsidRPr="003F0799">
              <w:rPr>
                <w:rFonts w:eastAsia="Times New Roman" w:cs="Times New Roman"/>
                <w:sz w:val="20"/>
              </w:rPr>
              <w:t>Physical Characteristics</w:t>
            </w:r>
          </w:p>
        </w:tc>
      </w:tr>
      <w:tr w:rsidR="003F0799" w:rsidRPr="003F0799" w14:paraId="49184863" w14:textId="77777777" w:rsidTr="009103EF">
        <w:trPr>
          <w:trHeight w:val="432"/>
        </w:trPr>
        <w:tc>
          <w:tcPr>
            <w:tcW w:w="1647" w:type="dxa"/>
            <w:vMerge/>
            <w:vAlign w:val="center"/>
          </w:tcPr>
          <w:p w14:paraId="1C11B4CB" w14:textId="77777777" w:rsidR="003F0799" w:rsidRPr="003F0799" w:rsidRDefault="003F0799" w:rsidP="003F0799">
            <w:pPr>
              <w:spacing w:after="0" w:line="240" w:lineRule="auto"/>
              <w:ind w:left="216" w:hanging="216"/>
              <w:rPr>
                <w:rFonts w:eastAsia="Times New Roman" w:cs="Arial"/>
                <w:b/>
                <w:sz w:val="20"/>
              </w:rPr>
            </w:pPr>
          </w:p>
        </w:tc>
        <w:tc>
          <w:tcPr>
            <w:tcW w:w="11610" w:type="dxa"/>
            <w:vAlign w:val="center"/>
          </w:tcPr>
          <w:p w14:paraId="6E518997" w14:textId="77777777" w:rsidR="003F0799" w:rsidRPr="003F0799" w:rsidRDefault="003F0799" w:rsidP="009103EF">
            <w:pPr>
              <w:spacing w:after="0" w:line="240" w:lineRule="auto"/>
              <w:ind w:left="216" w:hanging="216"/>
              <w:rPr>
                <w:rFonts w:eastAsia="Times New Roman" w:cs="Times New Roman"/>
                <w:sz w:val="20"/>
              </w:rPr>
            </w:pPr>
            <w:r w:rsidRPr="003F0799">
              <w:rPr>
                <w:rFonts w:eastAsia="Times New Roman" w:cs="Times New Roman"/>
                <w:sz w:val="20"/>
              </w:rPr>
              <w:t>Personnel or Time Constraints</w:t>
            </w:r>
          </w:p>
        </w:tc>
      </w:tr>
      <w:tr w:rsidR="003F0799" w:rsidRPr="003F0799" w14:paraId="79FA4B7C" w14:textId="77777777" w:rsidTr="009103EF">
        <w:trPr>
          <w:trHeight w:val="432"/>
        </w:trPr>
        <w:tc>
          <w:tcPr>
            <w:tcW w:w="1647" w:type="dxa"/>
            <w:vMerge/>
            <w:vAlign w:val="center"/>
          </w:tcPr>
          <w:p w14:paraId="439DD269" w14:textId="77777777" w:rsidR="003F0799" w:rsidRPr="003F0799" w:rsidRDefault="003F0799" w:rsidP="003F0799">
            <w:pPr>
              <w:spacing w:after="0" w:line="240" w:lineRule="auto"/>
              <w:ind w:left="216" w:hanging="216"/>
              <w:rPr>
                <w:rFonts w:eastAsia="Times New Roman" w:cs="Arial"/>
                <w:b/>
                <w:sz w:val="20"/>
              </w:rPr>
            </w:pPr>
          </w:p>
        </w:tc>
        <w:tc>
          <w:tcPr>
            <w:tcW w:w="11610" w:type="dxa"/>
            <w:vAlign w:val="center"/>
          </w:tcPr>
          <w:p w14:paraId="189DD4D2" w14:textId="77777777" w:rsidR="003F0799" w:rsidRPr="003F0799" w:rsidRDefault="003F0799" w:rsidP="009103EF">
            <w:pPr>
              <w:spacing w:after="0" w:line="240" w:lineRule="auto"/>
              <w:ind w:left="216" w:hanging="216"/>
              <w:rPr>
                <w:rFonts w:eastAsia="Times New Roman" w:cs="Times New Roman"/>
                <w:sz w:val="20"/>
              </w:rPr>
            </w:pPr>
            <w:r w:rsidRPr="003F0799">
              <w:rPr>
                <w:rFonts w:eastAsia="Times New Roman" w:cs="Times New Roman"/>
                <w:sz w:val="20"/>
              </w:rPr>
              <w:t>Compatibility with Learner Needs</w:t>
            </w:r>
          </w:p>
        </w:tc>
      </w:tr>
      <w:tr w:rsidR="003F0799" w:rsidRPr="003F0799" w14:paraId="00393575" w14:textId="77777777" w:rsidTr="009103EF">
        <w:trPr>
          <w:trHeight w:val="593"/>
        </w:trPr>
        <w:tc>
          <w:tcPr>
            <w:tcW w:w="1647" w:type="dxa"/>
            <w:vAlign w:val="center"/>
          </w:tcPr>
          <w:p w14:paraId="122ED407" w14:textId="77777777" w:rsidR="003F0799" w:rsidRPr="003F0799" w:rsidRDefault="003F0799" w:rsidP="00954F1F">
            <w:pPr>
              <w:spacing w:after="0" w:line="240" w:lineRule="auto"/>
              <w:rPr>
                <w:rFonts w:eastAsia="Times New Roman" w:cs="Arial"/>
                <w:b/>
                <w:sz w:val="20"/>
              </w:rPr>
            </w:pPr>
            <w:r w:rsidRPr="003F0799">
              <w:rPr>
                <w:rFonts w:eastAsia="Times New Roman" w:cs="Arial"/>
                <w:b/>
                <w:sz w:val="20"/>
              </w:rPr>
              <w:t>Global Social Culture</w:t>
            </w:r>
          </w:p>
        </w:tc>
        <w:tc>
          <w:tcPr>
            <w:tcW w:w="11610" w:type="dxa"/>
          </w:tcPr>
          <w:p w14:paraId="2988CD50" w14:textId="77777777" w:rsidR="003F0799" w:rsidRPr="003F0799" w:rsidRDefault="003F0799" w:rsidP="003F0799">
            <w:pPr>
              <w:spacing w:after="0" w:line="240" w:lineRule="auto"/>
              <w:rPr>
                <w:rFonts w:eastAsia="Times New Roman" w:cs="Times New Roman"/>
                <w:sz w:val="20"/>
              </w:rPr>
            </w:pPr>
          </w:p>
        </w:tc>
      </w:tr>
      <w:tr w:rsidR="003F0799" w:rsidRPr="003F0799" w14:paraId="40E2B9EC" w14:textId="77777777" w:rsidTr="009103EF">
        <w:trPr>
          <w:trHeight w:val="530"/>
        </w:trPr>
        <w:tc>
          <w:tcPr>
            <w:tcW w:w="1647" w:type="dxa"/>
            <w:vAlign w:val="center"/>
          </w:tcPr>
          <w:p w14:paraId="2DC4703E" w14:textId="77777777" w:rsidR="003F0799" w:rsidRPr="003F0799" w:rsidRDefault="003F0799" w:rsidP="00954F1F">
            <w:pPr>
              <w:spacing w:after="0" w:line="240" w:lineRule="auto"/>
              <w:rPr>
                <w:rFonts w:eastAsia="Times New Roman" w:cs="Arial"/>
                <w:b/>
                <w:sz w:val="20"/>
              </w:rPr>
            </w:pPr>
            <w:r w:rsidRPr="003F0799">
              <w:rPr>
                <w:rFonts w:eastAsia="Times New Roman" w:cs="Arial"/>
                <w:b/>
                <w:sz w:val="20"/>
              </w:rPr>
              <w:t>Organizational Culture</w:t>
            </w:r>
          </w:p>
        </w:tc>
        <w:tc>
          <w:tcPr>
            <w:tcW w:w="11610" w:type="dxa"/>
          </w:tcPr>
          <w:p w14:paraId="6412D0D7" w14:textId="77777777" w:rsidR="003F0799" w:rsidRPr="003F0799" w:rsidRDefault="003F0799" w:rsidP="003F0799">
            <w:pPr>
              <w:spacing w:after="0" w:line="240" w:lineRule="auto"/>
              <w:ind w:left="216" w:hanging="216"/>
              <w:rPr>
                <w:rFonts w:eastAsia="Times New Roman" w:cs="Times New Roman"/>
                <w:sz w:val="20"/>
              </w:rPr>
            </w:pPr>
          </w:p>
        </w:tc>
      </w:tr>
      <w:tr w:rsidR="003F0799" w:rsidRPr="003F0799" w14:paraId="1AF9B637" w14:textId="77777777" w:rsidTr="009103EF">
        <w:trPr>
          <w:trHeight w:val="530"/>
        </w:trPr>
        <w:tc>
          <w:tcPr>
            <w:tcW w:w="1647" w:type="dxa"/>
            <w:vAlign w:val="center"/>
          </w:tcPr>
          <w:p w14:paraId="55036933" w14:textId="77777777" w:rsidR="003F0799" w:rsidRPr="003F0799" w:rsidRDefault="003F0799" w:rsidP="00954F1F">
            <w:pPr>
              <w:spacing w:after="0" w:line="240" w:lineRule="auto"/>
              <w:rPr>
                <w:rFonts w:eastAsia="Times New Roman" w:cs="Arial"/>
                <w:b/>
                <w:sz w:val="20"/>
              </w:rPr>
            </w:pPr>
            <w:r w:rsidRPr="003F0799">
              <w:rPr>
                <w:rFonts w:eastAsia="Times New Roman" w:cs="Arial"/>
                <w:b/>
                <w:sz w:val="20"/>
              </w:rPr>
              <w:t>Stakeholder Requirements</w:t>
            </w:r>
          </w:p>
        </w:tc>
        <w:tc>
          <w:tcPr>
            <w:tcW w:w="11610" w:type="dxa"/>
          </w:tcPr>
          <w:p w14:paraId="7EE7BAE4" w14:textId="77777777" w:rsidR="003F0799" w:rsidRPr="003F0799" w:rsidRDefault="003F0799" w:rsidP="003F0799">
            <w:pPr>
              <w:spacing w:after="0" w:line="240" w:lineRule="auto"/>
              <w:rPr>
                <w:rFonts w:eastAsia="Times New Roman" w:cs="Times New Roman"/>
                <w:sz w:val="20"/>
              </w:rPr>
            </w:pPr>
          </w:p>
        </w:tc>
      </w:tr>
      <w:tr w:rsidR="003F0799" w:rsidRPr="003F0799" w14:paraId="7A33AA74" w14:textId="77777777" w:rsidTr="00954F1F">
        <w:trPr>
          <w:trHeight w:val="720"/>
        </w:trPr>
        <w:tc>
          <w:tcPr>
            <w:tcW w:w="1647" w:type="dxa"/>
            <w:vAlign w:val="center"/>
          </w:tcPr>
          <w:p w14:paraId="78D01958" w14:textId="77777777" w:rsidR="003F0799" w:rsidRPr="003F0799" w:rsidRDefault="003F0799" w:rsidP="00954F1F">
            <w:pPr>
              <w:spacing w:after="0" w:line="240" w:lineRule="auto"/>
              <w:rPr>
                <w:rFonts w:eastAsia="Times New Roman" w:cs="Arial"/>
                <w:b/>
                <w:sz w:val="20"/>
              </w:rPr>
            </w:pPr>
            <w:r w:rsidRPr="003F0799">
              <w:rPr>
                <w:rFonts w:eastAsia="Times New Roman" w:cs="Arial"/>
                <w:b/>
                <w:sz w:val="20"/>
              </w:rPr>
              <w:t xml:space="preserve">Designer &amp; Stakeholder Assumptions </w:t>
            </w:r>
          </w:p>
        </w:tc>
        <w:tc>
          <w:tcPr>
            <w:tcW w:w="11610" w:type="dxa"/>
          </w:tcPr>
          <w:p w14:paraId="62693C1A" w14:textId="77777777" w:rsidR="003F0799" w:rsidRPr="003F0799" w:rsidRDefault="003F0799" w:rsidP="003F0799">
            <w:pPr>
              <w:spacing w:after="0" w:line="240" w:lineRule="auto"/>
              <w:rPr>
                <w:rFonts w:eastAsia="Times New Roman" w:cs="Times New Roman"/>
                <w:sz w:val="20"/>
              </w:rPr>
            </w:pPr>
          </w:p>
        </w:tc>
      </w:tr>
      <w:tr w:rsidR="003F0799" w:rsidRPr="003F0799" w14:paraId="6104E0DB" w14:textId="77777777" w:rsidTr="009103EF">
        <w:trPr>
          <w:trHeight w:val="50"/>
        </w:trPr>
        <w:tc>
          <w:tcPr>
            <w:tcW w:w="13257" w:type="dxa"/>
            <w:gridSpan w:val="2"/>
            <w:shd w:val="clear" w:color="auto" w:fill="D9D9D9"/>
            <w:vAlign w:val="center"/>
          </w:tcPr>
          <w:p w14:paraId="2B1F0B65" w14:textId="77777777" w:rsidR="003F0799" w:rsidRPr="009103EF" w:rsidRDefault="003F0799" w:rsidP="003F0799">
            <w:pPr>
              <w:spacing w:after="0" w:line="240" w:lineRule="auto"/>
              <w:ind w:left="216" w:hanging="216"/>
              <w:rPr>
                <w:rFonts w:eastAsia="Times New Roman" w:cs="Arial"/>
                <w:sz w:val="10"/>
                <w:szCs w:val="10"/>
              </w:rPr>
            </w:pPr>
          </w:p>
        </w:tc>
      </w:tr>
      <w:tr w:rsidR="003F0799" w:rsidRPr="003F0799" w14:paraId="13EDE15F" w14:textId="77777777" w:rsidTr="00954F1F">
        <w:trPr>
          <w:trHeight w:val="720"/>
        </w:trPr>
        <w:tc>
          <w:tcPr>
            <w:tcW w:w="1647" w:type="dxa"/>
            <w:vAlign w:val="center"/>
          </w:tcPr>
          <w:p w14:paraId="1333101F" w14:textId="77777777" w:rsidR="003F0799" w:rsidRPr="003F0799" w:rsidRDefault="003F0799" w:rsidP="003F0799">
            <w:pPr>
              <w:spacing w:after="0" w:line="240" w:lineRule="auto"/>
              <w:ind w:left="216" w:hanging="216"/>
              <w:rPr>
                <w:rFonts w:eastAsia="Times New Roman" w:cs="Arial"/>
                <w:b/>
                <w:sz w:val="20"/>
              </w:rPr>
            </w:pPr>
            <w:r w:rsidRPr="003F0799">
              <w:rPr>
                <w:rFonts w:eastAsia="Times New Roman" w:cs="Arial"/>
                <w:b/>
                <w:sz w:val="20"/>
              </w:rPr>
              <w:t xml:space="preserve">Purpose </w:t>
            </w:r>
          </w:p>
          <w:p w14:paraId="28FE3195" w14:textId="77777777" w:rsidR="003F0799" w:rsidRPr="003F0799" w:rsidRDefault="003F0799" w:rsidP="00954F1F">
            <w:pPr>
              <w:spacing w:after="0" w:line="240" w:lineRule="auto"/>
              <w:rPr>
                <w:rFonts w:eastAsia="Times New Roman" w:cs="Arial"/>
                <w:b/>
                <w:sz w:val="20"/>
              </w:rPr>
            </w:pPr>
            <w:r w:rsidRPr="003F0799">
              <w:rPr>
                <w:rFonts w:eastAsia="Times New Roman" w:cs="Arial"/>
                <w:b/>
                <w:sz w:val="20"/>
              </w:rPr>
              <w:t>Scope of Instruction &amp; Content</w:t>
            </w:r>
          </w:p>
        </w:tc>
        <w:tc>
          <w:tcPr>
            <w:tcW w:w="11610" w:type="dxa"/>
          </w:tcPr>
          <w:p w14:paraId="3AC0DD12" w14:textId="77777777" w:rsidR="003F0799" w:rsidRPr="003F0799" w:rsidRDefault="003F0799" w:rsidP="003F0799">
            <w:pPr>
              <w:spacing w:after="0" w:line="240" w:lineRule="auto"/>
              <w:rPr>
                <w:rFonts w:eastAsia="Times New Roman" w:cs="Times New Roman"/>
                <w:sz w:val="20"/>
              </w:rPr>
            </w:pPr>
          </w:p>
        </w:tc>
      </w:tr>
      <w:tr w:rsidR="003F0799" w:rsidRPr="003F0799" w14:paraId="032B4EF1" w14:textId="77777777" w:rsidTr="00954F1F">
        <w:trPr>
          <w:trHeight w:val="720"/>
        </w:trPr>
        <w:tc>
          <w:tcPr>
            <w:tcW w:w="1647" w:type="dxa"/>
            <w:vAlign w:val="center"/>
          </w:tcPr>
          <w:p w14:paraId="27EBA738" w14:textId="77777777" w:rsidR="003F0799" w:rsidRPr="003F0799" w:rsidRDefault="003F0799" w:rsidP="00954F1F">
            <w:pPr>
              <w:spacing w:after="0" w:line="240" w:lineRule="auto"/>
              <w:rPr>
                <w:rFonts w:eastAsia="Times New Roman" w:cs="Arial"/>
                <w:b/>
                <w:sz w:val="20"/>
              </w:rPr>
            </w:pPr>
            <w:r w:rsidRPr="003F0799">
              <w:rPr>
                <w:rFonts w:eastAsia="Times New Roman" w:cs="Arial"/>
                <w:b/>
                <w:sz w:val="20"/>
              </w:rPr>
              <w:lastRenderedPageBreak/>
              <w:t>Time / Place Access &amp; Dispersion</w:t>
            </w:r>
          </w:p>
        </w:tc>
        <w:tc>
          <w:tcPr>
            <w:tcW w:w="11610" w:type="dxa"/>
          </w:tcPr>
          <w:p w14:paraId="167AE18B" w14:textId="77777777" w:rsidR="003F0799" w:rsidRPr="003F0799" w:rsidRDefault="003F0799" w:rsidP="003F0799">
            <w:pPr>
              <w:spacing w:after="0" w:line="240" w:lineRule="auto"/>
              <w:rPr>
                <w:rFonts w:eastAsia="Times New Roman" w:cs="Times New Roman"/>
                <w:sz w:val="20"/>
              </w:rPr>
            </w:pPr>
          </w:p>
        </w:tc>
      </w:tr>
      <w:tr w:rsidR="003F0799" w:rsidRPr="003F0799" w14:paraId="6FC8DE6F" w14:textId="77777777" w:rsidTr="009103EF">
        <w:trPr>
          <w:trHeight w:val="584"/>
        </w:trPr>
        <w:tc>
          <w:tcPr>
            <w:tcW w:w="1647" w:type="dxa"/>
            <w:vAlign w:val="center"/>
          </w:tcPr>
          <w:p w14:paraId="2F8024EE" w14:textId="77777777" w:rsidR="003F0799" w:rsidRPr="003F0799" w:rsidRDefault="003F0799" w:rsidP="00954F1F">
            <w:pPr>
              <w:spacing w:after="0" w:line="240" w:lineRule="auto"/>
              <w:rPr>
                <w:rFonts w:eastAsia="Times New Roman" w:cs="Arial"/>
                <w:b/>
                <w:sz w:val="20"/>
              </w:rPr>
            </w:pPr>
            <w:r w:rsidRPr="003F0799">
              <w:rPr>
                <w:rFonts w:eastAsia="Times New Roman" w:cs="Arial"/>
                <w:b/>
                <w:sz w:val="20"/>
              </w:rPr>
              <w:t>Type of Instruction</w:t>
            </w:r>
          </w:p>
        </w:tc>
        <w:tc>
          <w:tcPr>
            <w:tcW w:w="11610" w:type="dxa"/>
          </w:tcPr>
          <w:p w14:paraId="62158CD6" w14:textId="77777777" w:rsidR="003F0799" w:rsidRPr="003F0799" w:rsidRDefault="003F0799" w:rsidP="003F0799">
            <w:pPr>
              <w:spacing w:after="0" w:line="240" w:lineRule="auto"/>
              <w:ind w:left="216" w:hanging="216"/>
              <w:rPr>
                <w:rFonts w:eastAsia="Times New Roman" w:cs="Times New Roman"/>
                <w:sz w:val="20"/>
              </w:rPr>
            </w:pPr>
          </w:p>
        </w:tc>
      </w:tr>
      <w:tr w:rsidR="003F0799" w:rsidRPr="003F0799" w14:paraId="4AC2F739" w14:textId="77777777" w:rsidTr="009103EF">
        <w:trPr>
          <w:trHeight w:val="611"/>
        </w:trPr>
        <w:tc>
          <w:tcPr>
            <w:tcW w:w="1647" w:type="dxa"/>
            <w:vAlign w:val="center"/>
          </w:tcPr>
          <w:p w14:paraId="080A295C" w14:textId="77777777" w:rsidR="003F0799" w:rsidRPr="003F0799" w:rsidRDefault="003F0799" w:rsidP="00954F1F">
            <w:pPr>
              <w:spacing w:after="0" w:line="240" w:lineRule="auto"/>
              <w:rPr>
                <w:rFonts w:eastAsia="Times New Roman" w:cs="Arial"/>
                <w:b/>
                <w:sz w:val="20"/>
              </w:rPr>
            </w:pPr>
            <w:r w:rsidRPr="003F0799">
              <w:rPr>
                <w:rFonts w:eastAsia="Times New Roman" w:cs="Arial"/>
                <w:b/>
                <w:sz w:val="20"/>
              </w:rPr>
              <w:t>Audience Size &amp; Grouping</w:t>
            </w:r>
          </w:p>
        </w:tc>
        <w:tc>
          <w:tcPr>
            <w:tcW w:w="11610" w:type="dxa"/>
          </w:tcPr>
          <w:p w14:paraId="08E16A98" w14:textId="77777777" w:rsidR="003F0799" w:rsidRPr="003F0799" w:rsidRDefault="003F0799" w:rsidP="003F0799">
            <w:pPr>
              <w:spacing w:after="0" w:line="240" w:lineRule="auto"/>
              <w:rPr>
                <w:rFonts w:eastAsia="Times New Roman" w:cs="Times New Roman"/>
                <w:sz w:val="20"/>
              </w:rPr>
            </w:pPr>
          </w:p>
        </w:tc>
      </w:tr>
      <w:tr w:rsidR="003F0799" w:rsidRPr="003F0799" w14:paraId="4F5A5C46" w14:textId="77777777" w:rsidTr="009103EF">
        <w:trPr>
          <w:trHeight w:val="620"/>
        </w:trPr>
        <w:tc>
          <w:tcPr>
            <w:tcW w:w="1647" w:type="dxa"/>
            <w:vAlign w:val="center"/>
          </w:tcPr>
          <w:p w14:paraId="349333C7" w14:textId="39859090" w:rsidR="003F0799" w:rsidRPr="003F0799" w:rsidRDefault="003F0799" w:rsidP="00954F1F">
            <w:pPr>
              <w:spacing w:after="0" w:line="240" w:lineRule="auto"/>
              <w:rPr>
                <w:rFonts w:eastAsia="Times New Roman" w:cs="Arial"/>
                <w:b/>
                <w:sz w:val="20"/>
              </w:rPr>
            </w:pPr>
            <w:r w:rsidRPr="003F0799">
              <w:rPr>
                <w:rFonts w:eastAsia="Times New Roman" w:cs="Arial"/>
                <w:b/>
                <w:sz w:val="20"/>
              </w:rPr>
              <w:t>Learning Outcomes</w:t>
            </w:r>
          </w:p>
        </w:tc>
        <w:tc>
          <w:tcPr>
            <w:tcW w:w="11610" w:type="dxa"/>
          </w:tcPr>
          <w:p w14:paraId="0E362C9E" w14:textId="77777777" w:rsidR="003F0799" w:rsidRPr="003F0799" w:rsidRDefault="003F0799" w:rsidP="003F0799">
            <w:pPr>
              <w:spacing w:after="0" w:line="240" w:lineRule="auto"/>
              <w:rPr>
                <w:rFonts w:eastAsia="Times New Roman" w:cs="Times New Roman"/>
                <w:sz w:val="20"/>
              </w:rPr>
            </w:pPr>
          </w:p>
        </w:tc>
      </w:tr>
      <w:tr w:rsidR="003F0799" w:rsidRPr="003F0799" w14:paraId="6DBD8A5A" w14:textId="77777777" w:rsidTr="009103EF">
        <w:trPr>
          <w:trHeight w:val="440"/>
        </w:trPr>
        <w:tc>
          <w:tcPr>
            <w:tcW w:w="1647" w:type="dxa"/>
            <w:vAlign w:val="center"/>
          </w:tcPr>
          <w:p w14:paraId="5892D015" w14:textId="77777777" w:rsidR="003F0799" w:rsidRPr="003F0799" w:rsidRDefault="003F0799" w:rsidP="00954F1F">
            <w:pPr>
              <w:spacing w:after="0" w:line="240" w:lineRule="auto"/>
              <w:rPr>
                <w:rFonts w:eastAsia="Times New Roman" w:cs="Arial"/>
                <w:b/>
                <w:sz w:val="20"/>
              </w:rPr>
            </w:pPr>
            <w:r w:rsidRPr="003F0799">
              <w:rPr>
                <w:rFonts w:eastAsia="Times New Roman" w:cs="Arial"/>
                <w:b/>
                <w:sz w:val="20"/>
              </w:rPr>
              <w:t>Assessment(s)</w:t>
            </w:r>
          </w:p>
        </w:tc>
        <w:tc>
          <w:tcPr>
            <w:tcW w:w="11610" w:type="dxa"/>
          </w:tcPr>
          <w:p w14:paraId="134589A0" w14:textId="77777777" w:rsidR="003F0799" w:rsidRPr="003F0799" w:rsidRDefault="003F0799" w:rsidP="003F0799">
            <w:pPr>
              <w:spacing w:after="0" w:line="240" w:lineRule="auto"/>
              <w:ind w:left="216" w:hanging="216"/>
              <w:rPr>
                <w:rFonts w:eastAsia="Times New Roman" w:cs="Times New Roman"/>
                <w:sz w:val="20"/>
              </w:rPr>
            </w:pPr>
          </w:p>
        </w:tc>
      </w:tr>
      <w:tr w:rsidR="003F0799" w:rsidRPr="003F0799" w14:paraId="3ED8F8C2" w14:textId="77777777" w:rsidTr="00954F1F">
        <w:trPr>
          <w:trHeight w:val="720"/>
        </w:trPr>
        <w:tc>
          <w:tcPr>
            <w:tcW w:w="1647" w:type="dxa"/>
            <w:vAlign w:val="center"/>
          </w:tcPr>
          <w:p w14:paraId="1B7186A0" w14:textId="77777777" w:rsidR="003F0799" w:rsidRPr="003F0799" w:rsidRDefault="003F0799" w:rsidP="00954F1F">
            <w:pPr>
              <w:spacing w:after="0" w:line="240" w:lineRule="auto"/>
              <w:rPr>
                <w:rFonts w:eastAsia="Times New Roman" w:cs="Arial"/>
                <w:b/>
                <w:sz w:val="20"/>
              </w:rPr>
            </w:pPr>
            <w:r w:rsidRPr="003F0799">
              <w:rPr>
                <w:rFonts w:eastAsia="Times New Roman" w:cs="Arial"/>
                <w:b/>
                <w:sz w:val="20"/>
              </w:rPr>
              <w:t>Learning Processes &amp; Activities</w:t>
            </w:r>
          </w:p>
        </w:tc>
        <w:tc>
          <w:tcPr>
            <w:tcW w:w="11610" w:type="dxa"/>
          </w:tcPr>
          <w:p w14:paraId="6D465933" w14:textId="77777777" w:rsidR="003F0799" w:rsidRPr="003F0799" w:rsidRDefault="003F0799" w:rsidP="003F0799">
            <w:pPr>
              <w:spacing w:after="0" w:line="240" w:lineRule="auto"/>
              <w:ind w:left="216" w:hanging="216"/>
              <w:rPr>
                <w:rFonts w:eastAsia="Times New Roman" w:cs="Times New Roman"/>
                <w:sz w:val="20"/>
              </w:rPr>
            </w:pPr>
          </w:p>
        </w:tc>
      </w:tr>
      <w:tr w:rsidR="003F0799" w:rsidRPr="003F0799" w14:paraId="09401DFA" w14:textId="77777777" w:rsidTr="00954F1F">
        <w:trPr>
          <w:trHeight w:val="431"/>
        </w:trPr>
        <w:tc>
          <w:tcPr>
            <w:tcW w:w="1647" w:type="dxa"/>
            <w:vAlign w:val="center"/>
          </w:tcPr>
          <w:p w14:paraId="3E870EDC" w14:textId="63DC9C76" w:rsidR="003F0799" w:rsidRPr="003F0799" w:rsidRDefault="003F0799" w:rsidP="00954F1F">
            <w:pPr>
              <w:spacing w:after="0" w:line="240" w:lineRule="auto"/>
              <w:rPr>
                <w:rFonts w:eastAsia="Times New Roman" w:cs="Arial"/>
                <w:b/>
                <w:sz w:val="20"/>
              </w:rPr>
            </w:pPr>
            <w:r w:rsidRPr="003F0799">
              <w:rPr>
                <w:rFonts w:eastAsia="Times New Roman" w:cs="Arial"/>
                <w:b/>
                <w:sz w:val="20"/>
              </w:rPr>
              <w:t xml:space="preserve">Delivery </w:t>
            </w:r>
          </w:p>
        </w:tc>
        <w:tc>
          <w:tcPr>
            <w:tcW w:w="11610" w:type="dxa"/>
          </w:tcPr>
          <w:p w14:paraId="5E51F565" w14:textId="77777777" w:rsidR="003F0799" w:rsidRPr="003F0799" w:rsidRDefault="003F0799" w:rsidP="003F0799">
            <w:pPr>
              <w:spacing w:after="0" w:line="240" w:lineRule="auto"/>
              <w:ind w:left="216" w:hanging="216"/>
              <w:rPr>
                <w:rFonts w:eastAsia="Times New Roman" w:cs="Times New Roman"/>
                <w:sz w:val="20"/>
              </w:rPr>
            </w:pPr>
          </w:p>
        </w:tc>
      </w:tr>
      <w:tr w:rsidR="003F0799" w:rsidRPr="003F0799" w14:paraId="6DAB1734" w14:textId="77777777" w:rsidTr="00954F1F">
        <w:trPr>
          <w:trHeight w:val="720"/>
        </w:trPr>
        <w:tc>
          <w:tcPr>
            <w:tcW w:w="1647" w:type="dxa"/>
            <w:vAlign w:val="center"/>
          </w:tcPr>
          <w:p w14:paraId="7BCAC414" w14:textId="77777777" w:rsidR="003F0799" w:rsidRPr="003F0799" w:rsidRDefault="003F0799" w:rsidP="00954F1F">
            <w:pPr>
              <w:spacing w:after="0" w:line="240" w:lineRule="auto"/>
              <w:rPr>
                <w:rFonts w:eastAsia="Times New Roman" w:cs="Arial"/>
                <w:b/>
                <w:sz w:val="20"/>
              </w:rPr>
            </w:pPr>
            <w:r w:rsidRPr="003F0799">
              <w:rPr>
                <w:rFonts w:eastAsia="Times New Roman" w:cs="Arial"/>
                <w:b/>
                <w:sz w:val="20"/>
              </w:rPr>
              <w:t>Instructional Technology</w:t>
            </w:r>
          </w:p>
        </w:tc>
        <w:tc>
          <w:tcPr>
            <w:tcW w:w="11610" w:type="dxa"/>
          </w:tcPr>
          <w:p w14:paraId="2CD11F50" w14:textId="77777777" w:rsidR="003F0799" w:rsidRPr="003F0799" w:rsidRDefault="003F0799" w:rsidP="003F0799">
            <w:pPr>
              <w:spacing w:after="0" w:line="240" w:lineRule="auto"/>
              <w:rPr>
                <w:rFonts w:eastAsia="Times New Roman" w:cs="Times New Roman"/>
                <w:sz w:val="20"/>
              </w:rPr>
            </w:pPr>
          </w:p>
        </w:tc>
      </w:tr>
      <w:tr w:rsidR="003F0799" w:rsidRPr="003F0799" w14:paraId="5D70AD8D" w14:textId="77777777" w:rsidTr="00954F1F">
        <w:trPr>
          <w:trHeight w:val="720"/>
        </w:trPr>
        <w:tc>
          <w:tcPr>
            <w:tcW w:w="1647" w:type="dxa"/>
            <w:vAlign w:val="center"/>
          </w:tcPr>
          <w:p w14:paraId="57A6093F" w14:textId="77777777" w:rsidR="003F0799" w:rsidRPr="003F0799" w:rsidRDefault="003F0799" w:rsidP="00954F1F">
            <w:pPr>
              <w:spacing w:after="0" w:line="240" w:lineRule="auto"/>
              <w:rPr>
                <w:rFonts w:eastAsia="Times New Roman" w:cs="Arial"/>
                <w:b/>
                <w:sz w:val="20"/>
              </w:rPr>
            </w:pPr>
            <w:r w:rsidRPr="003F0799">
              <w:rPr>
                <w:rFonts w:eastAsia="Times New Roman" w:cs="Arial"/>
                <w:b/>
                <w:sz w:val="20"/>
              </w:rPr>
              <w:t>Delivery Method &amp; Technology</w:t>
            </w:r>
          </w:p>
        </w:tc>
        <w:tc>
          <w:tcPr>
            <w:tcW w:w="11610" w:type="dxa"/>
          </w:tcPr>
          <w:p w14:paraId="17BD8A55" w14:textId="77777777" w:rsidR="003F0799" w:rsidRPr="003F0799" w:rsidRDefault="003F0799" w:rsidP="003F0799">
            <w:pPr>
              <w:spacing w:after="0" w:line="240" w:lineRule="auto"/>
              <w:rPr>
                <w:rFonts w:eastAsia="Times New Roman" w:cs="Times New Roman"/>
                <w:sz w:val="20"/>
              </w:rPr>
            </w:pPr>
          </w:p>
        </w:tc>
      </w:tr>
      <w:tr w:rsidR="003F0799" w:rsidRPr="003F0799" w14:paraId="2DEDE8FC" w14:textId="77777777" w:rsidTr="00954F1F">
        <w:trPr>
          <w:trHeight w:val="720"/>
        </w:trPr>
        <w:tc>
          <w:tcPr>
            <w:tcW w:w="1647" w:type="dxa"/>
            <w:vAlign w:val="center"/>
          </w:tcPr>
          <w:p w14:paraId="46BEEFC9" w14:textId="77777777" w:rsidR="003F0799" w:rsidRPr="003F0799" w:rsidRDefault="003F0799" w:rsidP="00954F1F">
            <w:pPr>
              <w:spacing w:after="0" w:line="240" w:lineRule="auto"/>
              <w:rPr>
                <w:rFonts w:eastAsia="Times New Roman" w:cs="Arial"/>
                <w:b/>
                <w:sz w:val="20"/>
              </w:rPr>
            </w:pPr>
            <w:r w:rsidRPr="003F0799">
              <w:rPr>
                <w:rFonts w:eastAsia="Times New Roman" w:cs="Arial"/>
                <w:b/>
                <w:sz w:val="20"/>
              </w:rPr>
              <w:t>Estimated Length &amp; Lifespan of Instruction</w:t>
            </w:r>
          </w:p>
        </w:tc>
        <w:tc>
          <w:tcPr>
            <w:tcW w:w="11610" w:type="dxa"/>
          </w:tcPr>
          <w:p w14:paraId="2601CBA3" w14:textId="77777777" w:rsidR="003F0799" w:rsidRPr="003F0799" w:rsidRDefault="003F0799" w:rsidP="003F0799">
            <w:pPr>
              <w:tabs>
                <w:tab w:val="left" w:pos="144"/>
              </w:tabs>
              <w:spacing w:after="0" w:line="240" w:lineRule="auto"/>
              <w:rPr>
                <w:rFonts w:eastAsia="Times New Roman" w:cs="Times New Roman"/>
                <w:sz w:val="20"/>
              </w:rPr>
            </w:pPr>
          </w:p>
        </w:tc>
      </w:tr>
      <w:tr w:rsidR="003F0799" w:rsidRPr="003F0799" w14:paraId="566EBB33" w14:textId="77777777" w:rsidTr="00954F1F">
        <w:trPr>
          <w:trHeight w:val="720"/>
        </w:trPr>
        <w:tc>
          <w:tcPr>
            <w:tcW w:w="1647" w:type="dxa"/>
            <w:vAlign w:val="center"/>
          </w:tcPr>
          <w:p w14:paraId="1B0FCAF0" w14:textId="77777777" w:rsidR="003F0799" w:rsidRPr="003F0799" w:rsidRDefault="003F0799" w:rsidP="00954F1F">
            <w:pPr>
              <w:spacing w:after="0" w:line="240" w:lineRule="auto"/>
              <w:rPr>
                <w:rFonts w:eastAsia="Times New Roman" w:cs="Arial"/>
                <w:b/>
                <w:sz w:val="20"/>
              </w:rPr>
            </w:pPr>
            <w:r w:rsidRPr="003F0799">
              <w:rPr>
                <w:rFonts w:eastAsia="Times New Roman" w:cs="Arial"/>
                <w:b/>
                <w:sz w:val="20"/>
              </w:rPr>
              <w:t xml:space="preserve">Support </w:t>
            </w:r>
            <w:r w:rsidRPr="003F0799">
              <w:rPr>
                <w:rFonts w:eastAsia="Times New Roman" w:cs="Arial"/>
                <w:sz w:val="20"/>
              </w:rPr>
              <w:t>(Institutional, Instructional, &amp; Technical)</w:t>
            </w:r>
          </w:p>
        </w:tc>
        <w:tc>
          <w:tcPr>
            <w:tcW w:w="11610" w:type="dxa"/>
          </w:tcPr>
          <w:p w14:paraId="47E9264A" w14:textId="77777777" w:rsidR="003F0799" w:rsidRPr="003F0799" w:rsidRDefault="003F0799" w:rsidP="003F0799">
            <w:pPr>
              <w:spacing w:after="0" w:line="240" w:lineRule="auto"/>
              <w:rPr>
                <w:rFonts w:eastAsia="Times New Roman" w:cs="Times New Roman"/>
                <w:sz w:val="20"/>
              </w:rPr>
            </w:pPr>
          </w:p>
        </w:tc>
      </w:tr>
      <w:tr w:rsidR="003F0799" w:rsidRPr="003F0799" w14:paraId="4ECFC3D5" w14:textId="77777777" w:rsidTr="00954F1F">
        <w:trPr>
          <w:trHeight w:val="864"/>
        </w:trPr>
        <w:tc>
          <w:tcPr>
            <w:tcW w:w="1647" w:type="dxa"/>
            <w:vAlign w:val="center"/>
          </w:tcPr>
          <w:p w14:paraId="711076F4" w14:textId="77777777" w:rsidR="003F0799" w:rsidRPr="003F0799" w:rsidRDefault="003F0799" w:rsidP="00954F1F">
            <w:pPr>
              <w:spacing w:after="0" w:line="240" w:lineRule="auto"/>
              <w:rPr>
                <w:rFonts w:eastAsia="Times New Roman" w:cs="Arial"/>
                <w:b/>
                <w:sz w:val="20"/>
              </w:rPr>
            </w:pPr>
            <w:r w:rsidRPr="003F0799">
              <w:rPr>
                <w:rFonts w:eastAsia="Times New Roman" w:cs="Arial"/>
                <w:b/>
                <w:sz w:val="20"/>
              </w:rPr>
              <w:t>Instructor, Facilitator, Grader, etc.</w:t>
            </w:r>
          </w:p>
        </w:tc>
        <w:tc>
          <w:tcPr>
            <w:tcW w:w="11610" w:type="dxa"/>
          </w:tcPr>
          <w:p w14:paraId="1FB07045" w14:textId="77777777" w:rsidR="003F0799" w:rsidRPr="003F0799" w:rsidRDefault="003F0799" w:rsidP="003F0799">
            <w:pPr>
              <w:spacing w:after="0" w:line="240" w:lineRule="auto"/>
              <w:rPr>
                <w:rFonts w:eastAsia="Times New Roman" w:cs="Times New Roman"/>
                <w:sz w:val="20"/>
              </w:rPr>
            </w:pPr>
          </w:p>
        </w:tc>
      </w:tr>
    </w:tbl>
    <w:p w14:paraId="466ABFD4" w14:textId="460A9D64" w:rsidR="00B9083E" w:rsidRPr="00A74BAB" w:rsidRDefault="00B9083E" w:rsidP="00A74BAB"/>
    <w:sectPr w:rsidR="00B9083E" w:rsidRPr="00A74BAB" w:rsidSect="009A5456">
      <w:headerReference w:type="default" r:id="rId8"/>
      <w:footerReference w:type="default" r:id="rId9"/>
      <w:pgSz w:w="15840" w:h="12240" w:orient="landscape"/>
      <w:pgMar w:top="1152" w:right="1152" w:bottom="1152" w:left="1152"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A176B" w14:textId="77777777" w:rsidR="00D10297" w:rsidRDefault="00D10297" w:rsidP="00A74BAB">
      <w:r>
        <w:separator/>
      </w:r>
    </w:p>
  </w:endnote>
  <w:endnote w:type="continuationSeparator" w:id="0">
    <w:p w14:paraId="356F681B" w14:textId="77777777" w:rsidR="00D10297" w:rsidRDefault="00D10297" w:rsidP="00A74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0916684"/>
      <w:docPartObj>
        <w:docPartGallery w:val="Page Numbers (Bottom of Page)"/>
        <w:docPartUnique/>
      </w:docPartObj>
    </w:sdtPr>
    <w:sdtEndPr/>
    <w:sdtContent>
      <w:sdt>
        <w:sdtPr>
          <w:id w:val="1728636285"/>
          <w:docPartObj>
            <w:docPartGallery w:val="Page Numbers (Top of Page)"/>
            <w:docPartUnique/>
          </w:docPartObj>
        </w:sdtPr>
        <w:sdtEndPr/>
        <w:sdtContent>
          <w:p w14:paraId="50E57496" w14:textId="77777777" w:rsidR="00DC59F3" w:rsidRPr="009A5456" w:rsidRDefault="00DC59F3" w:rsidP="00A74BAB">
            <w:pPr>
              <w:pStyle w:val="Footer"/>
            </w:pPr>
          </w:p>
          <w:p w14:paraId="591B2AEA" w14:textId="0C8C9D38" w:rsidR="00DC59F3" w:rsidRPr="009A5456" w:rsidRDefault="00D10297" w:rsidP="00A74BAB">
            <w:pPr>
              <w:pStyle w:val="Footer"/>
            </w:pPr>
            <w:r>
              <w:pict w14:anchorId="2C83A2EE">
                <v:rect id="_x0000_i1025" style="width:676.8pt;height:1.5pt;mso-position-horizontal:absolute;mso-position-horizontal-relative:text;mso-position-vertical:absolute;mso-position-vertical-relative:text" o:hralign="center" o:hrstd="t" o:hrnoshade="t" o:hr="t" fillcolor="#18636a" stroked="f"/>
              </w:pict>
            </w:r>
          </w:p>
          <w:p w14:paraId="5FFF764E" w14:textId="2A7E512F" w:rsidR="008B0E05" w:rsidRPr="009A5456" w:rsidRDefault="00B531A0" w:rsidP="00A74BAB">
            <w:pPr>
              <w:pStyle w:val="Footer"/>
            </w:pPr>
            <w:r>
              <w:t>© 202</w:t>
            </w:r>
            <w:r w:rsidR="005F71D7">
              <w:t>7</w:t>
            </w:r>
            <w:r>
              <w:t xml:space="preserve"> Larson &amp; Lockee, Streamlined ID  </w:t>
            </w:r>
            <w:r>
              <w:tab/>
            </w:r>
            <w:r>
              <w:tab/>
            </w:r>
            <w:r w:rsidR="005F4FB5">
              <w:tab/>
            </w:r>
            <w:r w:rsidR="008B0E05" w:rsidRPr="009A5456">
              <w:t xml:space="preserve">Page </w:t>
            </w:r>
            <w:r w:rsidR="008B0E05" w:rsidRPr="009A5456">
              <w:rPr>
                <w:b/>
                <w:bCs/>
              </w:rPr>
              <w:fldChar w:fldCharType="begin"/>
            </w:r>
            <w:r w:rsidR="008B0E05" w:rsidRPr="009A5456">
              <w:rPr>
                <w:b/>
                <w:bCs/>
              </w:rPr>
              <w:instrText xml:space="preserve"> PAGE </w:instrText>
            </w:r>
            <w:r w:rsidR="008B0E05" w:rsidRPr="009A5456">
              <w:rPr>
                <w:b/>
                <w:bCs/>
              </w:rPr>
              <w:fldChar w:fldCharType="separate"/>
            </w:r>
            <w:r w:rsidR="008B0E05" w:rsidRPr="009A5456">
              <w:rPr>
                <w:b/>
                <w:bCs/>
                <w:noProof/>
              </w:rPr>
              <w:t>2</w:t>
            </w:r>
            <w:r w:rsidR="008B0E05" w:rsidRPr="009A5456">
              <w:rPr>
                <w:b/>
                <w:bCs/>
              </w:rPr>
              <w:fldChar w:fldCharType="end"/>
            </w:r>
            <w:r w:rsidR="008B0E05" w:rsidRPr="009A5456">
              <w:t xml:space="preserve"> of </w:t>
            </w:r>
            <w:r w:rsidR="008B0E05" w:rsidRPr="009A5456">
              <w:rPr>
                <w:b/>
                <w:bCs/>
              </w:rPr>
              <w:fldChar w:fldCharType="begin"/>
            </w:r>
            <w:r w:rsidR="008B0E05" w:rsidRPr="009A5456">
              <w:rPr>
                <w:b/>
                <w:bCs/>
              </w:rPr>
              <w:instrText xml:space="preserve"> NUMPAGES  </w:instrText>
            </w:r>
            <w:r w:rsidR="008B0E05" w:rsidRPr="009A5456">
              <w:rPr>
                <w:b/>
                <w:bCs/>
              </w:rPr>
              <w:fldChar w:fldCharType="separate"/>
            </w:r>
            <w:r w:rsidR="008B0E05" w:rsidRPr="009A5456">
              <w:rPr>
                <w:b/>
                <w:bCs/>
                <w:noProof/>
              </w:rPr>
              <w:t>2</w:t>
            </w:r>
            <w:r w:rsidR="008B0E05" w:rsidRPr="009A5456">
              <w:rPr>
                <w:b/>
                <w:bCs/>
              </w:rPr>
              <w:fldChar w:fldCharType="end"/>
            </w:r>
          </w:p>
        </w:sdtContent>
      </w:sdt>
    </w:sdtContent>
  </w:sdt>
  <w:p w14:paraId="47B8B7B6" w14:textId="5F5877F9" w:rsidR="00B63FB2" w:rsidRPr="009A5456" w:rsidRDefault="00B63FB2" w:rsidP="00A74B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9E1CD" w14:textId="77777777" w:rsidR="00D10297" w:rsidRDefault="00D10297" w:rsidP="00A74BAB">
      <w:r>
        <w:separator/>
      </w:r>
    </w:p>
  </w:footnote>
  <w:footnote w:type="continuationSeparator" w:id="0">
    <w:p w14:paraId="16F349E2" w14:textId="77777777" w:rsidR="00D10297" w:rsidRDefault="00D10297" w:rsidP="00A74B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834" w:type="pct"/>
      <w:tblInd w:w="-1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833"/>
    </w:tblGrid>
    <w:tr w:rsidR="0084008E" w:rsidRPr="009D5B79" w14:paraId="40875567" w14:textId="77777777" w:rsidTr="00684D6A">
      <w:trPr>
        <w:trHeight w:val="1164"/>
      </w:trPr>
      <w:tc>
        <w:tcPr>
          <w:tcW w:w="15793" w:type="dxa"/>
        </w:tcPr>
        <w:p w14:paraId="27B40743" w14:textId="65942C66" w:rsidR="00195024" w:rsidRPr="009D5B79" w:rsidRDefault="008A5D40" w:rsidP="00A74BAB">
          <w:pPr>
            <w:pStyle w:val="Header"/>
          </w:pPr>
          <w:r w:rsidRPr="009D5B79">
            <w:rPr>
              <w:noProof/>
            </w:rPr>
            <w:drawing>
              <wp:inline distT="0" distB="0" distL="0" distR="0" wp14:anchorId="0078341A" wp14:editId="6F428E3E">
                <wp:extent cx="11323955" cy="791840"/>
                <wp:effectExtent l="0" t="0" r="0" b="8890"/>
                <wp:docPr id="12372291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29186" name="Picture 2"/>
                        <pic:cNvPicPr/>
                      </pic:nvPicPr>
                      <pic:blipFill>
                        <a:blip r:embed="rId1"/>
                        <a:stretch>
                          <a:fillRect/>
                        </a:stretch>
                      </pic:blipFill>
                      <pic:spPr>
                        <a:xfrm>
                          <a:off x="0" y="0"/>
                          <a:ext cx="11560478" cy="808379"/>
                        </a:xfrm>
                        <a:prstGeom prst="rect">
                          <a:avLst/>
                        </a:prstGeom>
                      </pic:spPr>
                    </pic:pic>
                  </a:graphicData>
                </a:graphic>
              </wp:inline>
            </w:drawing>
          </w:r>
        </w:p>
      </w:tc>
    </w:tr>
  </w:tbl>
  <w:p w14:paraId="68F409B8" w14:textId="3E646523" w:rsidR="00B63FB2" w:rsidRPr="0038409A" w:rsidRDefault="00B63FB2" w:rsidP="00A74B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B77464D"/>
    <w:multiLevelType w:val="hybridMultilevel"/>
    <w:tmpl w:val="7C2E7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7846088">
    <w:abstractNumId w:val="8"/>
  </w:num>
  <w:num w:numId="2" w16cid:durableId="1115978778">
    <w:abstractNumId w:val="6"/>
  </w:num>
  <w:num w:numId="3" w16cid:durableId="1670477582">
    <w:abstractNumId w:val="5"/>
  </w:num>
  <w:num w:numId="4" w16cid:durableId="1420561408">
    <w:abstractNumId w:val="4"/>
  </w:num>
  <w:num w:numId="5" w16cid:durableId="597713563">
    <w:abstractNumId w:val="7"/>
  </w:num>
  <w:num w:numId="6" w16cid:durableId="1861427777">
    <w:abstractNumId w:val="3"/>
  </w:num>
  <w:num w:numId="7" w16cid:durableId="210194243">
    <w:abstractNumId w:val="2"/>
  </w:num>
  <w:num w:numId="8" w16cid:durableId="439879740">
    <w:abstractNumId w:val="1"/>
  </w:num>
  <w:num w:numId="9" w16cid:durableId="1900362761">
    <w:abstractNumId w:val="0"/>
  </w:num>
  <w:num w:numId="10" w16cid:durableId="11333385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AB7"/>
    <w:rsid w:val="00034616"/>
    <w:rsid w:val="0006063C"/>
    <w:rsid w:val="00077DF0"/>
    <w:rsid w:val="00081F92"/>
    <w:rsid w:val="000860B3"/>
    <w:rsid w:val="00135120"/>
    <w:rsid w:val="001356FC"/>
    <w:rsid w:val="0015074B"/>
    <w:rsid w:val="00195024"/>
    <w:rsid w:val="001D3710"/>
    <w:rsid w:val="001D6824"/>
    <w:rsid w:val="001D7412"/>
    <w:rsid w:val="00230E45"/>
    <w:rsid w:val="0029639D"/>
    <w:rsid w:val="002B53FD"/>
    <w:rsid w:val="002E1374"/>
    <w:rsid w:val="00326F90"/>
    <w:rsid w:val="0034373D"/>
    <w:rsid w:val="00345E81"/>
    <w:rsid w:val="00376B07"/>
    <w:rsid w:val="0038409A"/>
    <w:rsid w:val="003F0799"/>
    <w:rsid w:val="0041598B"/>
    <w:rsid w:val="0049467C"/>
    <w:rsid w:val="004D693F"/>
    <w:rsid w:val="004E759B"/>
    <w:rsid w:val="00561615"/>
    <w:rsid w:val="005F4FB5"/>
    <w:rsid w:val="005F71D7"/>
    <w:rsid w:val="00684D6A"/>
    <w:rsid w:val="00685A38"/>
    <w:rsid w:val="00686810"/>
    <w:rsid w:val="006F30F3"/>
    <w:rsid w:val="0078610E"/>
    <w:rsid w:val="007B51E9"/>
    <w:rsid w:val="0084008E"/>
    <w:rsid w:val="00852CBB"/>
    <w:rsid w:val="008870F7"/>
    <w:rsid w:val="008A5D40"/>
    <w:rsid w:val="008B0E05"/>
    <w:rsid w:val="009103EF"/>
    <w:rsid w:val="00954F1F"/>
    <w:rsid w:val="009A5456"/>
    <w:rsid w:val="009D5B79"/>
    <w:rsid w:val="00A25344"/>
    <w:rsid w:val="00A537C4"/>
    <w:rsid w:val="00A74BAB"/>
    <w:rsid w:val="00A857CD"/>
    <w:rsid w:val="00AA1D8D"/>
    <w:rsid w:val="00AB21B8"/>
    <w:rsid w:val="00B47730"/>
    <w:rsid w:val="00B531A0"/>
    <w:rsid w:val="00B63FB2"/>
    <w:rsid w:val="00B9083E"/>
    <w:rsid w:val="00BB02E5"/>
    <w:rsid w:val="00BC15C1"/>
    <w:rsid w:val="00C3092A"/>
    <w:rsid w:val="00CB0664"/>
    <w:rsid w:val="00D10297"/>
    <w:rsid w:val="00D2518D"/>
    <w:rsid w:val="00D62F6F"/>
    <w:rsid w:val="00DC428F"/>
    <w:rsid w:val="00DC59F3"/>
    <w:rsid w:val="00DD0980"/>
    <w:rsid w:val="00DE3EFC"/>
    <w:rsid w:val="00EA05A8"/>
    <w:rsid w:val="00EB2D13"/>
    <w:rsid w:val="00EE3518"/>
    <w:rsid w:val="00F04481"/>
    <w:rsid w:val="00F80F2F"/>
    <w:rsid w:val="00F8689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50B288"/>
  <w14:defaultImageDpi w14:val="300"/>
  <w15:docId w15:val="{C5AA3BFA-27E5-419D-A4F7-25EB5FC73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BAB"/>
    <w:pPr>
      <w:spacing w:after="120"/>
    </w:pPr>
    <w:rPr>
      <w:rFonts w:ascii="Aptos" w:hAnsi="Aptos"/>
      <w:szCs w:val="20"/>
    </w:rPr>
  </w:style>
  <w:style w:type="paragraph" w:styleId="Heading1">
    <w:name w:val="heading 1"/>
    <w:basedOn w:val="BrandedHeading"/>
    <w:next w:val="Normal"/>
    <w:link w:val="Heading1Char"/>
    <w:uiPriority w:val="9"/>
    <w:qFormat/>
    <w:rsid w:val="00AB21B8"/>
    <w:pPr>
      <w:outlineLvl w:val="0"/>
    </w:pPr>
    <w:rPr>
      <w:rFonts w:ascii="Aptos" w:hAnsi="Aptos"/>
      <w:color w:val="18636A"/>
    </w:rPr>
  </w:style>
  <w:style w:type="paragraph" w:styleId="Heading2">
    <w:name w:val="heading 2"/>
    <w:basedOn w:val="Normal"/>
    <w:next w:val="Normal"/>
    <w:link w:val="Heading2Char"/>
    <w:uiPriority w:val="9"/>
    <w:unhideWhenUsed/>
    <w:qFormat/>
    <w:rsid w:val="001D3710"/>
    <w:pPr>
      <w:outlineLvl w:val="1"/>
    </w:pPr>
    <w:rPr>
      <w:b/>
      <w:bCs/>
    </w:rPr>
  </w:style>
  <w:style w:type="paragraph" w:styleId="Heading3">
    <w:name w:val="heading 3"/>
    <w:basedOn w:val="Normal"/>
    <w:next w:val="Normal"/>
    <w:link w:val="Heading3Char"/>
    <w:uiPriority w:val="9"/>
    <w:unhideWhenUsed/>
    <w:qFormat/>
    <w:rsid w:val="001D3710"/>
    <w:pPr>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AB21B8"/>
    <w:rPr>
      <w:rFonts w:ascii="Aptos" w:hAnsi="Aptos"/>
      <w:b/>
      <w:color w:val="18636A"/>
      <w:sz w:val="40"/>
    </w:rPr>
  </w:style>
  <w:style w:type="character" w:customStyle="1" w:styleId="Heading2Char">
    <w:name w:val="Heading 2 Char"/>
    <w:basedOn w:val="DefaultParagraphFont"/>
    <w:link w:val="Heading2"/>
    <w:uiPriority w:val="9"/>
    <w:rsid w:val="001D3710"/>
    <w:rPr>
      <w:rFonts w:ascii="Aptos" w:hAnsi="Aptos"/>
      <w:b/>
      <w:bCs/>
      <w:sz w:val="24"/>
    </w:rPr>
  </w:style>
  <w:style w:type="character" w:customStyle="1" w:styleId="Heading3Char">
    <w:name w:val="Heading 3 Char"/>
    <w:basedOn w:val="DefaultParagraphFont"/>
    <w:link w:val="Heading3"/>
    <w:uiPriority w:val="9"/>
    <w:rsid w:val="001D3710"/>
    <w:rPr>
      <w:rFonts w:ascii="Aptos" w:hAnsi="Aptos"/>
      <w:b/>
      <w:bCs/>
      <w:szCs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randedHeading">
    <w:name w:val="BrandedHeading"/>
    <w:rPr>
      <w:rFonts w:ascii="Calibri" w:hAnsi="Calibri"/>
      <w:b/>
      <w:color w:val="00467F"/>
      <w:sz w:val="40"/>
    </w:rPr>
  </w:style>
  <w:style w:type="paragraph" w:customStyle="1" w:styleId="BrandedBody">
    <w:name w:val="BrandedBody"/>
    <w:rPr>
      <w:rFonts w:ascii="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77AEC85318B6F489A039465BFE47D12" ma:contentTypeVersion="10" ma:contentTypeDescription="Create a new document." ma:contentTypeScope="" ma:versionID="ad327897f44d3bc548cd782ba3f50525">
  <xsd:schema xmlns:xsd="http://www.w3.org/2001/XMLSchema" xmlns:xs="http://www.w3.org/2001/XMLSchema" xmlns:p="http://schemas.microsoft.com/office/2006/metadata/properties" xmlns:ns2="61346cd6-482d-4698-b558-8246bb2c71ca" xmlns:ns3="b7b6cfaf-27c2-449b-80ac-84d3ec979ae9" targetNamespace="http://schemas.microsoft.com/office/2006/metadata/properties" ma:root="true" ma:fieldsID="41f9eb688bc5838e1d348ffbf5cdafd5" ns2:_="" ns3:_="">
    <xsd:import namespace="61346cd6-482d-4698-b558-8246bb2c71ca"/>
    <xsd:import namespace="b7b6cfaf-27c2-449b-80ac-84d3ec979a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46cd6-482d-4698-b558-8246bb2c71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b6cfaf-27c2-449b-80ac-84d3ec979ae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c223cbf-e69a-4262-9b37-79cb092d38cc}" ma:internalName="TaxCatchAll" ma:showField="CatchAllData" ma:web="b7b6cfaf-27c2-449b-80ac-84d3ec979a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7b6cfaf-27c2-449b-80ac-84d3ec979ae9" xsi:nil="true"/>
    <lcf76f155ced4ddcb4097134ff3c332f xmlns="61346cd6-482d-4698-b558-8246bb2c71c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6542BD1E-BB95-47DF-AE94-56195D3F89CE}"/>
</file>

<file path=customXml/itemProps3.xml><?xml version="1.0" encoding="utf-8"?>
<ds:datastoreItem xmlns:ds="http://schemas.openxmlformats.org/officeDocument/2006/customXml" ds:itemID="{514D14C3-0E47-429F-A00D-1537E4C17A6A}"/>
</file>

<file path=customXml/itemProps4.xml><?xml version="1.0" encoding="utf-8"?>
<ds:datastoreItem xmlns:ds="http://schemas.openxmlformats.org/officeDocument/2006/customXml" ds:itemID="{6587C591-180D-480A-9774-C7C1E0848F97}"/>
</file>

<file path=docProps/app.xml><?xml version="1.0" encoding="utf-8"?>
<Properties xmlns="http://schemas.openxmlformats.org/officeDocument/2006/extended-properties" xmlns:vt="http://schemas.openxmlformats.org/officeDocument/2006/docPropsVTypes">
  <Template>Normal.dotm</Template>
  <TotalTime>8</TotalTime>
  <Pages>2</Pages>
  <Words>138</Words>
  <Characters>930</Characters>
  <Application>Microsoft Office Word</Application>
  <DocSecurity>0</DocSecurity>
  <Lines>93</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Larson, Miriam</cp:lastModifiedBy>
  <cp:revision>14</cp:revision>
  <dcterms:created xsi:type="dcterms:W3CDTF">2026-05-17T01:51:00Z</dcterms:created>
  <dcterms:modified xsi:type="dcterms:W3CDTF">2026-05-31T16:17:00Z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0x010100377AEC85318B6F489A039465BFE47D12</vt:lpwstr>
  </property>
</Properties>
</file>