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4BE7DAB3" w:rsidR="00B63FB2" w:rsidRPr="00AB21B8" w:rsidRDefault="00156DD6" w:rsidP="005B3522">
      <w:pPr>
        <w:pStyle w:val="Heading1"/>
        <w:spacing w:after="0"/>
      </w:pPr>
      <w:r>
        <w:t xml:space="preserve">8.2 | </w:t>
      </w:r>
      <w:r w:rsidR="009F77F9">
        <w:t>Create: Peer Assessments of Group Members</w:t>
      </w:r>
    </w:p>
    <w:p w14:paraId="750A52AC" w14:textId="77777777" w:rsidR="00D73351" w:rsidRPr="009C5B1A" w:rsidRDefault="00D73351" w:rsidP="00C27AED">
      <w:pPr>
        <w:spacing w:after="60" w:line="240" w:lineRule="auto"/>
        <w:rPr>
          <w:rFonts w:eastAsia="Times New Roman" w:cs="Times New Roman"/>
          <w:sz w:val="20"/>
        </w:rPr>
      </w:pPr>
      <w:r w:rsidRPr="009C5B1A">
        <w:rPr>
          <w:rFonts w:eastAsia="Times New Roman" w:cs="Times New Roman"/>
          <w:sz w:val="20"/>
        </w:rPr>
        <w:t xml:space="preserve">Complete this peer assessment of the members in your group to provide them with feedback on their group work and collaboration skills. Rate the contributions and quality of collaboration of each member of your group, including yourself. Note that the percentage of work contributed by all group members should add up to 100%. This evaluation tool can also be used as a means of self-reflection, to consider how well </w:t>
      </w:r>
      <w:r w:rsidRPr="009C5B1A">
        <w:rPr>
          <w:rFonts w:eastAsia="Times New Roman" w:cs="Times New Roman"/>
          <w:i/>
          <w:sz w:val="20"/>
        </w:rPr>
        <w:t>you</w:t>
      </w:r>
      <w:r w:rsidRPr="009C5B1A">
        <w:rPr>
          <w:rFonts w:eastAsia="Times New Roman" w:cs="Times New Roman"/>
          <w:sz w:val="20"/>
        </w:rPr>
        <w:t xml:space="preserve"> collaborate in groups and where you may personally need improvement.  Rate each member on each indicator according to the scale provided (e.g., 4 = Strongly Agree, etc.). Then, enter any suggestions for individual group members in the bottom text box. (All ratings and suggestions will be shared with group members anonymously.) </w:t>
      </w:r>
    </w:p>
    <w:p w14:paraId="28128A05" w14:textId="77777777" w:rsidR="00D73351" w:rsidRPr="009C5B1A" w:rsidRDefault="00D73351" w:rsidP="00C27AED">
      <w:pPr>
        <w:spacing w:after="0" w:line="240" w:lineRule="auto"/>
        <w:ind w:left="720"/>
        <w:rPr>
          <w:rFonts w:eastAsia="Times New Roman" w:cs="Times New Roman"/>
          <w:i/>
          <w:sz w:val="20"/>
        </w:rPr>
      </w:pPr>
      <w:r w:rsidRPr="009C5B1A">
        <w:rPr>
          <w:rFonts w:eastAsia="Times New Roman" w:cs="Times New Roman"/>
          <w:b/>
          <w:sz w:val="20"/>
        </w:rPr>
        <w:t xml:space="preserve">SCALE: </w:t>
      </w:r>
      <w:r w:rsidRPr="009C5B1A">
        <w:rPr>
          <w:rFonts w:eastAsia="Times New Roman" w:cs="Times New Roman"/>
          <w:i/>
          <w:sz w:val="20"/>
        </w:rPr>
        <w:t>(Note that higher ratings indicate that a group member’s behavior is more closely aligned to the statement.)</w:t>
      </w:r>
    </w:p>
    <w:p w14:paraId="6A45AD44" w14:textId="77777777" w:rsidR="00D73351" w:rsidRPr="009C5B1A" w:rsidRDefault="00D73351" w:rsidP="00C27AED">
      <w:pPr>
        <w:spacing w:after="60" w:line="240" w:lineRule="auto"/>
        <w:ind w:left="720"/>
        <w:rPr>
          <w:rFonts w:eastAsia="Times New Roman" w:cs="Times New Roman"/>
          <w:sz w:val="20"/>
        </w:rPr>
      </w:pPr>
      <w:r w:rsidRPr="009C5B1A">
        <w:rPr>
          <w:rFonts w:eastAsia="Times New Roman" w:cs="Times New Roman"/>
          <w:b/>
          <w:sz w:val="20"/>
        </w:rPr>
        <w:t>4</w:t>
      </w:r>
      <w:r w:rsidRPr="009C5B1A">
        <w:rPr>
          <w:rFonts w:eastAsia="Times New Roman" w:cs="Times New Roman"/>
          <w:sz w:val="20"/>
        </w:rPr>
        <w:t xml:space="preserve"> = Strongly Agree, </w:t>
      </w:r>
      <w:r w:rsidRPr="009C5B1A">
        <w:rPr>
          <w:rFonts w:eastAsia="Times New Roman" w:cs="Times New Roman"/>
          <w:b/>
          <w:sz w:val="20"/>
        </w:rPr>
        <w:t>3</w:t>
      </w:r>
      <w:r w:rsidRPr="009C5B1A">
        <w:rPr>
          <w:rFonts w:eastAsia="Times New Roman" w:cs="Times New Roman"/>
          <w:sz w:val="20"/>
        </w:rPr>
        <w:t xml:space="preserve"> = Agree, </w:t>
      </w:r>
      <w:r w:rsidRPr="009C5B1A">
        <w:rPr>
          <w:rFonts w:eastAsia="Times New Roman" w:cs="Times New Roman"/>
          <w:b/>
          <w:sz w:val="20"/>
        </w:rPr>
        <w:t>2</w:t>
      </w:r>
      <w:r w:rsidRPr="009C5B1A">
        <w:rPr>
          <w:rFonts w:eastAsia="Times New Roman" w:cs="Times New Roman"/>
          <w:sz w:val="20"/>
        </w:rPr>
        <w:t xml:space="preserve"> = Disagree, </w:t>
      </w:r>
      <w:r w:rsidRPr="009C5B1A">
        <w:rPr>
          <w:rFonts w:eastAsia="Times New Roman" w:cs="Times New Roman"/>
          <w:b/>
          <w:sz w:val="20"/>
        </w:rPr>
        <w:t>1</w:t>
      </w:r>
      <w:r w:rsidRPr="009C5B1A">
        <w:rPr>
          <w:rFonts w:eastAsia="Times New Roman" w:cs="Times New Roman"/>
          <w:sz w:val="20"/>
        </w:rPr>
        <w:t xml:space="preserve"> = Strongly Disagree, </w:t>
      </w:r>
      <w:r w:rsidRPr="009C5B1A">
        <w:rPr>
          <w:rFonts w:eastAsia="Times New Roman" w:cs="Times New Roman"/>
          <w:b/>
          <w:sz w:val="20"/>
        </w:rPr>
        <w:t>N/A</w:t>
      </w:r>
      <w:r w:rsidRPr="009C5B1A">
        <w:rPr>
          <w:rFonts w:eastAsia="Times New Roman" w:cs="Times New Roman"/>
          <w:sz w:val="20"/>
        </w:rPr>
        <w:t xml:space="preserve"> = Not Applicable (explain use of N/A rating in bottom text box)</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5"/>
        <w:gridCol w:w="810"/>
        <w:gridCol w:w="990"/>
        <w:gridCol w:w="900"/>
        <w:gridCol w:w="928"/>
        <w:gridCol w:w="895"/>
      </w:tblGrid>
      <w:tr w:rsidR="00D73351" w:rsidRPr="009C5B1A" w14:paraId="751639D8" w14:textId="77777777" w:rsidTr="009C5B1A">
        <w:trPr>
          <w:cantSplit/>
          <w:trHeight w:val="256"/>
          <w:tblHeader/>
        </w:trPr>
        <w:tc>
          <w:tcPr>
            <w:tcW w:w="8725" w:type="dxa"/>
            <w:shd w:val="clear" w:color="auto" w:fill="F2F2F2"/>
          </w:tcPr>
          <w:p w14:paraId="0E150689" w14:textId="77777777" w:rsidR="00D73351" w:rsidRPr="009C5B1A" w:rsidRDefault="00D73351" w:rsidP="00D73351">
            <w:pPr>
              <w:spacing w:after="0" w:line="240" w:lineRule="auto"/>
              <w:rPr>
                <w:rFonts w:eastAsia="Times New Roman" w:cs="Arial"/>
                <w:b/>
                <w:sz w:val="20"/>
              </w:rPr>
            </w:pPr>
            <w:r w:rsidRPr="009C5B1A">
              <w:rPr>
                <w:rFonts w:eastAsia="Times New Roman" w:cs="Arial"/>
                <w:b/>
                <w:sz w:val="20"/>
              </w:rPr>
              <w:t>Indicators:                                                                               Group Members:</w:t>
            </w:r>
          </w:p>
        </w:tc>
        <w:tc>
          <w:tcPr>
            <w:tcW w:w="810" w:type="dxa"/>
            <w:shd w:val="clear" w:color="auto" w:fill="F2F2F2"/>
          </w:tcPr>
          <w:p w14:paraId="57A880C6" w14:textId="77777777" w:rsidR="00D73351" w:rsidRPr="009C5B1A" w:rsidRDefault="00D73351" w:rsidP="00D73351">
            <w:pPr>
              <w:spacing w:after="0" w:line="240" w:lineRule="auto"/>
              <w:jc w:val="center"/>
              <w:rPr>
                <w:rFonts w:eastAsia="Times New Roman" w:cs="Arial"/>
                <w:b/>
                <w:sz w:val="20"/>
              </w:rPr>
            </w:pPr>
            <w:r w:rsidRPr="009C5B1A">
              <w:rPr>
                <w:rFonts w:eastAsia="Times New Roman" w:cs="Arial"/>
                <w:b/>
                <w:sz w:val="20"/>
              </w:rPr>
              <w:t>You</w:t>
            </w:r>
          </w:p>
        </w:tc>
        <w:tc>
          <w:tcPr>
            <w:tcW w:w="990" w:type="dxa"/>
            <w:shd w:val="clear" w:color="auto" w:fill="F2F2F2"/>
          </w:tcPr>
          <w:p w14:paraId="7660FEF2" w14:textId="77777777" w:rsidR="00D73351" w:rsidRPr="009C5B1A" w:rsidRDefault="00D73351" w:rsidP="00D73351">
            <w:pPr>
              <w:spacing w:after="0" w:line="240" w:lineRule="auto"/>
              <w:jc w:val="center"/>
              <w:rPr>
                <w:rFonts w:eastAsia="Times New Roman" w:cs="Arial"/>
                <w:b/>
                <w:sz w:val="20"/>
              </w:rPr>
            </w:pPr>
            <w:r w:rsidRPr="009C5B1A">
              <w:rPr>
                <w:rFonts w:eastAsia="Times New Roman" w:cs="Arial"/>
                <w:b/>
                <w:sz w:val="20"/>
              </w:rPr>
              <w:t>[Name]</w:t>
            </w:r>
          </w:p>
        </w:tc>
        <w:tc>
          <w:tcPr>
            <w:tcW w:w="900" w:type="dxa"/>
            <w:shd w:val="clear" w:color="auto" w:fill="F2F2F2"/>
          </w:tcPr>
          <w:p w14:paraId="02219403" w14:textId="77777777" w:rsidR="00D73351" w:rsidRPr="009C5B1A" w:rsidRDefault="00D73351" w:rsidP="00D73351">
            <w:pPr>
              <w:spacing w:after="0" w:line="240" w:lineRule="auto"/>
              <w:jc w:val="center"/>
              <w:rPr>
                <w:rFonts w:eastAsia="Times New Roman" w:cs="Arial"/>
                <w:b/>
                <w:sz w:val="20"/>
              </w:rPr>
            </w:pPr>
            <w:r w:rsidRPr="009C5B1A">
              <w:rPr>
                <w:rFonts w:eastAsia="Times New Roman" w:cs="Arial"/>
                <w:b/>
                <w:sz w:val="20"/>
              </w:rPr>
              <w:t>[Name]</w:t>
            </w:r>
          </w:p>
        </w:tc>
        <w:tc>
          <w:tcPr>
            <w:tcW w:w="928" w:type="dxa"/>
            <w:shd w:val="clear" w:color="auto" w:fill="F2F2F2"/>
          </w:tcPr>
          <w:p w14:paraId="5D37E193" w14:textId="77777777" w:rsidR="00D73351" w:rsidRPr="009C5B1A" w:rsidRDefault="00D73351" w:rsidP="00D73351">
            <w:pPr>
              <w:spacing w:after="0" w:line="240" w:lineRule="auto"/>
              <w:jc w:val="center"/>
              <w:rPr>
                <w:rFonts w:eastAsia="Times New Roman" w:cs="Arial"/>
                <w:b/>
                <w:sz w:val="20"/>
              </w:rPr>
            </w:pPr>
            <w:r w:rsidRPr="009C5B1A">
              <w:rPr>
                <w:rFonts w:eastAsia="Times New Roman" w:cs="Arial"/>
                <w:b/>
                <w:sz w:val="20"/>
              </w:rPr>
              <w:t>[Name]</w:t>
            </w:r>
          </w:p>
        </w:tc>
        <w:tc>
          <w:tcPr>
            <w:tcW w:w="895" w:type="dxa"/>
            <w:shd w:val="clear" w:color="auto" w:fill="F2F2F2"/>
          </w:tcPr>
          <w:p w14:paraId="43D59DDF" w14:textId="77777777" w:rsidR="00D73351" w:rsidRPr="009C5B1A" w:rsidRDefault="00D73351" w:rsidP="00D73351">
            <w:pPr>
              <w:spacing w:after="0" w:line="240" w:lineRule="auto"/>
              <w:jc w:val="center"/>
              <w:rPr>
                <w:rFonts w:eastAsia="Times New Roman" w:cs="Arial"/>
                <w:b/>
                <w:sz w:val="20"/>
              </w:rPr>
            </w:pPr>
            <w:r w:rsidRPr="009C5B1A">
              <w:rPr>
                <w:rFonts w:eastAsia="Times New Roman" w:cs="Arial"/>
                <w:b/>
                <w:sz w:val="20"/>
              </w:rPr>
              <w:t>[Name]</w:t>
            </w:r>
          </w:p>
        </w:tc>
      </w:tr>
      <w:tr w:rsidR="00D73351" w:rsidRPr="009C5B1A" w14:paraId="100569E1" w14:textId="77777777" w:rsidTr="009C5B1A">
        <w:trPr>
          <w:trHeight w:val="407"/>
        </w:trPr>
        <w:tc>
          <w:tcPr>
            <w:tcW w:w="8725" w:type="dxa"/>
          </w:tcPr>
          <w:p w14:paraId="70B5F865" w14:textId="77777777" w:rsidR="00D73351" w:rsidRPr="009C5B1A" w:rsidRDefault="00D73351" w:rsidP="00D73351">
            <w:pPr>
              <w:spacing w:after="20" w:line="200" w:lineRule="exact"/>
              <w:rPr>
                <w:rFonts w:eastAsia="Times New Roman" w:cs="Times New Roman"/>
                <w:sz w:val="20"/>
              </w:rPr>
            </w:pPr>
            <w:r w:rsidRPr="009C5B1A">
              <w:rPr>
                <w:rFonts w:eastAsia="Times New Roman" w:cs="Times New Roman"/>
                <w:b/>
                <w:sz w:val="20"/>
              </w:rPr>
              <w:t>Contribution</w:t>
            </w:r>
            <w:r w:rsidRPr="009C5B1A">
              <w:rPr>
                <w:rFonts w:eastAsia="Times New Roman" w:cs="Times New Roman"/>
                <w:sz w:val="20"/>
              </w:rPr>
              <w:t xml:space="preserve"> = Indicate percentage of effort contributed to group work by each member (scores of all group members – including your own percentage – should add up to 100%):</w:t>
            </w:r>
          </w:p>
        </w:tc>
        <w:tc>
          <w:tcPr>
            <w:tcW w:w="810" w:type="dxa"/>
            <w:vAlign w:val="center"/>
          </w:tcPr>
          <w:p w14:paraId="10072E4F" w14:textId="77777777" w:rsidR="00D73351" w:rsidRPr="009C5B1A" w:rsidRDefault="00D73351" w:rsidP="00D73351">
            <w:pPr>
              <w:spacing w:after="0" w:line="240" w:lineRule="auto"/>
              <w:jc w:val="center"/>
              <w:rPr>
                <w:rFonts w:eastAsia="Times New Roman" w:cs="Times New Roman"/>
                <w:sz w:val="20"/>
              </w:rPr>
            </w:pPr>
            <w:r w:rsidRPr="009C5B1A">
              <w:rPr>
                <w:rFonts w:eastAsia="Times New Roman" w:cs="Times New Roman"/>
                <w:sz w:val="20"/>
              </w:rPr>
              <w:t xml:space="preserve"> %</w:t>
            </w:r>
          </w:p>
        </w:tc>
        <w:tc>
          <w:tcPr>
            <w:tcW w:w="990" w:type="dxa"/>
            <w:vAlign w:val="center"/>
          </w:tcPr>
          <w:p w14:paraId="7E884AA9" w14:textId="77777777" w:rsidR="00D73351" w:rsidRPr="009C5B1A" w:rsidRDefault="00D73351" w:rsidP="00D73351">
            <w:pPr>
              <w:spacing w:after="0" w:line="240" w:lineRule="auto"/>
              <w:jc w:val="center"/>
              <w:rPr>
                <w:rFonts w:eastAsia="Times New Roman" w:cs="Times New Roman"/>
                <w:sz w:val="20"/>
              </w:rPr>
            </w:pPr>
            <w:r w:rsidRPr="009C5B1A">
              <w:rPr>
                <w:rFonts w:eastAsia="Times New Roman" w:cs="Times New Roman"/>
                <w:sz w:val="20"/>
              </w:rPr>
              <w:t xml:space="preserve"> %</w:t>
            </w:r>
          </w:p>
        </w:tc>
        <w:tc>
          <w:tcPr>
            <w:tcW w:w="900" w:type="dxa"/>
            <w:vAlign w:val="center"/>
          </w:tcPr>
          <w:p w14:paraId="4DA53DEA" w14:textId="77777777" w:rsidR="00D73351" w:rsidRPr="009C5B1A" w:rsidRDefault="00D73351" w:rsidP="00D73351">
            <w:pPr>
              <w:spacing w:after="0" w:line="240" w:lineRule="auto"/>
              <w:jc w:val="center"/>
              <w:rPr>
                <w:rFonts w:eastAsia="Times New Roman" w:cs="Times New Roman"/>
                <w:sz w:val="20"/>
              </w:rPr>
            </w:pPr>
            <w:r w:rsidRPr="009C5B1A">
              <w:rPr>
                <w:rFonts w:eastAsia="Times New Roman" w:cs="Times New Roman"/>
                <w:sz w:val="20"/>
              </w:rPr>
              <w:t xml:space="preserve"> %</w:t>
            </w:r>
          </w:p>
        </w:tc>
        <w:tc>
          <w:tcPr>
            <w:tcW w:w="928" w:type="dxa"/>
            <w:vAlign w:val="center"/>
          </w:tcPr>
          <w:p w14:paraId="5745120C" w14:textId="77777777" w:rsidR="00D73351" w:rsidRPr="009C5B1A" w:rsidRDefault="00D73351" w:rsidP="00D73351">
            <w:pPr>
              <w:spacing w:after="0" w:line="240" w:lineRule="auto"/>
              <w:jc w:val="center"/>
              <w:rPr>
                <w:rFonts w:eastAsia="Times New Roman" w:cs="Times New Roman"/>
                <w:sz w:val="20"/>
              </w:rPr>
            </w:pPr>
            <w:r w:rsidRPr="009C5B1A">
              <w:rPr>
                <w:rFonts w:eastAsia="Times New Roman" w:cs="Times New Roman"/>
                <w:sz w:val="20"/>
              </w:rPr>
              <w:t xml:space="preserve"> %</w:t>
            </w:r>
          </w:p>
        </w:tc>
        <w:tc>
          <w:tcPr>
            <w:tcW w:w="895" w:type="dxa"/>
            <w:vAlign w:val="center"/>
          </w:tcPr>
          <w:p w14:paraId="0FD2409C" w14:textId="77777777" w:rsidR="00D73351" w:rsidRPr="009C5B1A" w:rsidRDefault="00D73351" w:rsidP="00D73351">
            <w:pPr>
              <w:spacing w:after="0" w:line="240" w:lineRule="auto"/>
              <w:jc w:val="center"/>
              <w:rPr>
                <w:rFonts w:eastAsia="Times New Roman" w:cs="Times New Roman"/>
                <w:sz w:val="20"/>
              </w:rPr>
            </w:pPr>
            <w:r w:rsidRPr="009C5B1A">
              <w:rPr>
                <w:rFonts w:eastAsia="Times New Roman" w:cs="Times New Roman"/>
                <w:sz w:val="20"/>
              </w:rPr>
              <w:t xml:space="preserve"> %</w:t>
            </w:r>
          </w:p>
        </w:tc>
      </w:tr>
      <w:tr w:rsidR="00D73351" w:rsidRPr="009C5B1A" w14:paraId="0019B24D" w14:textId="77777777" w:rsidTr="009C5B1A">
        <w:trPr>
          <w:trHeight w:val="256"/>
        </w:trPr>
        <w:tc>
          <w:tcPr>
            <w:tcW w:w="8725" w:type="dxa"/>
            <w:shd w:val="clear" w:color="auto" w:fill="F2F2F2"/>
          </w:tcPr>
          <w:p w14:paraId="3ABBA1F9" w14:textId="77777777" w:rsidR="00D73351" w:rsidRPr="009C5B1A" w:rsidRDefault="00D73351" w:rsidP="00D73351">
            <w:pPr>
              <w:spacing w:after="0" w:line="240" w:lineRule="auto"/>
              <w:rPr>
                <w:rFonts w:eastAsia="Times New Roman" w:cs="Times New Roman"/>
                <w:b/>
                <w:i/>
                <w:sz w:val="20"/>
              </w:rPr>
            </w:pPr>
            <w:r w:rsidRPr="009C5B1A">
              <w:rPr>
                <w:rFonts w:eastAsia="Times New Roman" w:cs="Times New Roman"/>
                <w:b/>
                <w:i/>
                <w:sz w:val="20"/>
              </w:rPr>
              <w:t>This group member…</w:t>
            </w:r>
          </w:p>
        </w:tc>
        <w:tc>
          <w:tcPr>
            <w:tcW w:w="810" w:type="dxa"/>
            <w:vAlign w:val="center"/>
          </w:tcPr>
          <w:p w14:paraId="4B41A100" w14:textId="77777777" w:rsidR="00D73351" w:rsidRPr="009C5B1A" w:rsidRDefault="00D73351" w:rsidP="00D73351">
            <w:pPr>
              <w:spacing w:after="0" w:line="240" w:lineRule="auto"/>
              <w:jc w:val="center"/>
              <w:rPr>
                <w:rFonts w:eastAsia="Times New Roman" w:cs="Times New Roman"/>
                <w:sz w:val="20"/>
              </w:rPr>
            </w:pPr>
          </w:p>
        </w:tc>
        <w:tc>
          <w:tcPr>
            <w:tcW w:w="990" w:type="dxa"/>
            <w:vAlign w:val="center"/>
          </w:tcPr>
          <w:p w14:paraId="2FCA6B25" w14:textId="77777777" w:rsidR="00D73351" w:rsidRPr="009C5B1A" w:rsidRDefault="00D73351" w:rsidP="00D73351">
            <w:pPr>
              <w:spacing w:after="0" w:line="240" w:lineRule="auto"/>
              <w:jc w:val="center"/>
              <w:rPr>
                <w:rFonts w:eastAsia="Times New Roman" w:cs="Times New Roman"/>
                <w:sz w:val="20"/>
              </w:rPr>
            </w:pPr>
          </w:p>
        </w:tc>
        <w:tc>
          <w:tcPr>
            <w:tcW w:w="900" w:type="dxa"/>
            <w:vAlign w:val="center"/>
          </w:tcPr>
          <w:p w14:paraId="037D44BC" w14:textId="77777777" w:rsidR="00D73351" w:rsidRPr="009C5B1A" w:rsidRDefault="00D73351" w:rsidP="00D73351">
            <w:pPr>
              <w:spacing w:after="0" w:line="240" w:lineRule="auto"/>
              <w:jc w:val="center"/>
              <w:rPr>
                <w:rFonts w:eastAsia="Times New Roman" w:cs="Times New Roman"/>
                <w:sz w:val="20"/>
              </w:rPr>
            </w:pPr>
          </w:p>
        </w:tc>
        <w:tc>
          <w:tcPr>
            <w:tcW w:w="928" w:type="dxa"/>
            <w:vAlign w:val="center"/>
          </w:tcPr>
          <w:p w14:paraId="77C28F0D" w14:textId="77777777" w:rsidR="00D73351" w:rsidRPr="009C5B1A" w:rsidRDefault="00D73351" w:rsidP="00D73351">
            <w:pPr>
              <w:spacing w:after="0" w:line="240" w:lineRule="auto"/>
              <w:jc w:val="center"/>
              <w:rPr>
                <w:rFonts w:eastAsia="Times New Roman" w:cs="Times New Roman"/>
                <w:sz w:val="20"/>
              </w:rPr>
            </w:pPr>
          </w:p>
        </w:tc>
        <w:tc>
          <w:tcPr>
            <w:tcW w:w="895" w:type="dxa"/>
            <w:vAlign w:val="center"/>
          </w:tcPr>
          <w:p w14:paraId="7DF6CCBF" w14:textId="77777777" w:rsidR="00D73351" w:rsidRPr="009C5B1A" w:rsidRDefault="00D73351" w:rsidP="00D73351">
            <w:pPr>
              <w:spacing w:after="0" w:line="240" w:lineRule="auto"/>
              <w:jc w:val="center"/>
              <w:rPr>
                <w:rFonts w:eastAsia="Times New Roman" w:cs="Times New Roman"/>
                <w:sz w:val="20"/>
              </w:rPr>
            </w:pPr>
          </w:p>
        </w:tc>
      </w:tr>
      <w:tr w:rsidR="00D73351" w:rsidRPr="009C5B1A" w14:paraId="2A87F361" w14:textId="77777777" w:rsidTr="009C5B1A">
        <w:trPr>
          <w:trHeight w:val="241"/>
        </w:trPr>
        <w:tc>
          <w:tcPr>
            <w:tcW w:w="8725" w:type="dxa"/>
          </w:tcPr>
          <w:p w14:paraId="74D9F1A3" w14:textId="77777777" w:rsidR="00D73351" w:rsidRPr="009C5B1A" w:rsidRDefault="00D73351" w:rsidP="00D73351">
            <w:pPr>
              <w:numPr>
                <w:ilvl w:val="0"/>
                <w:numId w:val="11"/>
              </w:numPr>
              <w:spacing w:after="20" w:line="240" w:lineRule="auto"/>
              <w:ind w:left="216" w:hanging="216"/>
              <w:rPr>
                <w:rFonts w:eastAsia="Times New Roman" w:cs="Times New Roman"/>
                <w:sz w:val="20"/>
              </w:rPr>
            </w:pPr>
            <w:r w:rsidRPr="009C5B1A">
              <w:rPr>
                <w:rFonts w:eastAsia="Times New Roman" w:cs="Times New Roman"/>
                <w:sz w:val="20"/>
              </w:rPr>
              <w:t>Worked effectively with others, avoided arguments, and calmly stated any dissenting opinions.</w:t>
            </w:r>
          </w:p>
        </w:tc>
        <w:tc>
          <w:tcPr>
            <w:tcW w:w="810" w:type="dxa"/>
            <w:vAlign w:val="center"/>
          </w:tcPr>
          <w:p w14:paraId="6817E6DC" w14:textId="77777777" w:rsidR="00D73351" w:rsidRPr="009C5B1A" w:rsidRDefault="00D73351" w:rsidP="00D73351">
            <w:pPr>
              <w:spacing w:after="0" w:line="240" w:lineRule="auto"/>
              <w:jc w:val="center"/>
              <w:rPr>
                <w:rFonts w:eastAsia="Times New Roman" w:cs="Times New Roman"/>
                <w:sz w:val="20"/>
              </w:rPr>
            </w:pPr>
          </w:p>
        </w:tc>
        <w:tc>
          <w:tcPr>
            <w:tcW w:w="990" w:type="dxa"/>
            <w:vAlign w:val="center"/>
          </w:tcPr>
          <w:p w14:paraId="78007C15" w14:textId="77777777" w:rsidR="00D73351" w:rsidRPr="009C5B1A" w:rsidRDefault="00D73351" w:rsidP="00D73351">
            <w:pPr>
              <w:spacing w:after="0" w:line="240" w:lineRule="auto"/>
              <w:jc w:val="center"/>
              <w:rPr>
                <w:rFonts w:eastAsia="Times New Roman" w:cs="Times New Roman"/>
                <w:sz w:val="20"/>
              </w:rPr>
            </w:pPr>
          </w:p>
        </w:tc>
        <w:tc>
          <w:tcPr>
            <w:tcW w:w="900" w:type="dxa"/>
            <w:vAlign w:val="center"/>
          </w:tcPr>
          <w:p w14:paraId="45A51CA0" w14:textId="77777777" w:rsidR="00D73351" w:rsidRPr="009C5B1A" w:rsidRDefault="00D73351" w:rsidP="00D73351">
            <w:pPr>
              <w:spacing w:after="0" w:line="240" w:lineRule="auto"/>
              <w:jc w:val="center"/>
              <w:rPr>
                <w:rFonts w:eastAsia="Times New Roman" w:cs="Times New Roman"/>
                <w:sz w:val="20"/>
              </w:rPr>
            </w:pPr>
          </w:p>
        </w:tc>
        <w:tc>
          <w:tcPr>
            <w:tcW w:w="928" w:type="dxa"/>
            <w:vAlign w:val="center"/>
          </w:tcPr>
          <w:p w14:paraId="6A480EA6" w14:textId="77777777" w:rsidR="00D73351" w:rsidRPr="009C5B1A" w:rsidRDefault="00D73351" w:rsidP="00D73351">
            <w:pPr>
              <w:spacing w:after="0" w:line="240" w:lineRule="auto"/>
              <w:jc w:val="center"/>
              <w:rPr>
                <w:rFonts w:eastAsia="Times New Roman" w:cs="Times New Roman"/>
                <w:sz w:val="20"/>
              </w:rPr>
            </w:pPr>
          </w:p>
        </w:tc>
        <w:tc>
          <w:tcPr>
            <w:tcW w:w="895" w:type="dxa"/>
            <w:vAlign w:val="center"/>
          </w:tcPr>
          <w:p w14:paraId="6966DF0D" w14:textId="77777777" w:rsidR="00D73351" w:rsidRPr="009C5B1A" w:rsidRDefault="00D73351" w:rsidP="00D73351">
            <w:pPr>
              <w:spacing w:after="0" w:line="240" w:lineRule="auto"/>
              <w:jc w:val="center"/>
              <w:rPr>
                <w:rFonts w:eastAsia="Times New Roman" w:cs="Times New Roman"/>
                <w:sz w:val="20"/>
              </w:rPr>
            </w:pPr>
          </w:p>
        </w:tc>
      </w:tr>
      <w:tr w:rsidR="00D73351" w:rsidRPr="009C5B1A" w14:paraId="3F668576" w14:textId="77777777" w:rsidTr="009C5B1A">
        <w:trPr>
          <w:trHeight w:val="256"/>
        </w:trPr>
        <w:tc>
          <w:tcPr>
            <w:tcW w:w="8725" w:type="dxa"/>
          </w:tcPr>
          <w:p w14:paraId="3C909B2B" w14:textId="77777777" w:rsidR="00D73351" w:rsidRPr="009C5B1A" w:rsidRDefault="00D73351" w:rsidP="00D73351">
            <w:pPr>
              <w:numPr>
                <w:ilvl w:val="0"/>
                <w:numId w:val="11"/>
              </w:numPr>
              <w:spacing w:after="20" w:line="240" w:lineRule="auto"/>
              <w:ind w:left="216" w:hanging="216"/>
              <w:rPr>
                <w:rFonts w:eastAsia="Times New Roman" w:cs="Times New Roman"/>
                <w:sz w:val="20"/>
              </w:rPr>
            </w:pPr>
            <w:r w:rsidRPr="009C5B1A">
              <w:rPr>
                <w:rFonts w:eastAsia="Times New Roman" w:cs="Times New Roman"/>
                <w:sz w:val="20"/>
              </w:rPr>
              <w:t>Accurately articulated group goals.</w:t>
            </w:r>
          </w:p>
        </w:tc>
        <w:tc>
          <w:tcPr>
            <w:tcW w:w="810" w:type="dxa"/>
            <w:vAlign w:val="center"/>
          </w:tcPr>
          <w:p w14:paraId="129D8CAD" w14:textId="77777777" w:rsidR="00D73351" w:rsidRPr="009C5B1A" w:rsidRDefault="00D73351" w:rsidP="00D73351">
            <w:pPr>
              <w:spacing w:after="0" w:line="240" w:lineRule="auto"/>
              <w:jc w:val="center"/>
              <w:rPr>
                <w:rFonts w:eastAsia="Times New Roman" w:cs="Times New Roman"/>
                <w:sz w:val="20"/>
              </w:rPr>
            </w:pPr>
          </w:p>
        </w:tc>
        <w:tc>
          <w:tcPr>
            <w:tcW w:w="990" w:type="dxa"/>
            <w:vAlign w:val="center"/>
          </w:tcPr>
          <w:p w14:paraId="412A8A56" w14:textId="77777777" w:rsidR="00D73351" w:rsidRPr="009C5B1A" w:rsidRDefault="00D73351" w:rsidP="00D73351">
            <w:pPr>
              <w:spacing w:after="0" w:line="240" w:lineRule="auto"/>
              <w:jc w:val="center"/>
              <w:rPr>
                <w:rFonts w:eastAsia="Times New Roman" w:cs="Times New Roman"/>
                <w:sz w:val="20"/>
              </w:rPr>
            </w:pPr>
          </w:p>
        </w:tc>
        <w:tc>
          <w:tcPr>
            <w:tcW w:w="900" w:type="dxa"/>
            <w:vAlign w:val="center"/>
          </w:tcPr>
          <w:p w14:paraId="1809D5A5" w14:textId="77777777" w:rsidR="00D73351" w:rsidRPr="009C5B1A" w:rsidRDefault="00D73351" w:rsidP="00D73351">
            <w:pPr>
              <w:spacing w:after="0" w:line="240" w:lineRule="auto"/>
              <w:jc w:val="center"/>
              <w:rPr>
                <w:rFonts w:eastAsia="Times New Roman" w:cs="Times New Roman"/>
                <w:sz w:val="20"/>
              </w:rPr>
            </w:pPr>
          </w:p>
        </w:tc>
        <w:tc>
          <w:tcPr>
            <w:tcW w:w="928" w:type="dxa"/>
            <w:vAlign w:val="center"/>
          </w:tcPr>
          <w:p w14:paraId="4C55CA98" w14:textId="77777777" w:rsidR="00D73351" w:rsidRPr="009C5B1A" w:rsidRDefault="00D73351" w:rsidP="00D73351">
            <w:pPr>
              <w:spacing w:after="0" w:line="240" w:lineRule="auto"/>
              <w:jc w:val="center"/>
              <w:rPr>
                <w:rFonts w:eastAsia="Times New Roman" w:cs="Times New Roman"/>
                <w:sz w:val="20"/>
              </w:rPr>
            </w:pPr>
          </w:p>
        </w:tc>
        <w:tc>
          <w:tcPr>
            <w:tcW w:w="895" w:type="dxa"/>
            <w:vAlign w:val="center"/>
          </w:tcPr>
          <w:p w14:paraId="124A1724" w14:textId="77777777" w:rsidR="00D73351" w:rsidRPr="009C5B1A" w:rsidRDefault="00D73351" w:rsidP="00D73351">
            <w:pPr>
              <w:spacing w:after="0" w:line="240" w:lineRule="auto"/>
              <w:jc w:val="center"/>
              <w:rPr>
                <w:rFonts w:eastAsia="Times New Roman" w:cs="Times New Roman"/>
                <w:sz w:val="20"/>
              </w:rPr>
            </w:pPr>
          </w:p>
        </w:tc>
      </w:tr>
      <w:tr w:rsidR="00D73351" w:rsidRPr="009C5B1A" w14:paraId="43A2EAAD" w14:textId="77777777" w:rsidTr="009C5B1A">
        <w:trPr>
          <w:trHeight w:val="407"/>
        </w:trPr>
        <w:tc>
          <w:tcPr>
            <w:tcW w:w="8725" w:type="dxa"/>
          </w:tcPr>
          <w:p w14:paraId="5B1AE159" w14:textId="77777777" w:rsidR="00D73351" w:rsidRPr="009C5B1A" w:rsidRDefault="00D73351" w:rsidP="00D73351">
            <w:pPr>
              <w:numPr>
                <w:ilvl w:val="0"/>
                <w:numId w:val="11"/>
              </w:numPr>
              <w:spacing w:after="20" w:line="200" w:lineRule="exact"/>
              <w:ind w:left="216" w:hanging="216"/>
              <w:rPr>
                <w:rFonts w:eastAsia="Times New Roman" w:cs="Times New Roman"/>
                <w:sz w:val="20"/>
              </w:rPr>
            </w:pPr>
            <w:r w:rsidRPr="009C5B1A">
              <w:rPr>
                <w:rFonts w:eastAsia="Times New Roman" w:cs="Times New Roman"/>
                <w:sz w:val="20"/>
              </w:rPr>
              <w:t>Identified a variety of realistic solutions and provided persuasive and reasonable arguments for their choice of the best alternative.</w:t>
            </w:r>
          </w:p>
        </w:tc>
        <w:tc>
          <w:tcPr>
            <w:tcW w:w="810" w:type="dxa"/>
            <w:vAlign w:val="center"/>
          </w:tcPr>
          <w:p w14:paraId="3143F93C" w14:textId="77777777" w:rsidR="00D73351" w:rsidRPr="009C5B1A" w:rsidRDefault="00D73351" w:rsidP="00D73351">
            <w:pPr>
              <w:spacing w:after="0" w:line="240" w:lineRule="auto"/>
              <w:jc w:val="center"/>
              <w:rPr>
                <w:rFonts w:eastAsia="Times New Roman" w:cs="Times New Roman"/>
                <w:sz w:val="20"/>
              </w:rPr>
            </w:pPr>
          </w:p>
        </w:tc>
        <w:tc>
          <w:tcPr>
            <w:tcW w:w="990" w:type="dxa"/>
            <w:vAlign w:val="center"/>
          </w:tcPr>
          <w:p w14:paraId="17BD4DD6" w14:textId="77777777" w:rsidR="00D73351" w:rsidRPr="009C5B1A" w:rsidRDefault="00D73351" w:rsidP="00D73351">
            <w:pPr>
              <w:spacing w:after="0" w:line="240" w:lineRule="auto"/>
              <w:jc w:val="center"/>
              <w:rPr>
                <w:rFonts w:eastAsia="Times New Roman" w:cs="Times New Roman"/>
                <w:sz w:val="20"/>
              </w:rPr>
            </w:pPr>
          </w:p>
        </w:tc>
        <w:tc>
          <w:tcPr>
            <w:tcW w:w="900" w:type="dxa"/>
            <w:vAlign w:val="center"/>
          </w:tcPr>
          <w:p w14:paraId="545FD8D1" w14:textId="77777777" w:rsidR="00D73351" w:rsidRPr="009C5B1A" w:rsidRDefault="00D73351" w:rsidP="00D73351">
            <w:pPr>
              <w:spacing w:after="0" w:line="240" w:lineRule="auto"/>
              <w:jc w:val="center"/>
              <w:rPr>
                <w:rFonts w:eastAsia="Times New Roman" w:cs="Times New Roman"/>
                <w:sz w:val="20"/>
              </w:rPr>
            </w:pPr>
          </w:p>
        </w:tc>
        <w:tc>
          <w:tcPr>
            <w:tcW w:w="928" w:type="dxa"/>
            <w:vAlign w:val="center"/>
          </w:tcPr>
          <w:p w14:paraId="7C0DAE1A" w14:textId="77777777" w:rsidR="00D73351" w:rsidRPr="009C5B1A" w:rsidRDefault="00D73351" w:rsidP="00D73351">
            <w:pPr>
              <w:spacing w:after="0" w:line="240" w:lineRule="auto"/>
              <w:jc w:val="center"/>
              <w:rPr>
                <w:rFonts w:eastAsia="Times New Roman" w:cs="Times New Roman"/>
                <w:sz w:val="20"/>
              </w:rPr>
            </w:pPr>
          </w:p>
        </w:tc>
        <w:tc>
          <w:tcPr>
            <w:tcW w:w="895" w:type="dxa"/>
            <w:vAlign w:val="center"/>
          </w:tcPr>
          <w:p w14:paraId="33DD1607" w14:textId="77777777" w:rsidR="00D73351" w:rsidRPr="009C5B1A" w:rsidRDefault="00D73351" w:rsidP="00D73351">
            <w:pPr>
              <w:spacing w:after="0" w:line="240" w:lineRule="auto"/>
              <w:jc w:val="center"/>
              <w:rPr>
                <w:rFonts w:eastAsia="Times New Roman" w:cs="Times New Roman"/>
                <w:sz w:val="20"/>
              </w:rPr>
            </w:pPr>
          </w:p>
        </w:tc>
      </w:tr>
      <w:tr w:rsidR="00D73351" w:rsidRPr="009C5B1A" w14:paraId="2EF1A4CE" w14:textId="77777777" w:rsidTr="009C5B1A">
        <w:trPr>
          <w:trHeight w:val="169"/>
        </w:trPr>
        <w:tc>
          <w:tcPr>
            <w:tcW w:w="8725" w:type="dxa"/>
          </w:tcPr>
          <w:p w14:paraId="5C11CA69" w14:textId="1FF96C19" w:rsidR="00D73351" w:rsidRPr="009C5B1A" w:rsidRDefault="00D73351" w:rsidP="00D73351">
            <w:pPr>
              <w:numPr>
                <w:ilvl w:val="0"/>
                <w:numId w:val="11"/>
              </w:numPr>
              <w:spacing w:after="20" w:line="240" w:lineRule="auto"/>
              <w:ind w:left="216" w:hanging="216"/>
              <w:rPr>
                <w:rFonts w:eastAsia="Times New Roman" w:cs="Times New Roman"/>
                <w:sz w:val="20"/>
              </w:rPr>
            </w:pPr>
            <w:r w:rsidRPr="009C5B1A">
              <w:rPr>
                <w:rFonts w:eastAsia="Times New Roman" w:cs="Times New Roman"/>
                <w:sz w:val="20"/>
              </w:rPr>
              <w:t>Compromised and mediated discussions to reach group consensus on solution</w:t>
            </w:r>
            <w:r w:rsidR="00D84393">
              <w:rPr>
                <w:rFonts w:eastAsia="Times New Roman" w:cs="Times New Roman"/>
                <w:sz w:val="20"/>
              </w:rPr>
              <w:t xml:space="preserve">s, </w:t>
            </w:r>
            <w:r w:rsidRPr="009C5B1A">
              <w:rPr>
                <w:rFonts w:eastAsia="Times New Roman" w:cs="Times New Roman"/>
                <w:sz w:val="20"/>
              </w:rPr>
              <w:t xml:space="preserve">plan of action. </w:t>
            </w:r>
          </w:p>
        </w:tc>
        <w:tc>
          <w:tcPr>
            <w:tcW w:w="810" w:type="dxa"/>
            <w:vAlign w:val="center"/>
          </w:tcPr>
          <w:p w14:paraId="318EF6A3" w14:textId="77777777" w:rsidR="00D73351" w:rsidRPr="009C5B1A" w:rsidRDefault="00D73351" w:rsidP="00D73351">
            <w:pPr>
              <w:spacing w:after="0" w:line="240" w:lineRule="auto"/>
              <w:jc w:val="center"/>
              <w:rPr>
                <w:rFonts w:eastAsia="Times New Roman" w:cs="Times New Roman"/>
                <w:sz w:val="20"/>
              </w:rPr>
            </w:pPr>
          </w:p>
        </w:tc>
        <w:tc>
          <w:tcPr>
            <w:tcW w:w="990" w:type="dxa"/>
            <w:vAlign w:val="center"/>
          </w:tcPr>
          <w:p w14:paraId="5498928C" w14:textId="77777777" w:rsidR="00D73351" w:rsidRPr="009C5B1A" w:rsidRDefault="00D73351" w:rsidP="00D73351">
            <w:pPr>
              <w:spacing w:after="0" w:line="240" w:lineRule="auto"/>
              <w:jc w:val="center"/>
              <w:rPr>
                <w:rFonts w:eastAsia="Times New Roman" w:cs="Times New Roman"/>
                <w:sz w:val="20"/>
              </w:rPr>
            </w:pPr>
          </w:p>
        </w:tc>
        <w:tc>
          <w:tcPr>
            <w:tcW w:w="900" w:type="dxa"/>
            <w:vAlign w:val="center"/>
          </w:tcPr>
          <w:p w14:paraId="7C3ADBB3" w14:textId="77777777" w:rsidR="00D73351" w:rsidRPr="009C5B1A" w:rsidRDefault="00D73351" w:rsidP="00D73351">
            <w:pPr>
              <w:spacing w:after="0" w:line="240" w:lineRule="auto"/>
              <w:jc w:val="center"/>
              <w:rPr>
                <w:rFonts w:eastAsia="Times New Roman" w:cs="Times New Roman"/>
                <w:sz w:val="20"/>
              </w:rPr>
            </w:pPr>
          </w:p>
        </w:tc>
        <w:tc>
          <w:tcPr>
            <w:tcW w:w="928" w:type="dxa"/>
            <w:vAlign w:val="center"/>
          </w:tcPr>
          <w:p w14:paraId="790B4FDE" w14:textId="77777777" w:rsidR="00D73351" w:rsidRPr="009C5B1A" w:rsidRDefault="00D73351" w:rsidP="00D73351">
            <w:pPr>
              <w:spacing w:after="0" w:line="240" w:lineRule="auto"/>
              <w:jc w:val="center"/>
              <w:rPr>
                <w:rFonts w:eastAsia="Times New Roman" w:cs="Times New Roman"/>
                <w:sz w:val="20"/>
              </w:rPr>
            </w:pPr>
          </w:p>
        </w:tc>
        <w:tc>
          <w:tcPr>
            <w:tcW w:w="895" w:type="dxa"/>
            <w:vAlign w:val="center"/>
          </w:tcPr>
          <w:p w14:paraId="420402F1" w14:textId="77777777" w:rsidR="00D73351" w:rsidRPr="009C5B1A" w:rsidRDefault="00D73351" w:rsidP="00D73351">
            <w:pPr>
              <w:spacing w:after="0" w:line="240" w:lineRule="auto"/>
              <w:jc w:val="center"/>
              <w:rPr>
                <w:rFonts w:eastAsia="Times New Roman" w:cs="Times New Roman"/>
                <w:sz w:val="20"/>
              </w:rPr>
            </w:pPr>
          </w:p>
        </w:tc>
      </w:tr>
      <w:tr w:rsidR="00D73351" w:rsidRPr="009C5B1A" w14:paraId="3D381B87" w14:textId="77777777" w:rsidTr="009C5B1A">
        <w:trPr>
          <w:trHeight w:val="422"/>
        </w:trPr>
        <w:tc>
          <w:tcPr>
            <w:tcW w:w="8725" w:type="dxa"/>
          </w:tcPr>
          <w:p w14:paraId="074C30BB" w14:textId="77777777" w:rsidR="00D73351" w:rsidRPr="009C5B1A" w:rsidRDefault="00D73351" w:rsidP="00D73351">
            <w:pPr>
              <w:numPr>
                <w:ilvl w:val="0"/>
                <w:numId w:val="11"/>
              </w:numPr>
              <w:spacing w:after="20" w:line="200" w:lineRule="exact"/>
              <w:ind w:left="216" w:hanging="216"/>
              <w:rPr>
                <w:rFonts w:eastAsia="Times New Roman" w:cs="Times New Roman"/>
                <w:sz w:val="20"/>
              </w:rPr>
            </w:pPr>
            <w:r w:rsidRPr="009C5B1A">
              <w:rPr>
                <w:rFonts w:eastAsia="Times New Roman" w:cs="Times New Roman"/>
                <w:sz w:val="20"/>
              </w:rPr>
              <w:t xml:space="preserve">Completed group-assigned tasks by established deadlines, fulfilling all identified requirements, and did not depend on others to do all the work. </w:t>
            </w:r>
          </w:p>
        </w:tc>
        <w:tc>
          <w:tcPr>
            <w:tcW w:w="810" w:type="dxa"/>
            <w:vAlign w:val="center"/>
          </w:tcPr>
          <w:p w14:paraId="10F62AC3" w14:textId="77777777" w:rsidR="00D73351" w:rsidRPr="009C5B1A" w:rsidRDefault="00D73351" w:rsidP="00D73351">
            <w:pPr>
              <w:spacing w:after="0" w:line="240" w:lineRule="auto"/>
              <w:jc w:val="center"/>
              <w:rPr>
                <w:rFonts w:eastAsia="Times New Roman" w:cs="Times New Roman"/>
                <w:sz w:val="20"/>
              </w:rPr>
            </w:pPr>
          </w:p>
        </w:tc>
        <w:tc>
          <w:tcPr>
            <w:tcW w:w="990" w:type="dxa"/>
            <w:vAlign w:val="center"/>
          </w:tcPr>
          <w:p w14:paraId="4ED3307D" w14:textId="77777777" w:rsidR="00D73351" w:rsidRPr="009C5B1A" w:rsidRDefault="00D73351" w:rsidP="00D73351">
            <w:pPr>
              <w:spacing w:after="0" w:line="240" w:lineRule="auto"/>
              <w:jc w:val="center"/>
              <w:rPr>
                <w:rFonts w:eastAsia="Times New Roman" w:cs="Times New Roman"/>
                <w:sz w:val="20"/>
              </w:rPr>
            </w:pPr>
          </w:p>
        </w:tc>
        <w:tc>
          <w:tcPr>
            <w:tcW w:w="900" w:type="dxa"/>
            <w:vAlign w:val="center"/>
          </w:tcPr>
          <w:p w14:paraId="16F8075A" w14:textId="77777777" w:rsidR="00D73351" w:rsidRPr="009C5B1A" w:rsidRDefault="00D73351" w:rsidP="00D73351">
            <w:pPr>
              <w:spacing w:after="0" w:line="240" w:lineRule="auto"/>
              <w:jc w:val="center"/>
              <w:rPr>
                <w:rFonts w:eastAsia="Times New Roman" w:cs="Times New Roman"/>
                <w:sz w:val="20"/>
              </w:rPr>
            </w:pPr>
          </w:p>
        </w:tc>
        <w:tc>
          <w:tcPr>
            <w:tcW w:w="928" w:type="dxa"/>
            <w:vAlign w:val="center"/>
          </w:tcPr>
          <w:p w14:paraId="443EB64D" w14:textId="77777777" w:rsidR="00D73351" w:rsidRPr="009C5B1A" w:rsidRDefault="00D73351" w:rsidP="00D73351">
            <w:pPr>
              <w:spacing w:after="0" w:line="240" w:lineRule="auto"/>
              <w:jc w:val="center"/>
              <w:rPr>
                <w:rFonts w:eastAsia="Times New Roman" w:cs="Times New Roman"/>
                <w:sz w:val="20"/>
              </w:rPr>
            </w:pPr>
          </w:p>
        </w:tc>
        <w:tc>
          <w:tcPr>
            <w:tcW w:w="895" w:type="dxa"/>
            <w:vAlign w:val="center"/>
          </w:tcPr>
          <w:p w14:paraId="34E48110" w14:textId="77777777" w:rsidR="00D73351" w:rsidRPr="009C5B1A" w:rsidRDefault="00D73351" w:rsidP="00D73351">
            <w:pPr>
              <w:spacing w:after="0" w:line="240" w:lineRule="auto"/>
              <w:jc w:val="center"/>
              <w:rPr>
                <w:rFonts w:eastAsia="Times New Roman" w:cs="Times New Roman"/>
                <w:sz w:val="20"/>
              </w:rPr>
            </w:pPr>
          </w:p>
        </w:tc>
      </w:tr>
      <w:tr w:rsidR="00D73351" w:rsidRPr="009C5B1A" w14:paraId="7C30DC68" w14:textId="77777777" w:rsidTr="009C5B1A">
        <w:trPr>
          <w:trHeight w:val="241"/>
        </w:trPr>
        <w:tc>
          <w:tcPr>
            <w:tcW w:w="8725" w:type="dxa"/>
          </w:tcPr>
          <w:p w14:paraId="2C84E648" w14:textId="77777777" w:rsidR="00D73351" w:rsidRPr="009C5B1A" w:rsidRDefault="00D73351" w:rsidP="00D73351">
            <w:pPr>
              <w:numPr>
                <w:ilvl w:val="0"/>
                <w:numId w:val="11"/>
              </w:numPr>
              <w:spacing w:after="20" w:line="240" w:lineRule="auto"/>
              <w:ind w:left="216" w:hanging="216"/>
              <w:rPr>
                <w:rFonts w:eastAsia="Times New Roman" w:cs="Times New Roman"/>
                <w:sz w:val="20"/>
              </w:rPr>
            </w:pPr>
            <w:r w:rsidRPr="009C5B1A">
              <w:rPr>
                <w:rFonts w:eastAsia="Times New Roman" w:cs="Times New Roman"/>
                <w:sz w:val="20"/>
              </w:rPr>
              <w:t>Completed their own work and allowed others to contribute without “taking over” the tasks.</w:t>
            </w:r>
          </w:p>
        </w:tc>
        <w:tc>
          <w:tcPr>
            <w:tcW w:w="810" w:type="dxa"/>
            <w:vAlign w:val="center"/>
          </w:tcPr>
          <w:p w14:paraId="018322A4" w14:textId="77777777" w:rsidR="00D73351" w:rsidRPr="009C5B1A" w:rsidRDefault="00D73351" w:rsidP="00D73351">
            <w:pPr>
              <w:spacing w:after="0" w:line="240" w:lineRule="auto"/>
              <w:jc w:val="center"/>
              <w:rPr>
                <w:rFonts w:eastAsia="Times New Roman" w:cs="Times New Roman"/>
                <w:sz w:val="20"/>
              </w:rPr>
            </w:pPr>
          </w:p>
        </w:tc>
        <w:tc>
          <w:tcPr>
            <w:tcW w:w="990" w:type="dxa"/>
            <w:vAlign w:val="center"/>
          </w:tcPr>
          <w:p w14:paraId="1ED48FD3" w14:textId="77777777" w:rsidR="00D73351" w:rsidRPr="009C5B1A" w:rsidRDefault="00D73351" w:rsidP="00D73351">
            <w:pPr>
              <w:spacing w:after="0" w:line="240" w:lineRule="auto"/>
              <w:jc w:val="center"/>
              <w:rPr>
                <w:rFonts w:eastAsia="Times New Roman" w:cs="Times New Roman"/>
                <w:sz w:val="20"/>
              </w:rPr>
            </w:pPr>
          </w:p>
        </w:tc>
        <w:tc>
          <w:tcPr>
            <w:tcW w:w="900" w:type="dxa"/>
            <w:vAlign w:val="center"/>
          </w:tcPr>
          <w:p w14:paraId="5B9E4581" w14:textId="77777777" w:rsidR="00D73351" w:rsidRPr="009C5B1A" w:rsidRDefault="00D73351" w:rsidP="00D73351">
            <w:pPr>
              <w:spacing w:after="0" w:line="240" w:lineRule="auto"/>
              <w:jc w:val="center"/>
              <w:rPr>
                <w:rFonts w:eastAsia="Times New Roman" w:cs="Times New Roman"/>
                <w:sz w:val="20"/>
              </w:rPr>
            </w:pPr>
          </w:p>
        </w:tc>
        <w:tc>
          <w:tcPr>
            <w:tcW w:w="928" w:type="dxa"/>
            <w:vAlign w:val="center"/>
          </w:tcPr>
          <w:p w14:paraId="61DD3F83" w14:textId="77777777" w:rsidR="00D73351" w:rsidRPr="009C5B1A" w:rsidRDefault="00D73351" w:rsidP="00D73351">
            <w:pPr>
              <w:spacing w:after="0" w:line="240" w:lineRule="auto"/>
              <w:jc w:val="center"/>
              <w:rPr>
                <w:rFonts w:eastAsia="Times New Roman" w:cs="Times New Roman"/>
                <w:sz w:val="20"/>
              </w:rPr>
            </w:pPr>
          </w:p>
        </w:tc>
        <w:tc>
          <w:tcPr>
            <w:tcW w:w="895" w:type="dxa"/>
            <w:vAlign w:val="center"/>
          </w:tcPr>
          <w:p w14:paraId="7FDA7E6B" w14:textId="77777777" w:rsidR="00D73351" w:rsidRPr="009C5B1A" w:rsidRDefault="00D73351" w:rsidP="00D73351">
            <w:pPr>
              <w:spacing w:after="0" w:line="240" w:lineRule="auto"/>
              <w:jc w:val="center"/>
              <w:rPr>
                <w:rFonts w:eastAsia="Times New Roman" w:cs="Times New Roman"/>
                <w:sz w:val="20"/>
              </w:rPr>
            </w:pPr>
          </w:p>
        </w:tc>
      </w:tr>
      <w:tr w:rsidR="00D73351" w:rsidRPr="009C5B1A" w14:paraId="2CA66DE9" w14:textId="77777777" w:rsidTr="009C5B1A">
        <w:trPr>
          <w:trHeight w:val="256"/>
        </w:trPr>
        <w:tc>
          <w:tcPr>
            <w:tcW w:w="8725" w:type="dxa"/>
          </w:tcPr>
          <w:p w14:paraId="798486A0" w14:textId="43654667" w:rsidR="00D73351" w:rsidRPr="009C5B1A" w:rsidRDefault="00D73351" w:rsidP="00D73351">
            <w:pPr>
              <w:numPr>
                <w:ilvl w:val="0"/>
                <w:numId w:val="11"/>
              </w:numPr>
              <w:spacing w:after="20" w:line="240" w:lineRule="auto"/>
              <w:ind w:left="216" w:hanging="216"/>
              <w:rPr>
                <w:rFonts w:eastAsia="Times New Roman" w:cs="Times New Roman"/>
                <w:sz w:val="20"/>
              </w:rPr>
            </w:pPr>
            <w:r w:rsidRPr="009C5B1A">
              <w:rPr>
                <w:rFonts w:eastAsia="Times New Roman" w:cs="Times New Roman"/>
                <w:sz w:val="20"/>
              </w:rPr>
              <w:t xml:space="preserve">Stayed on </w:t>
            </w:r>
            <w:r w:rsidR="00C27AED" w:rsidRPr="009C5B1A">
              <w:rPr>
                <w:rFonts w:eastAsia="Times New Roman" w:cs="Times New Roman"/>
                <w:sz w:val="20"/>
              </w:rPr>
              <w:t>task and</w:t>
            </w:r>
            <w:r w:rsidRPr="009C5B1A">
              <w:rPr>
                <w:rFonts w:eastAsia="Times New Roman" w:cs="Times New Roman"/>
                <w:sz w:val="20"/>
              </w:rPr>
              <w:t xml:space="preserve"> provided useful and timely contributions to group discussions. </w:t>
            </w:r>
          </w:p>
        </w:tc>
        <w:tc>
          <w:tcPr>
            <w:tcW w:w="810" w:type="dxa"/>
            <w:vAlign w:val="center"/>
          </w:tcPr>
          <w:p w14:paraId="6C2DAA46" w14:textId="77777777" w:rsidR="00D73351" w:rsidRPr="009C5B1A" w:rsidRDefault="00D73351" w:rsidP="00D73351">
            <w:pPr>
              <w:spacing w:after="0" w:line="240" w:lineRule="auto"/>
              <w:jc w:val="center"/>
              <w:rPr>
                <w:rFonts w:eastAsia="Times New Roman" w:cs="Times New Roman"/>
                <w:sz w:val="20"/>
              </w:rPr>
            </w:pPr>
          </w:p>
        </w:tc>
        <w:tc>
          <w:tcPr>
            <w:tcW w:w="990" w:type="dxa"/>
            <w:vAlign w:val="center"/>
          </w:tcPr>
          <w:p w14:paraId="2EEA2CE7" w14:textId="77777777" w:rsidR="00D73351" w:rsidRPr="009C5B1A" w:rsidRDefault="00D73351" w:rsidP="00D73351">
            <w:pPr>
              <w:spacing w:after="0" w:line="240" w:lineRule="auto"/>
              <w:jc w:val="center"/>
              <w:rPr>
                <w:rFonts w:eastAsia="Times New Roman" w:cs="Times New Roman"/>
                <w:sz w:val="20"/>
              </w:rPr>
            </w:pPr>
          </w:p>
        </w:tc>
        <w:tc>
          <w:tcPr>
            <w:tcW w:w="900" w:type="dxa"/>
            <w:vAlign w:val="center"/>
          </w:tcPr>
          <w:p w14:paraId="68C95BED" w14:textId="77777777" w:rsidR="00D73351" w:rsidRPr="009C5B1A" w:rsidRDefault="00D73351" w:rsidP="00D73351">
            <w:pPr>
              <w:spacing w:after="0" w:line="240" w:lineRule="auto"/>
              <w:jc w:val="center"/>
              <w:rPr>
                <w:rFonts w:eastAsia="Times New Roman" w:cs="Times New Roman"/>
                <w:sz w:val="20"/>
              </w:rPr>
            </w:pPr>
          </w:p>
        </w:tc>
        <w:tc>
          <w:tcPr>
            <w:tcW w:w="928" w:type="dxa"/>
            <w:vAlign w:val="center"/>
          </w:tcPr>
          <w:p w14:paraId="0FD89447" w14:textId="77777777" w:rsidR="00D73351" w:rsidRPr="009C5B1A" w:rsidRDefault="00D73351" w:rsidP="00D73351">
            <w:pPr>
              <w:spacing w:after="0" w:line="240" w:lineRule="auto"/>
              <w:jc w:val="center"/>
              <w:rPr>
                <w:rFonts w:eastAsia="Times New Roman" w:cs="Times New Roman"/>
                <w:sz w:val="20"/>
              </w:rPr>
            </w:pPr>
          </w:p>
        </w:tc>
        <w:tc>
          <w:tcPr>
            <w:tcW w:w="895" w:type="dxa"/>
            <w:vAlign w:val="center"/>
          </w:tcPr>
          <w:p w14:paraId="02BD20F8" w14:textId="77777777" w:rsidR="00D73351" w:rsidRPr="009C5B1A" w:rsidRDefault="00D73351" w:rsidP="00D73351">
            <w:pPr>
              <w:spacing w:after="0" w:line="240" w:lineRule="auto"/>
              <w:jc w:val="center"/>
              <w:rPr>
                <w:rFonts w:eastAsia="Times New Roman" w:cs="Times New Roman"/>
                <w:sz w:val="20"/>
              </w:rPr>
            </w:pPr>
          </w:p>
        </w:tc>
      </w:tr>
      <w:tr w:rsidR="00D73351" w:rsidRPr="009C5B1A" w14:paraId="087501A0" w14:textId="77777777" w:rsidTr="009C5B1A">
        <w:trPr>
          <w:trHeight w:val="241"/>
        </w:trPr>
        <w:tc>
          <w:tcPr>
            <w:tcW w:w="8725" w:type="dxa"/>
          </w:tcPr>
          <w:p w14:paraId="07D356BF" w14:textId="77777777" w:rsidR="00D73351" w:rsidRPr="009C5B1A" w:rsidRDefault="00D73351" w:rsidP="00D73351">
            <w:pPr>
              <w:numPr>
                <w:ilvl w:val="0"/>
                <w:numId w:val="11"/>
              </w:numPr>
              <w:spacing w:after="20" w:line="240" w:lineRule="auto"/>
              <w:ind w:left="216" w:hanging="216"/>
              <w:rPr>
                <w:rFonts w:eastAsia="Times New Roman" w:cs="Times New Roman"/>
                <w:sz w:val="20"/>
              </w:rPr>
            </w:pPr>
            <w:r w:rsidRPr="009C5B1A">
              <w:rPr>
                <w:rFonts w:eastAsia="Times New Roman" w:cs="Times New Roman"/>
                <w:sz w:val="20"/>
              </w:rPr>
              <w:t>Worked hard to contribute and keep the group on track to submit group assignments on time.</w:t>
            </w:r>
          </w:p>
        </w:tc>
        <w:tc>
          <w:tcPr>
            <w:tcW w:w="810" w:type="dxa"/>
            <w:vAlign w:val="center"/>
          </w:tcPr>
          <w:p w14:paraId="51B3925C" w14:textId="77777777" w:rsidR="00D73351" w:rsidRPr="009C5B1A" w:rsidRDefault="00D73351" w:rsidP="00D73351">
            <w:pPr>
              <w:spacing w:after="0" w:line="240" w:lineRule="auto"/>
              <w:jc w:val="center"/>
              <w:rPr>
                <w:rFonts w:eastAsia="Times New Roman" w:cs="Times New Roman"/>
                <w:sz w:val="20"/>
              </w:rPr>
            </w:pPr>
          </w:p>
        </w:tc>
        <w:tc>
          <w:tcPr>
            <w:tcW w:w="990" w:type="dxa"/>
            <w:vAlign w:val="center"/>
          </w:tcPr>
          <w:p w14:paraId="7102BD5E" w14:textId="77777777" w:rsidR="00D73351" w:rsidRPr="009C5B1A" w:rsidRDefault="00D73351" w:rsidP="00D73351">
            <w:pPr>
              <w:spacing w:after="0" w:line="240" w:lineRule="auto"/>
              <w:jc w:val="center"/>
              <w:rPr>
                <w:rFonts w:eastAsia="Times New Roman" w:cs="Times New Roman"/>
                <w:sz w:val="20"/>
              </w:rPr>
            </w:pPr>
          </w:p>
        </w:tc>
        <w:tc>
          <w:tcPr>
            <w:tcW w:w="900" w:type="dxa"/>
            <w:vAlign w:val="center"/>
          </w:tcPr>
          <w:p w14:paraId="1127B936" w14:textId="77777777" w:rsidR="00D73351" w:rsidRPr="009C5B1A" w:rsidRDefault="00D73351" w:rsidP="00D73351">
            <w:pPr>
              <w:spacing w:after="0" w:line="240" w:lineRule="auto"/>
              <w:jc w:val="center"/>
              <w:rPr>
                <w:rFonts w:eastAsia="Times New Roman" w:cs="Times New Roman"/>
                <w:sz w:val="20"/>
              </w:rPr>
            </w:pPr>
          </w:p>
        </w:tc>
        <w:tc>
          <w:tcPr>
            <w:tcW w:w="928" w:type="dxa"/>
            <w:vAlign w:val="center"/>
          </w:tcPr>
          <w:p w14:paraId="3BF8FC0C" w14:textId="77777777" w:rsidR="00D73351" w:rsidRPr="009C5B1A" w:rsidRDefault="00D73351" w:rsidP="00D73351">
            <w:pPr>
              <w:spacing w:after="0" w:line="240" w:lineRule="auto"/>
              <w:jc w:val="center"/>
              <w:rPr>
                <w:rFonts w:eastAsia="Times New Roman" w:cs="Times New Roman"/>
                <w:sz w:val="20"/>
              </w:rPr>
            </w:pPr>
          </w:p>
        </w:tc>
        <w:tc>
          <w:tcPr>
            <w:tcW w:w="895" w:type="dxa"/>
            <w:vAlign w:val="center"/>
          </w:tcPr>
          <w:p w14:paraId="59EA315F" w14:textId="77777777" w:rsidR="00D73351" w:rsidRPr="009C5B1A" w:rsidRDefault="00D73351" w:rsidP="00D73351">
            <w:pPr>
              <w:spacing w:after="0" w:line="240" w:lineRule="auto"/>
              <w:jc w:val="center"/>
              <w:rPr>
                <w:rFonts w:eastAsia="Times New Roman" w:cs="Times New Roman"/>
                <w:sz w:val="20"/>
              </w:rPr>
            </w:pPr>
          </w:p>
        </w:tc>
      </w:tr>
      <w:tr w:rsidR="00D73351" w:rsidRPr="009C5B1A" w14:paraId="296C7EB9" w14:textId="77777777" w:rsidTr="005B3522">
        <w:trPr>
          <w:trHeight w:val="197"/>
        </w:trPr>
        <w:tc>
          <w:tcPr>
            <w:tcW w:w="8725" w:type="dxa"/>
          </w:tcPr>
          <w:p w14:paraId="0BCC111F" w14:textId="6C109522" w:rsidR="00D73351" w:rsidRPr="009C5B1A" w:rsidRDefault="00D73351" w:rsidP="00D73351">
            <w:pPr>
              <w:numPr>
                <w:ilvl w:val="0"/>
                <w:numId w:val="11"/>
              </w:numPr>
              <w:spacing w:after="20" w:line="200" w:lineRule="exact"/>
              <w:ind w:left="216" w:hanging="216"/>
              <w:rPr>
                <w:rFonts w:eastAsia="Times New Roman" w:cs="Times New Roman"/>
                <w:sz w:val="20"/>
              </w:rPr>
            </w:pPr>
            <w:r w:rsidRPr="009C5B1A">
              <w:rPr>
                <w:rFonts w:eastAsia="Times New Roman" w:cs="Times New Roman"/>
                <w:sz w:val="20"/>
              </w:rPr>
              <w:t>Remained positive about assignments and encouraged others to adopt a “can-do” attitude.</w:t>
            </w:r>
          </w:p>
        </w:tc>
        <w:tc>
          <w:tcPr>
            <w:tcW w:w="810" w:type="dxa"/>
            <w:vAlign w:val="center"/>
          </w:tcPr>
          <w:p w14:paraId="2EB99C5E" w14:textId="77777777" w:rsidR="00D73351" w:rsidRPr="009C5B1A" w:rsidRDefault="00D73351" w:rsidP="00D73351">
            <w:pPr>
              <w:spacing w:after="0" w:line="240" w:lineRule="auto"/>
              <w:jc w:val="center"/>
              <w:rPr>
                <w:rFonts w:eastAsia="Times New Roman" w:cs="Times New Roman"/>
                <w:sz w:val="20"/>
              </w:rPr>
            </w:pPr>
          </w:p>
        </w:tc>
        <w:tc>
          <w:tcPr>
            <w:tcW w:w="990" w:type="dxa"/>
            <w:vAlign w:val="center"/>
          </w:tcPr>
          <w:p w14:paraId="21B08E47" w14:textId="77777777" w:rsidR="00D73351" w:rsidRPr="009C5B1A" w:rsidRDefault="00D73351" w:rsidP="00D73351">
            <w:pPr>
              <w:spacing w:after="0" w:line="240" w:lineRule="auto"/>
              <w:jc w:val="center"/>
              <w:rPr>
                <w:rFonts w:eastAsia="Times New Roman" w:cs="Times New Roman"/>
                <w:sz w:val="20"/>
              </w:rPr>
            </w:pPr>
          </w:p>
        </w:tc>
        <w:tc>
          <w:tcPr>
            <w:tcW w:w="900" w:type="dxa"/>
            <w:vAlign w:val="center"/>
          </w:tcPr>
          <w:p w14:paraId="0D4F0241" w14:textId="77777777" w:rsidR="00D73351" w:rsidRPr="009C5B1A" w:rsidRDefault="00D73351" w:rsidP="00D73351">
            <w:pPr>
              <w:spacing w:after="0" w:line="240" w:lineRule="auto"/>
              <w:jc w:val="center"/>
              <w:rPr>
                <w:rFonts w:eastAsia="Times New Roman" w:cs="Times New Roman"/>
                <w:sz w:val="20"/>
              </w:rPr>
            </w:pPr>
          </w:p>
        </w:tc>
        <w:tc>
          <w:tcPr>
            <w:tcW w:w="928" w:type="dxa"/>
            <w:vAlign w:val="center"/>
          </w:tcPr>
          <w:p w14:paraId="2B161D87" w14:textId="77777777" w:rsidR="00D73351" w:rsidRPr="009C5B1A" w:rsidRDefault="00D73351" w:rsidP="00D73351">
            <w:pPr>
              <w:spacing w:after="0" w:line="240" w:lineRule="auto"/>
              <w:jc w:val="center"/>
              <w:rPr>
                <w:rFonts w:eastAsia="Times New Roman" w:cs="Times New Roman"/>
                <w:sz w:val="20"/>
              </w:rPr>
            </w:pPr>
          </w:p>
        </w:tc>
        <w:tc>
          <w:tcPr>
            <w:tcW w:w="895" w:type="dxa"/>
            <w:vAlign w:val="center"/>
          </w:tcPr>
          <w:p w14:paraId="0A779A70" w14:textId="77777777" w:rsidR="00D73351" w:rsidRPr="009C5B1A" w:rsidRDefault="00D73351" w:rsidP="00D73351">
            <w:pPr>
              <w:spacing w:after="0" w:line="240" w:lineRule="auto"/>
              <w:jc w:val="center"/>
              <w:rPr>
                <w:rFonts w:eastAsia="Times New Roman" w:cs="Times New Roman"/>
                <w:sz w:val="20"/>
              </w:rPr>
            </w:pPr>
          </w:p>
        </w:tc>
      </w:tr>
      <w:tr w:rsidR="00D73351" w:rsidRPr="009C5B1A" w14:paraId="515C74DB" w14:textId="77777777" w:rsidTr="009C5B1A">
        <w:trPr>
          <w:trHeight w:val="69"/>
        </w:trPr>
        <w:tc>
          <w:tcPr>
            <w:tcW w:w="8725" w:type="dxa"/>
          </w:tcPr>
          <w:p w14:paraId="42465659" w14:textId="4F425A9A" w:rsidR="00D73351" w:rsidRPr="009C5B1A" w:rsidRDefault="00D73351" w:rsidP="00D73351">
            <w:pPr>
              <w:numPr>
                <w:ilvl w:val="0"/>
                <w:numId w:val="11"/>
              </w:numPr>
              <w:tabs>
                <w:tab w:val="left" w:pos="288"/>
              </w:tabs>
              <w:spacing w:after="20" w:line="240" w:lineRule="auto"/>
              <w:ind w:left="216" w:hanging="216"/>
              <w:rPr>
                <w:rFonts w:eastAsia="Times New Roman" w:cs="Times New Roman"/>
                <w:sz w:val="20"/>
              </w:rPr>
            </w:pPr>
            <w:r w:rsidRPr="009C5B1A">
              <w:rPr>
                <w:rFonts w:eastAsia="Times New Roman" w:cs="Times New Roman"/>
                <w:sz w:val="20"/>
              </w:rPr>
              <w:t>Respectfully listened, discussed, asked questions, and helped direct problem</w:t>
            </w:r>
            <w:r w:rsidR="00796130">
              <w:rPr>
                <w:rFonts w:eastAsia="Times New Roman" w:cs="Times New Roman"/>
                <w:sz w:val="20"/>
              </w:rPr>
              <w:t>-solving</w:t>
            </w:r>
            <w:r w:rsidRPr="009C5B1A">
              <w:rPr>
                <w:rFonts w:eastAsia="Times New Roman" w:cs="Times New Roman"/>
                <w:sz w:val="20"/>
              </w:rPr>
              <w:t>.</w:t>
            </w:r>
          </w:p>
        </w:tc>
        <w:tc>
          <w:tcPr>
            <w:tcW w:w="810" w:type="dxa"/>
            <w:vAlign w:val="center"/>
          </w:tcPr>
          <w:p w14:paraId="1F6B77B0" w14:textId="77777777" w:rsidR="00D73351" w:rsidRPr="009C5B1A" w:rsidRDefault="00D73351" w:rsidP="00D73351">
            <w:pPr>
              <w:spacing w:after="0" w:line="240" w:lineRule="auto"/>
              <w:jc w:val="center"/>
              <w:rPr>
                <w:rFonts w:eastAsia="Times New Roman" w:cs="Times New Roman"/>
                <w:sz w:val="20"/>
              </w:rPr>
            </w:pPr>
          </w:p>
        </w:tc>
        <w:tc>
          <w:tcPr>
            <w:tcW w:w="990" w:type="dxa"/>
            <w:vAlign w:val="center"/>
          </w:tcPr>
          <w:p w14:paraId="78DB6F3B" w14:textId="77777777" w:rsidR="00D73351" w:rsidRPr="009C5B1A" w:rsidRDefault="00D73351" w:rsidP="00D73351">
            <w:pPr>
              <w:spacing w:after="0" w:line="240" w:lineRule="auto"/>
              <w:jc w:val="center"/>
              <w:rPr>
                <w:rFonts w:eastAsia="Times New Roman" w:cs="Times New Roman"/>
                <w:sz w:val="20"/>
              </w:rPr>
            </w:pPr>
          </w:p>
        </w:tc>
        <w:tc>
          <w:tcPr>
            <w:tcW w:w="900" w:type="dxa"/>
            <w:vAlign w:val="center"/>
          </w:tcPr>
          <w:p w14:paraId="1547118A" w14:textId="77777777" w:rsidR="00D73351" w:rsidRPr="009C5B1A" w:rsidRDefault="00D73351" w:rsidP="00D73351">
            <w:pPr>
              <w:spacing w:after="0" w:line="240" w:lineRule="auto"/>
              <w:jc w:val="center"/>
              <w:rPr>
                <w:rFonts w:eastAsia="Times New Roman" w:cs="Times New Roman"/>
                <w:sz w:val="20"/>
              </w:rPr>
            </w:pPr>
          </w:p>
        </w:tc>
        <w:tc>
          <w:tcPr>
            <w:tcW w:w="928" w:type="dxa"/>
            <w:vAlign w:val="center"/>
          </w:tcPr>
          <w:p w14:paraId="62788C36" w14:textId="77777777" w:rsidR="00D73351" w:rsidRPr="009C5B1A" w:rsidRDefault="00D73351" w:rsidP="00D73351">
            <w:pPr>
              <w:spacing w:after="0" w:line="240" w:lineRule="auto"/>
              <w:jc w:val="center"/>
              <w:rPr>
                <w:rFonts w:eastAsia="Times New Roman" w:cs="Times New Roman"/>
                <w:sz w:val="20"/>
              </w:rPr>
            </w:pPr>
          </w:p>
        </w:tc>
        <w:tc>
          <w:tcPr>
            <w:tcW w:w="895" w:type="dxa"/>
            <w:vAlign w:val="center"/>
          </w:tcPr>
          <w:p w14:paraId="45A7CC7B" w14:textId="77777777" w:rsidR="00D73351" w:rsidRPr="009C5B1A" w:rsidRDefault="00D73351" w:rsidP="00D73351">
            <w:pPr>
              <w:spacing w:after="0" w:line="240" w:lineRule="auto"/>
              <w:jc w:val="center"/>
              <w:rPr>
                <w:rFonts w:eastAsia="Times New Roman" w:cs="Times New Roman"/>
                <w:sz w:val="20"/>
              </w:rPr>
            </w:pPr>
          </w:p>
        </w:tc>
      </w:tr>
      <w:tr w:rsidR="00D73351" w:rsidRPr="009C5B1A" w14:paraId="347BA80B" w14:textId="77777777" w:rsidTr="009C5B1A">
        <w:trPr>
          <w:trHeight w:val="241"/>
        </w:trPr>
        <w:tc>
          <w:tcPr>
            <w:tcW w:w="8725" w:type="dxa"/>
          </w:tcPr>
          <w:p w14:paraId="62FBDE28" w14:textId="77777777" w:rsidR="00D73351" w:rsidRPr="009C5B1A" w:rsidRDefault="00D73351" w:rsidP="00D73351">
            <w:pPr>
              <w:numPr>
                <w:ilvl w:val="0"/>
                <w:numId w:val="11"/>
              </w:numPr>
              <w:tabs>
                <w:tab w:val="left" w:pos="288"/>
              </w:tabs>
              <w:spacing w:after="20" w:line="240" w:lineRule="auto"/>
              <w:ind w:left="216" w:hanging="216"/>
              <w:rPr>
                <w:rFonts w:eastAsia="Times New Roman" w:cs="Times New Roman"/>
                <w:sz w:val="20"/>
              </w:rPr>
            </w:pPr>
            <w:r w:rsidRPr="009C5B1A">
              <w:rPr>
                <w:rFonts w:eastAsia="Times New Roman" w:cs="Times New Roman"/>
                <w:sz w:val="20"/>
              </w:rPr>
              <w:t>Considered other's ideas even when they were not compatible with their own ideas.</w:t>
            </w:r>
          </w:p>
        </w:tc>
        <w:tc>
          <w:tcPr>
            <w:tcW w:w="810" w:type="dxa"/>
            <w:vAlign w:val="center"/>
          </w:tcPr>
          <w:p w14:paraId="7386943F" w14:textId="77777777" w:rsidR="00D73351" w:rsidRPr="009C5B1A" w:rsidRDefault="00D73351" w:rsidP="00D73351">
            <w:pPr>
              <w:spacing w:after="0" w:line="240" w:lineRule="auto"/>
              <w:jc w:val="center"/>
              <w:rPr>
                <w:rFonts w:eastAsia="Times New Roman" w:cs="Times New Roman"/>
                <w:sz w:val="20"/>
              </w:rPr>
            </w:pPr>
          </w:p>
        </w:tc>
        <w:tc>
          <w:tcPr>
            <w:tcW w:w="990" w:type="dxa"/>
            <w:vAlign w:val="center"/>
          </w:tcPr>
          <w:p w14:paraId="0CF22E6D" w14:textId="77777777" w:rsidR="00D73351" w:rsidRPr="009C5B1A" w:rsidRDefault="00D73351" w:rsidP="00D73351">
            <w:pPr>
              <w:spacing w:after="0" w:line="240" w:lineRule="auto"/>
              <w:jc w:val="center"/>
              <w:rPr>
                <w:rFonts w:eastAsia="Times New Roman" w:cs="Times New Roman"/>
                <w:sz w:val="20"/>
              </w:rPr>
            </w:pPr>
          </w:p>
        </w:tc>
        <w:tc>
          <w:tcPr>
            <w:tcW w:w="900" w:type="dxa"/>
            <w:vAlign w:val="center"/>
          </w:tcPr>
          <w:p w14:paraId="41EBB0B0" w14:textId="77777777" w:rsidR="00D73351" w:rsidRPr="009C5B1A" w:rsidRDefault="00D73351" w:rsidP="00D73351">
            <w:pPr>
              <w:spacing w:after="0" w:line="240" w:lineRule="auto"/>
              <w:jc w:val="center"/>
              <w:rPr>
                <w:rFonts w:eastAsia="Times New Roman" w:cs="Times New Roman"/>
                <w:sz w:val="20"/>
              </w:rPr>
            </w:pPr>
          </w:p>
        </w:tc>
        <w:tc>
          <w:tcPr>
            <w:tcW w:w="928" w:type="dxa"/>
            <w:vAlign w:val="center"/>
          </w:tcPr>
          <w:p w14:paraId="09E62669" w14:textId="77777777" w:rsidR="00D73351" w:rsidRPr="009C5B1A" w:rsidRDefault="00D73351" w:rsidP="00D73351">
            <w:pPr>
              <w:spacing w:after="0" w:line="240" w:lineRule="auto"/>
              <w:jc w:val="center"/>
              <w:rPr>
                <w:rFonts w:eastAsia="Times New Roman" w:cs="Times New Roman"/>
                <w:sz w:val="20"/>
              </w:rPr>
            </w:pPr>
          </w:p>
        </w:tc>
        <w:tc>
          <w:tcPr>
            <w:tcW w:w="895" w:type="dxa"/>
            <w:vAlign w:val="center"/>
          </w:tcPr>
          <w:p w14:paraId="5D5C2EC8" w14:textId="77777777" w:rsidR="00D73351" w:rsidRPr="009C5B1A" w:rsidRDefault="00D73351" w:rsidP="00D73351">
            <w:pPr>
              <w:spacing w:after="0" w:line="240" w:lineRule="auto"/>
              <w:jc w:val="center"/>
              <w:rPr>
                <w:rFonts w:eastAsia="Times New Roman" w:cs="Times New Roman"/>
                <w:sz w:val="20"/>
              </w:rPr>
            </w:pPr>
          </w:p>
        </w:tc>
      </w:tr>
      <w:tr w:rsidR="00D73351" w:rsidRPr="009C5B1A" w14:paraId="4E78F173" w14:textId="77777777" w:rsidTr="009C5B1A">
        <w:trPr>
          <w:trHeight w:val="256"/>
        </w:trPr>
        <w:tc>
          <w:tcPr>
            <w:tcW w:w="8725" w:type="dxa"/>
          </w:tcPr>
          <w:p w14:paraId="06EA6B5E" w14:textId="77777777" w:rsidR="00D73351" w:rsidRPr="009C5B1A" w:rsidRDefault="00D73351" w:rsidP="00D73351">
            <w:pPr>
              <w:numPr>
                <w:ilvl w:val="0"/>
                <w:numId w:val="11"/>
              </w:numPr>
              <w:tabs>
                <w:tab w:val="left" w:pos="288"/>
              </w:tabs>
              <w:spacing w:after="20" w:line="240" w:lineRule="auto"/>
              <w:ind w:left="216" w:hanging="216"/>
              <w:rPr>
                <w:rFonts w:eastAsia="Times New Roman" w:cs="Times New Roman"/>
                <w:sz w:val="20"/>
              </w:rPr>
            </w:pPr>
            <w:r w:rsidRPr="009C5B1A">
              <w:rPr>
                <w:rFonts w:eastAsia="Times New Roman" w:cs="Times New Roman"/>
                <w:sz w:val="20"/>
              </w:rPr>
              <w:t>Always maintained a positive attitude about the work of others in the group.</w:t>
            </w:r>
          </w:p>
        </w:tc>
        <w:tc>
          <w:tcPr>
            <w:tcW w:w="810" w:type="dxa"/>
            <w:vAlign w:val="center"/>
          </w:tcPr>
          <w:p w14:paraId="6A259F8E" w14:textId="77777777" w:rsidR="00D73351" w:rsidRPr="009C5B1A" w:rsidRDefault="00D73351" w:rsidP="00D73351">
            <w:pPr>
              <w:spacing w:after="0" w:line="240" w:lineRule="auto"/>
              <w:jc w:val="center"/>
              <w:rPr>
                <w:rFonts w:eastAsia="Times New Roman" w:cs="Times New Roman"/>
                <w:sz w:val="20"/>
              </w:rPr>
            </w:pPr>
          </w:p>
        </w:tc>
        <w:tc>
          <w:tcPr>
            <w:tcW w:w="990" w:type="dxa"/>
            <w:vAlign w:val="center"/>
          </w:tcPr>
          <w:p w14:paraId="40670372" w14:textId="77777777" w:rsidR="00D73351" w:rsidRPr="009C5B1A" w:rsidRDefault="00D73351" w:rsidP="00D73351">
            <w:pPr>
              <w:spacing w:after="0" w:line="240" w:lineRule="auto"/>
              <w:jc w:val="center"/>
              <w:rPr>
                <w:rFonts w:eastAsia="Times New Roman" w:cs="Times New Roman"/>
                <w:sz w:val="20"/>
              </w:rPr>
            </w:pPr>
          </w:p>
        </w:tc>
        <w:tc>
          <w:tcPr>
            <w:tcW w:w="900" w:type="dxa"/>
            <w:vAlign w:val="center"/>
          </w:tcPr>
          <w:p w14:paraId="4AFC05BA" w14:textId="77777777" w:rsidR="00D73351" w:rsidRPr="009C5B1A" w:rsidRDefault="00D73351" w:rsidP="00D73351">
            <w:pPr>
              <w:spacing w:after="0" w:line="240" w:lineRule="auto"/>
              <w:jc w:val="center"/>
              <w:rPr>
                <w:rFonts w:eastAsia="Times New Roman" w:cs="Times New Roman"/>
                <w:sz w:val="20"/>
              </w:rPr>
            </w:pPr>
          </w:p>
        </w:tc>
        <w:tc>
          <w:tcPr>
            <w:tcW w:w="928" w:type="dxa"/>
            <w:vAlign w:val="center"/>
          </w:tcPr>
          <w:p w14:paraId="41749E31" w14:textId="77777777" w:rsidR="00D73351" w:rsidRPr="009C5B1A" w:rsidRDefault="00D73351" w:rsidP="00D73351">
            <w:pPr>
              <w:spacing w:after="0" w:line="240" w:lineRule="auto"/>
              <w:jc w:val="center"/>
              <w:rPr>
                <w:rFonts w:eastAsia="Times New Roman" w:cs="Times New Roman"/>
                <w:sz w:val="20"/>
              </w:rPr>
            </w:pPr>
          </w:p>
        </w:tc>
        <w:tc>
          <w:tcPr>
            <w:tcW w:w="895" w:type="dxa"/>
            <w:vAlign w:val="center"/>
          </w:tcPr>
          <w:p w14:paraId="31E58DAD" w14:textId="77777777" w:rsidR="00D73351" w:rsidRPr="009C5B1A" w:rsidRDefault="00D73351" w:rsidP="00D73351">
            <w:pPr>
              <w:spacing w:after="0" w:line="240" w:lineRule="auto"/>
              <w:jc w:val="center"/>
              <w:rPr>
                <w:rFonts w:eastAsia="Times New Roman" w:cs="Times New Roman"/>
                <w:sz w:val="20"/>
              </w:rPr>
            </w:pPr>
          </w:p>
        </w:tc>
      </w:tr>
      <w:tr w:rsidR="00D73351" w:rsidRPr="009C5B1A" w14:paraId="61688958" w14:textId="77777777" w:rsidTr="009C5B1A">
        <w:trPr>
          <w:trHeight w:val="241"/>
        </w:trPr>
        <w:tc>
          <w:tcPr>
            <w:tcW w:w="8725" w:type="dxa"/>
          </w:tcPr>
          <w:p w14:paraId="10D3AD2F" w14:textId="77777777" w:rsidR="00D73351" w:rsidRPr="009C5B1A" w:rsidRDefault="00D73351" w:rsidP="00D73351">
            <w:pPr>
              <w:numPr>
                <w:ilvl w:val="0"/>
                <w:numId w:val="11"/>
              </w:numPr>
              <w:tabs>
                <w:tab w:val="left" w:pos="288"/>
              </w:tabs>
              <w:spacing w:after="20" w:line="240" w:lineRule="auto"/>
              <w:ind w:left="216" w:hanging="216"/>
              <w:rPr>
                <w:rFonts w:eastAsia="Times New Roman" w:cs="Times New Roman"/>
                <w:sz w:val="20"/>
              </w:rPr>
            </w:pPr>
            <w:r w:rsidRPr="009C5B1A">
              <w:rPr>
                <w:rFonts w:eastAsia="Times New Roman" w:cs="Times New Roman"/>
                <w:sz w:val="20"/>
              </w:rPr>
              <w:t>Diplomatically suggested constructive changes to other team members' work.</w:t>
            </w:r>
          </w:p>
        </w:tc>
        <w:tc>
          <w:tcPr>
            <w:tcW w:w="810" w:type="dxa"/>
            <w:vAlign w:val="center"/>
          </w:tcPr>
          <w:p w14:paraId="23A7A6D6" w14:textId="77777777" w:rsidR="00D73351" w:rsidRPr="009C5B1A" w:rsidRDefault="00D73351" w:rsidP="00D73351">
            <w:pPr>
              <w:spacing w:after="0" w:line="240" w:lineRule="auto"/>
              <w:jc w:val="center"/>
              <w:rPr>
                <w:rFonts w:eastAsia="Times New Roman" w:cs="Times New Roman"/>
                <w:sz w:val="20"/>
              </w:rPr>
            </w:pPr>
          </w:p>
        </w:tc>
        <w:tc>
          <w:tcPr>
            <w:tcW w:w="990" w:type="dxa"/>
            <w:vAlign w:val="center"/>
          </w:tcPr>
          <w:p w14:paraId="71B83382" w14:textId="77777777" w:rsidR="00D73351" w:rsidRPr="009C5B1A" w:rsidRDefault="00D73351" w:rsidP="00D73351">
            <w:pPr>
              <w:spacing w:after="0" w:line="240" w:lineRule="auto"/>
              <w:jc w:val="center"/>
              <w:rPr>
                <w:rFonts w:eastAsia="Times New Roman" w:cs="Times New Roman"/>
                <w:sz w:val="20"/>
              </w:rPr>
            </w:pPr>
          </w:p>
        </w:tc>
        <w:tc>
          <w:tcPr>
            <w:tcW w:w="900" w:type="dxa"/>
            <w:vAlign w:val="center"/>
          </w:tcPr>
          <w:p w14:paraId="429D0547" w14:textId="77777777" w:rsidR="00D73351" w:rsidRPr="009C5B1A" w:rsidRDefault="00D73351" w:rsidP="00D73351">
            <w:pPr>
              <w:spacing w:after="0" w:line="240" w:lineRule="auto"/>
              <w:jc w:val="center"/>
              <w:rPr>
                <w:rFonts w:eastAsia="Times New Roman" w:cs="Times New Roman"/>
                <w:sz w:val="20"/>
              </w:rPr>
            </w:pPr>
          </w:p>
        </w:tc>
        <w:tc>
          <w:tcPr>
            <w:tcW w:w="928" w:type="dxa"/>
            <w:vAlign w:val="center"/>
          </w:tcPr>
          <w:p w14:paraId="1CE042CC" w14:textId="77777777" w:rsidR="00D73351" w:rsidRPr="009C5B1A" w:rsidRDefault="00D73351" w:rsidP="00D73351">
            <w:pPr>
              <w:spacing w:after="0" w:line="240" w:lineRule="auto"/>
              <w:jc w:val="center"/>
              <w:rPr>
                <w:rFonts w:eastAsia="Times New Roman" w:cs="Times New Roman"/>
                <w:sz w:val="20"/>
              </w:rPr>
            </w:pPr>
          </w:p>
        </w:tc>
        <w:tc>
          <w:tcPr>
            <w:tcW w:w="895" w:type="dxa"/>
            <w:vAlign w:val="center"/>
          </w:tcPr>
          <w:p w14:paraId="626F42F5" w14:textId="77777777" w:rsidR="00D73351" w:rsidRPr="009C5B1A" w:rsidRDefault="00D73351" w:rsidP="00D73351">
            <w:pPr>
              <w:spacing w:after="0" w:line="240" w:lineRule="auto"/>
              <w:jc w:val="center"/>
              <w:rPr>
                <w:rFonts w:eastAsia="Times New Roman" w:cs="Times New Roman"/>
                <w:sz w:val="20"/>
              </w:rPr>
            </w:pPr>
          </w:p>
        </w:tc>
      </w:tr>
      <w:tr w:rsidR="00D73351" w:rsidRPr="009C5B1A" w14:paraId="35A6E4EA" w14:textId="77777777" w:rsidTr="009C5B1A">
        <w:trPr>
          <w:trHeight w:val="256"/>
        </w:trPr>
        <w:tc>
          <w:tcPr>
            <w:tcW w:w="8725" w:type="dxa"/>
          </w:tcPr>
          <w:p w14:paraId="0269D4BB" w14:textId="77777777" w:rsidR="00D73351" w:rsidRPr="009C5B1A" w:rsidRDefault="00D73351" w:rsidP="00D73351">
            <w:pPr>
              <w:numPr>
                <w:ilvl w:val="0"/>
                <w:numId w:val="11"/>
              </w:numPr>
              <w:tabs>
                <w:tab w:val="left" w:pos="288"/>
              </w:tabs>
              <w:spacing w:after="20" w:line="240" w:lineRule="auto"/>
              <w:ind w:left="216" w:hanging="216"/>
              <w:rPr>
                <w:rFonts w:eastAsia="Times New Roman" w:cs="Times New Roman"/>
                <w:sz w:val="20"/>
              </w:rPr>
            </w:pPr>
            <w:r w:rsidRPr="009C5B1A">
              <w:rPr>
                <w:rFonts w:eastAsia="Times New Roman" w:cs="Times New Roman"/>
                <w:sz w:val="20"/>
              </w:rPr>
              <w:t xml:space="preserve">Diplomatically suggested constructive changes to other team members' work habits. </w:t>
            </w:r>
          </w:p>
        </w:tc>
        <w:tc>
          <w:tcPr>
            <w:tcW w:w="810" w:type="dxa"/>
            <w:vAlign w:val="center"/>
          </w:tcPr>
          <w:p w14:paraId="3112C2A8" w14:textId="77777777" w:rsidR="00D73351" w:rsidRPr="009C5B1A" w:rsidRDefault="00D73351" w:rsidP="00D73351">
            <w:pPr>
              <w:spacing w:after="0" w:line="240" w:lineRule="auto"/>
              <w:jc w:val="center"/>
              <w:rPr>
                <w:rFonts w:eastAsia="Times New Roman" w:cs="Times New Roman"/>
                <w:sz w:val="20"/>
              </w:rPr>
            </w:pPr>
          </w:p>
        </w:tc>
        <w:tc>
          <w:tcPr>
            <w:tcW w:w="990" w:type="dxa"/>
            <w:vAlign w:val="center"/>
          </w:tcPr>
          <w:p w14:paraId="37C26DC4" w14:textId="77777777" w:rsidR="00D73351" w:rsidRPr="009C5B1A" w:rsidRDefault="00D73351" w:rsidP="00D73351">
            <w:pPr>
              <w:spacing w:after="0" w:line="240" w:lineRule="auto"/>
              <w:jc w:val="center"/>
              <w:rPr>
                <w:rFonts w:eastAsia="Times New Roman" w:cs="Times New Roman"/>
                <w:sz w:val="20"/>
              </w:rPr>
            </w:pPr>
          </w:p>
        </w:tc>
        <w:tc>
          <w:tcPr>
            <w:tcW w:w="900" w:type="dxa"/>
            <w:vAlign w:val="center"/>
          </w:tcPr>
          <w:p w14:paraId="38F9D4AA" w14:textId="77777777" w:rsidR="00D73351" w:rsidRPr="009C5B1A" w:rsidRDefault="00D73351" w:rsidP="00D73351">
            <w:pPr>
              <w:spacing w:after="0" w:line="240" w:lineRule="auto"/>
              <w:jc w:val="center"/>
              <w:rPr>
                <w:rFonts w:eastAsia="Times New Roman" w:cs="Times New Roman"/>
                <w:sz w:val="20"/>
              </w:rPr>
            </w:pPr>
          </w:p>
        </w:tc>
        <w:tc>
          <w:tcPr>
            <w:tcW w:w="928" w:type="dxa"/>
            <w:vAlign w:val="center"/>
          </w:tcPr>
          <w:p w14:paraId="63605D24" w14:textId="77777777" w:rsidR="00D73351" w:rsidRPr="009C5B1A" w:rsidRDefault="00D73351" w:rsidP="00D73351">
            <w:pPr>
              <w:spacing w:after="0" w:line="240" w:lineRule="auto"/>
              <w:jc w:val="center"/>
              <w:rPr>
                <w:rFonts w:eastAsia="Times New Roman" w:cs="Times New Roman"/>
                <w:sz w:val="20"/>
              </w:rPr>
            </w:pPr>
          </w:p>
        </w:tc>
        <w:tc>
          <w:tcPr>
            <w:tcW w:w="895" w:type="dxa"/>
            <w:vAlign w:val="center"/>
          </w:tcPr>
          <w:p w14:paraId="02E210B0" w14:textId="77777777" w:rsidR="00D73351" w:rsidRPr="009C5B1A" w:rsidRDefault="00D73351" w:rsidP="00D73351">
            <w:pPr>
              <w:spacing w:after="0" w:line="240" w:lineRule="auto"/>
              <w:jc w:val="center"/>
              <w:rPr>
                <w:rFonts w:eastAsia="Times New Roman" w:cs="Times New Roman"/>
                <w:sz w:val="20"/>
              </w:rPr>
            </w:pPr>
          </w:p>
        </w:tc>
      </w:tr>
      <w:tr w:rsidR="00D73351" w:rsidRPr="009C5B1A" w14:paraId="7C371D9E" w14:textId="77777777" w:rsidTr="009C5B1A">
        <w:trPr>
          <w:trHeight w:val="241"/>
        </w:trPr>
        <w:tc>
          <w:tcPr>
            <w:tcW w:w="8725" w:type="dxa"/>
          </w:tcPr>
          <w:p w14:paraId="5EA8A898" w14:textId="77777777" w:rsidR="00D73351" w:rsidRPr="009C5B1A" w:rsidRDefault="00D73351" w:rsidP="00D73351">
            <w:pPr>
              <w:numPr>
                <w:ilvl w:val="0"/>
                <w:numId w:val="11"/>
              </w:numPr>
              <w:tabs>
                <w:tab w:val="left" w:pos="288"/>
              </w:tabs>
              <w:spacing w:after="20" w:line="240" w:lineRule="auto"/>
              <w:ind w:left="216" w:hanging="216"/>
              <w:rPr>
                <w:rFonts w:eastAsia="Times New Roman" w:cs="Times New Roman"/>
                <w:sz w:val="20"/>
              </w:rPr>
            </w:pPr>
            <w:r w:rsidRPr="009C5B1A">
              <w:rPr>
                <w:rFonts w:eastAsia="Times New Roman" w:cs="Times New Roman"/>
                <w:sz w:val="20"/>
              </w:rPr>
              <w:t>Contributed a fair share of the EFFORT to the team's finished project.</w:t>
            </w:r>
          </w:p>
        </w:tc>
        <w:tc>
          <w:tcPr>
            <w:tcW w:w="810" w:type="dxa"/>
            <w:vAlign w:val="center"/>
          </w:tcPr>
          <w:p w14:paraId="0758B9EC" w14:textId="77777777" w:rsidR="00D73351" w:rsidRPr="009C5B1A" w:rsidRDefault="00D73351" w:rsidP="00D73351">
            <w:pPr>
              <w:spacing w:after="0" w:line="240" w:lineRule="auto"/>
              <w:jc w:val="center"/>
              <w:rPr>
                <w:rFonts w:eastAsia="Times New Roman" w:cs="Times New Roman"/>
                <w:sz w:val="20"/>
              </w:rPr>
            </w:pPr>
          </w:p>
        </w:tc>
        <w:tc>
          <w:tcPr>
            <w:tcW w:w="990" w:type="dxa"/>
            <w:vAlign w:val="center"/>
          </w:tcPr>
          <w:p w14:paraId="71E13905" w14:textId="77777777" w:rsidR="00D73351" w:rsidRPr="009C5B1A" w:rsidRDefault="00D73351" w:rsidP="00D73351">
            <w:pPr>
              <w:spacing w:after="0" w:line="240" w:lineRule="auto"/>
              <w:jc w:val="center"/>
              <w:rPr>
                <w:rFonts w:eastAsia="Times New Roman" w:cs="Times New Roman"/>
                <w:sz w:val="20"/>
              </w:rPr>
            </w:pPr>
          </w:p>
        </w:tc>
        <w:tc>
          <w:tcPr>
            <w:tcW w:w="900" w:type="dxa"/>
            <w:vAlign w:val="center"/>
          </w:tcPr>
          <w:p w14:paraId="68556E0C" w14:textId="77777777" w:rsidR="00D73351" w:rsidRPr="009C5B1A" w:rsidRDefault="00D73351" w:rsidP="00D73351">
            <w:pPr>
              <w:spacing w:after="0" w:line="240" w:lineRule="auto"/>
              <w:jc w:val="center"/>
              <w:rPr>
                <w:rFonts w:eastAsia="Times New Roman" w:cs="Times New Roman"/>
                <w:sz w:val="20"/>
              </w:rPr>
            </w:pPr>
          </w:p>
        </w:tc>
        <w:tc>
          <w:tcPr>
            <w:tcW w:w="928" w:type="dxa"/>
            <w:vAlign w:val="center"/>
          </w:tcPr>
          <w:p w14:paraId="306BBEAB" w14:textId="77777777" w:rsidR="00D73351" w:rsidRPr="009C5B1A" w:rsidRDefault="00D73351" w:rsidP="00D73351">
            <w:pPr>
              <w:spacing w:after="0" w:line="240" w:lineRule="auto"/>
              <w:jc w:val="center"/>
              <w:rPr>
                <w:rFonts w:eastAsia="Times New Roman" w:cs="Times New Roman"/>
                <w:sz w:val="20"/>
              </w:rPr>
            </w:pPr>
          </w:p>
        </w:tc>
        <w:tc>
          <w:tcPr>
            <w:tcW w:w="895" w:type="dxa"/>
            <w:vAlign w:val="center"/>
          </w:tcPr>
          <w:p w14:paraId="307E66B6" w14:textId="77777777" w:rsidR="00D73351" w:rsidRPr="009C5B1A" w:rsidRDefault="00D73351" w:rsidP="00D73351">
            <w:pPr>
              <w:spacing w:after="0" w:line="240" w:lineRule="auto"/>
              <w:jc w:val="center"/>
              <w:rPr>
                <w:rFonts w:eastAsia="Times New Roman" w:cs="Times New Roman"/>
                <w:sz w:val="20"/>
              </w:rPr>
            </w:pPr>
          </w:p>
        </w:tc>
      </w:tr>
      <w:tr w:rsidR="00D73351" w:rsidRPr="009C5B1A" w14:paraId="4C12B628" w14:textId="77777777" w:rsidTr="009C5B1A">
        <w:trPr>
          <w:trHeight w:val="256"/>
        </w:trPr>
        <w:tc>
          <w:tcPr>
            <w:tcW w:w="8725" w:type="dxa"/>
          </w:tcPr>
          <w:p w14:paraId="69783DDE" w14:textId="77777777" w:rsidR="00D73351" w:rsidRPr="009C5B1A" w:rsidRDefault="00D73351" w:rsidP="00D73351">
            <w:pPr>
              <w:numPr>
                <w:ilvl w:val="0"/>
                <w:numId w:val="11"/>
              </w:numPr>
              <w:tabs>
                <w:tab w:val="left" w:pos="288"/>
              </w:tabs>
              <w:spacing w:after="20" w:line="240" w:lineRule="auto"/>
              <w:ind w:left="216" w:hanging="216"/>
              <w:rPr>
                <w:rFonts w:eastAsia="Times New Roman" w:cs="Times New Roman"/>
                <w:sz w:val="20"/>
              </w:rPr>
            </w:pPr>
            <w:r w:rsidRPr="009C5B1A">
              <w:rPr>
                <w:rFonts w:eastAsia="Times New Roman" w:cs="Times New Roman"/>
                <w:sz w:val="20"/>
              </w:rPr>
              <w:t>Worked to guide, motivate, and inspire team members.</w:t>
            </w:r>
          </w:p>
        </w:tc>
        <w:tc>
          <w:tcPr>
            <w:tcW w:w="810" w:type="dxa"/>
            <w:vAlign w:val="center"/>
          </w:tcPr>
          <w:p w14:paraId="44EA5713" w14:textId="77777777" w:rsidR="00D73351" w:rsidRPr="009C5B1A" w:rsidRDefault="00D73351" w:rsidP="00D73351">
            <w:pPr>
              <w:spacing w:after="0" w:line="240" w:lineRule="auto"/>
              <w:jc w:val="center"/>
              <w:rPr>
                <w:rFonts w:eastAsia="Times New Roman" w:cs="Times New Roman"/>
                <w:sz w:val="20"/>
              </w:rPr>
            </w:pPr>
          </w:p>
        </w:tc>
        <w:tc>
          <w:tcPr>
            <w:tcW w:w="990" w:type="dxa"/>
            <w:vAlign w:val="center"/>
          </w:tcPr>
          <w:p w14:paraId="6D1B3D2E" w14:textId="77777777" w:rsidR="00D73351" w:rsidRPr="009C5B1A" w:rsidRDefault="00D73351" w:rsidP="00D73351">
            <w:pPr>
              <w:spacing w:after="0" w:line="240" w:lineRule="auto"/>
              <w:jc w:val="center"/>
              <w:rPr>
                <w:rFonts w:eastAsia="Times New Roman" w:cs="Times New Roman"/>
                <w:sz w:val="20"/>
              </w:rPr>
            </w:pPr>
          </w:p>
        </w:tc>
        <w:tc>
          <w:tcPr>
            <w:tcW w:w="900" w:type="dxa"/>
            <w:vAlign w:val="center"/>
          </w:tcPr>
          <w:p w14:paraId="49070047" w14:textId="77777777" w:rsidR="00D73351" w:rsidRPr="009C5B1A" w:rsidRDefault="00D73351" w:rsidP="00D73351">
            <w:pPr>
              <w:spacing w:after="0" w:line="240" w:lineRule="auto"/>
              <w:jc w:val="center"/>
              <w:rPr>
                <w:rFonts w:eastAsia="Times New Roman" w:cs="Times New Roman"/>
                <w:sz w:val="20"/>
              </w:rPr>
            </w:pPr>
          </w:p>
        </w:tc>
        <w:tc>
          <w:tcPr>
            <w:tcW w:w="928" w:type="dxa"/>
            <w:vAlign w:val="center"/>
          </w:tcPr>
          <w:p w14:paraId="2CA2734B" w14:textId="77777777" w:rsidR="00D73351" w:rsidRPr="009C5B1A" w:rsidRDefault="00D73351" w:rsidP="00D73351">
            <w:pPr>
              <w:spacing w:after="0" w:line="240" w:lineRule="auto"/>
              <w:jc w:val="center"/>
              <w:rPr>
                <w:rFonts w:eastAsia="Times New Roman" w:cs="Times New Roman"/>
                <w:sz w:val="20"/>
              </w:rPr>
            </w:pPr>
          </w:p>
        </w:tc>
        <w:tc>
          <w:tcPr>
            <w:tcW w:w="895" w:type="dxa"/>
            <w:vAlign w:val="center"/>
          </w:tcPr>
          <w:p w14:paraId="6F2DD35E" w14:textId="77777777" w:rsidR="00D73351" w:rsidRPr="009C5B1A" w:rsidRDefault="00D73351" w:rsidP="00D73351">
            <w:pPr>
              <w:spacing w:after="0" w:line="240" w:lineRule="auto"/>
              <w:jc w:val="center"/>
              <w:rPr>
                <w:rFonts w:eastAsia="Times New Roman" w:cs="Times New Roman"/>
                <w:sz w:val="20"/>
              </w:rPr>
            </w:pPr>
          </w:p>
        </w:tc>
      </w:tr>
      <w:tr w:rsidR="00D73351" w:rsidRPr="009C5B1A" w14:paraId="4C1C637A" w14:textId="77777777" w:rsidTr="009C5B1A">
        <w:trPr>
          <w:trHeight w:val="241"/>
        </w:trPr>
        <w:tc>
          <w:tcPr>
            <w:tcW w:w="8725" w:type="dxa"/>
          </w:tcPr>
          <w:p w14:paraId="04E303DC" w14:textId="77777777" w:rsidR="00D73351" w:rsidRPr="009C5B1A" w:rsidRDefault="00D73351" w:rsidP="00D73351">
            <w:pPr>
              <w:tabs>
                <w:tab w:val="left" w:pos="288"/>
              </w:tabs>
              <w:spacing w:after="0" w:line="240" w:lineRule="auto"/>
              <w:rPr>
                <w:rFonts w:eastAsia="Times New Roman" w:cs="Times New Roman"/>
                <w:sz w:val="20"/>
              </w:rPr>
            </w:pPr>
            <w:r w:rsidRPr="009C5B1A">
              <w:rPr>
                <w:rFonts w:eastAsia="Times New Roman" w:cs="Times New Roman"/>
                <w:sz w:val="20"/>
              </w:rPr>
              <w:t xml:space="preserve">OTHER: </w:t>
            </w:r>
          </w:p>
        </w:tc>
        <w:tc>
          <w:tcPr>
            <w:tcW w:w="810" w:type="dxa"/>
            <w:vAlign w:val="center"/>
          </w:tcPr>
          <w:p w14:paraId="1417D4E8" w14:textId="77777777" w:rsidR="00D73351" w:rsidRPr="009C5B1A" w:rsidRDefault="00D73351" w:rsidP="00D73351">
            <w:pPr>
              <w:spacing w:after="0" w:line="240" w:lineRule="auto"/>
              <w:jc w:val="center"/>
              <w:rPr>
                <w:rFonts w:eastAsia="Times New Roman" w:cs="Times New Roman"/>
                <w:sz w:val="20"/>
              </w:rPr>
            </w:pPr>
          </w:p>
        </w:tc>
        <w:tc>
          <w:tcPr>
            <w:tcW w:w="990" w:type="dxa"/>
            <w:vAlign w:val="center"/>
          </w:tcPr>
          <w:p w14:paraId="714F94C8" w14:textId="77777777" w:rsidR="00D73351" w:rsidRPr="009C5B1A" w:rsidRDefault="00D73351" w:rsidP="00D73351">
            <w:pPr>
              <w:spacing w:after="0" w:line="240" w:lineRule="auto"/>
              <w:jc w:val="center"/>
              <w:rPr>
                <w:rFonts w:eastAsia="Times New Roman" w:cs="Times New Roman"/>
                <w:sz w:val="20"/>
              </w:rPr>
            </w:pPr>
          </w:p>
        </w:tc>
        <w:tc>
          <w:tcPr>
            <w:tcW w:w="900" w:type="dxa"/>
            <w:vAlign w:val="center"/>
          </w:tcPr>
          <w:p w14:paraId="150BA7F5" w14:textId="77777777" w:rsidR="00D73351" w:rsidRPr="009C5B1A" w:rsidRDefault="00D73351" w:rsidP="00D73351">
            <w:pPr>
              <w:spacing w:after="0" w:line="240" w:lineRule="auto"/>
              <w:jc w:val="center"/>
              <w:rPr>
                <w:rFonts w:eastAsia="Times New Roman" w:cs="Times New Roman"/>
                <w:sz w:val="20"/>
              </w:rPr>
            </w:pPr>
          </w:p>
        </w:tc>
        <w:tc>
          <w:tcPr>
            <w:tcW w:w="928" w:type="dxa"/>
            <w:vAlign w:val="center"/>
          </w:tcPr>
          <w:p w14:paraId="7B3719AC" w14:textId="77777777" w:rsidR="00D73351" w:rsidRPr="009C5B1A" w:rsidRDefault="00D73351" w:rsidP="00D73351">
            <w:pPr>
              <w:spacing w:after="0" w:line="240" w:lineRule="auto"/>
              <w:jc w:val="center"/>
              <w:rPr>
                <w:rFonts w:eastAsia="Times New Roman" w:cs="Times New Roman"/>
                <w:sz w:val="20"/>
              </w:rPr>
            </w:pPr>
          </w:p>
        </w:tc>
        <w:tc>
          <w:tcPr>
            <w:tcW w:w="895" w:type="dxa"/>
            <w:vAlign w:val="center"/>
          </w:tcPr>
          <w:p w14:paraId="0BE0DA1E" w14:textId="77777777" w:rsidR="00D73351" w:rsidRPr="009C5B1A" w:rsidRDefault="00D73351" w:rsidP="00D73351">
            <w:pPr>
              <w:spacing w:after="0" w:line="240" w:lineRule="auto"/>
              <w:jc w:val="center"/>
              <w:rPr>
                <w:rFonts w:eastAsia="Times New Roman" w:cs="Times New Roman"/>
                <w:sz w:val="20"/>
              </w:rPr>
            </w:pPr>
          </w:p>
        </w:tc>
      </w:tr>
    </w:tbl>
    <w:p w14:paraId="78210A18" w14:textId="77777777" w:rsidR="00D73351" w:rsidRPr="005B3522" w:rsidRDefault="00D73351" w:rsidP="00D73351">
      <w:pPr>
        <w:spacing w:after="0" w:line="240" w:lineRule="auto"/>
        <w:ind w:left="360" w:hanging="360"/>
        <w:rPr>
          <w:rFonts w:eastAsia="Times New Roman" w:cs="Times New Roman"/>
          <w:sz w:val="14"/>
          <w:szCs w:val="14"/>
        </w:rPr>
      </w:pPr>
    </w:p>
    <w:tbl>
      <w:tblPr>
        <w:tblW w:w="132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
        <w:gridCol w:w="12224"/>
      </w:tblGrid>
      <w:tr w:rsidR="00D73351" w:rsidRPr="009C5B1A" w14:paraId="1C5DA885" w14:textId="77777777" w:rsidTr="00586E4C">
        <w:trPr>
          <w:trHeight w:val="70"/>
        </w:trPr>
        <w:tc>
          <w:tcPr>
            <w:tcW w:w="1006" w:type="dxa"/>
            <w:shd w:val="clear" w:color="auto" w:fill="F2F2F2"/>
          </w:tcPr>
          <w:p w14:paraId="268D4590" w14:textId="77777777" w:rsidR="00D73351" w:rsidRPr="009C5B1A" w:rsidRDefault="00D73351" w:rsidP="00D73351">
            <w:pPr>
              <w:spacing w:after="0" w:line="240" w:lineRule="auto"/>
              <w:rPr>
                <w:rFonts w:eastAsia="Times New Roman" w:cs="Times New Roman"/>
                <w:iCs/>
                <w:sz w:val="20"/>
              </w:rPr>
            </w:pPr>
            <w:r w:rsidRPr="009C5B1A">
              <w:rPr>
                <w:rFonts w:eastAsia="Times New Roman" w:cs="Times New Roman"/>
                <w:iCs/>
                <w:sz w:val="20"/>
              </w:rPr>
              <w:t>Item #</w:t>
            </w:r>
          </w:p>
        </w:tc>
        <w:tc>
          <w:tcPr>
            <w:tcW w:w="12224" w:type="dxa"/>
            <w:shd w:val="clear" w:color="auto" w:fill="F2F2F2"/>
          </w:tcPr>
          <w:p w14:paraId="14B26F1F" w14:textId="65D16A04" w:rsidR="00C27AED" w:rsidRPr="009C5B1A" w:rsidRDefault="00D73351" w:rsidP="00B15BF1">
            <w:pPr>
              <w:spacing w:line="200" w:lineRule="exact"/>
              <w:rPr>
                <w:rFonts w:eastAsia="Times New Roman" w:cs="Times New Roman"/>
                <w:i/>
                <w:sz w:val="20"/>
              </w:rPr>
            </w:pPr>
            <w:r w:rsidRPr="009C5B1A">
              <w:rPr>
                <w:rFonts w:eastAsia="Times New Roman" w:cs="Times New Roman"/>
                <w:i/>
                <w:sz w:val="20"/>
              </w:rPr>
              <w:t xml:space="preserve">What can specific group members START doing, STOP doing, &amp;/or CONTINUE doing to be a more effective group member? </w:t>
            </w:r>
          </w:p>
        </w:tc>
      </w:tr>
    </w:tbl>
    <w:p w14:paraId="6D43CF7F" w14:textId="77777777" w:rsidR="00D73351" w:rsidRPr="009C5B1A" w:rsidRDefault="00D73351" w:rsidP="005B3522">
      <w:pPr>
        <w:spacing w:after="0" w:line="240" w:lineRule="auto"/>
        <w:rPr>
          <w:rFonts w:eastAsia="Times New Roman" w:cs="Times New Roman"/>
          <w:sz w:val="20"/>
        </w:rPr>
      </w:pPr>
    </w:p>
    <w:sectPr w:rsidR="00D73351" w:rsidRPr="009C5B1A" w:rsidSect="009A5456">
      <w:headerReference w:type="default" r:id="rId8"/>
      <w:footerReference w:type="default" r:id="rId9"/>
      <w:pgSz w:w="15840" w:h="12240" w:orient="landscape"/>
      <w:pgMar w:top="1152" w:right="1152" w:bottom="1152" w:left="115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10F0E" w14:textId="77777777" w:rsidR="00D64CCD" w:rsidRDefault="00D64CCD" w:rsidP="00A74BAB">
      <w:r>
        <w:separator/>
      </w:r>
    </w:p>
  </w:endnote>
  <w:endnote w:type="continuationSeparator" w:id="0">
    <w:p w14:paraId="2CC9313F" w14:textId="77777777" w:rsidR="00D64CCD" w:rsidRDefault="00D64CCD" w:rsidP="00A74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916684"/>
      <w:docPartObj>
        <w:docPartGallery w:val="Page Numbers (Bottom of Page)"/>
        <w:docPartUnique/>
      </w:docPartObj>
    </w:sdtPr>
    <w:sdtEndPr/>
    <w:sdtContent>
      <w:sdt>
        <w:sdtPr>
          <w:id w:val="1728636285"/>
          <w:docPartObj>
            <w:docPartGallery w:val="Page Numbers (Top of Page)"/>
            <w:docPartUnique/>
          </w:docPartObj>
        </w:sdtPr>
        <w:sdtEndPr/>
        <w:sdtContent>
          <w:p w14:paraId="50E57496" w14:textId="77777777" w:rsidR="00DC59F3" w:rsidRPr="009A5456" w:rsidRDefault="00DC59F3" w:rsidP="00A74BAB">
            <w:pPr>
              <w:pStyle w:val="Footer"/>
            </w:pPr>
          </w:p>
          <w:p w14:paraId="591B2AEA" w14:textId="0C8C9D38" w:rsidR="00DC59F3" w:rsidRPr="009A5456" w:rsidRDefault="00D64CCD" w:rsidP="00A74BAB">
            <w:pPr>
              <w:pStyle w:val="Footer"/>
            </w:pPr>
            <w:r>
              <w:pict w14:anchorId="2C83A2EE">
                <v:rect id="_x0000_i1025" style="width:676.8pt;height:1.5pt;mso-position-horizontal:absolute;mso-position-horizontal-relative:text;mso-position-vertical:absolute;mso-position-vertical-relative:text" o:hralign="center" o:hrstd="t" o:hrnoshade="t" o:hr="t" fillcolor="#18636a" stroked="f"/>
              </w:pict>
            </w:r>
          </w:p>
          <w:p w14:paraId="5FFF764E" w14:textId="2A7E512F" w:rsidR="008B0E05" w:rsidRPr="009A5456" w:rsidRDefault="00B531A0" w:rsidP="00A74BAB">
            <w:pPr>
              <w:pStyle w:val="Footer"/>
            </w:pPr>
            <w:r>
              <w:t>© 202</w:t>
            </w:r>
            <w:r w:rsidR="005F71D7">
              <w:t>7</w:t>
            </w:r>
            <w:r>
              <w:t xml:space="preserve"> Larson &amp; Lockee, Streamlined ID  </w:t>
            </w:r>
            <w:r>
              <w:tab/>
            </w:r>
            <w:r>
              <w:tab/>
            </w:r>
            <w:r w:rsidR="005F4FB5">
              <w:tab/>
            </w:r>
            <w:r w:rsidR="008B0E05" w:rsidRPr="009A5456">
              <w:t xml:space="preserve">Page </w:t>
            </w:r>
            <w:r w:rsidR="008B0E05" w:rsidRPr="009A5456">
              <w:rPr>
                <w:b/>
                <w:bCs/>
              </w:rPr>
              <w:fldChar w:fldCharType="begin"/>
            </w:r>
            <w:r w:rsidR="008B0E05" w:rsidRPr="009A5456">
              <w:rPr>
                <w:b/>
                <w:bCs/>
              </w:rPr>
              <w:instrText xml:space="preserve"> PAGE </w:instrText>
            </w:r>
            <w:r w:rsidR="008B0E05" w:rsidRPr="009A5456">
              <w:rPr>
                <w:b/>
                <w:bCs/>
              </w:rPr>
              <w:fldChar w:fldCharType="separate"/>
            </w:r>
            <w:r w:rsidR="008B0E05" w:rsidRPr="009A5456">
              <w:rPr>
                <w:b/>
                <w:bCs/>
                <w:noProof/>
              </w:rPr>
              <w:t>2</w:t>
            </w:r>
            <w:r w:rsidR="008B0E05" w:rsidRPr="009A5456">
              <w:rPr>
                <w:b/>
                <w:bCs/>
              </w:rPr>
              <w:fldChar w:fldCharType="end"/>
            </w:r>
            <w:r w:rsidR="008B0E05" w:rsidRPr="009A5456">
              <w:t xml:space="preserve"> of </w:t>
            </w:r>
            <w:r w:rsidR="008B0E05" w:rsidRPr="009A5456">
              <w:rPr>
                <w:b/>
                <w:bCs/>
              </w:rPr>
              <w:fldChar w:fldCharType="begin"/>
            </w:r>
            <w:r w:rsidR="008B0E05" w:rsidRPr="009A5456">
              <w:rPr>
                <w:b/>
                <w:bCs/>
              </w:rPr>
              <w:instrText xml:space="preserve"> NUMPAGES  </w:instrText>
            </w:r>
            <w:r w:rsidR="008B0E05" w:rsidRPr="009A5456">
              <w:rPr>
                <w:b/>
                <w:bCs/>
              </w:rPr>
              <w:fldChar w:fldCharType="separate"/>
            </w:r>
            <w:r w:rsidR="008B0E05" w:rsidRPr="009A5456">
              <w:rPr>
                <w:b/>
                <w:bCs/>
                <w:noProof/>
              </w:rPr>
              <w:t>2</w:t>
            </w:r>
            <w:r w:rsidR="008B0E05" w:rsidRPr="009A5456">
              <w:rPr>
                <w:b/>
                <w:bCs/>
              </w:rPr>
              <w:fldChar w:fldCharType="end"/>
            </w:r>
          </w:p>
        </w:sdtContent>
      </w:sdt>
    </w:sdtContent>
  </w:sdt>
  <w:p w14:paraId="47B8B7B6" w14:textId="5F5877F9" w:rsidR="00B63FB2" w:rsidRPr="009A5456" w:rsidRDefault="00B63FB2" w:rsidP="00A74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348E9" w14:textId="77777777" w:rsidR="00D64CCD" w:rsidRDefault="00D64CCD" w:rsidP="00A74BAB">
      <w:r>
        <w:separator/>
      </w:r>
    </w:p>
  </w:footnote>
  <w:footnote w:type="continuationSeparator" w:id="0">
    <w:p w14:paraId="16BED3EC" w14:textId="77777777" w:rsidR="00D64CCD" w:rsidRDefault="00D64CCD" w:rsidP="00A74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834" w:type="pct"/>
      <w:tblInd w:w="-1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833"/>
    </w:tblGrid>
    <w:tr w:rsidR="0084008E" w:rsidRPr="009D5B79" w14:paraId="40875567" w14:textId="77777777" w:rsidTr="00684D6A">
      <w:trPr>
        <w:trHeight w:val="1164"/>
      </w:trPr>
      <w:tc>
        <w:tcPr>
          <w:tcW w:w="15793" w:type="dxa"/>
        </w:tcPr>
        <w:p w14:paraId="27B40743" w14:textId="65942C66" w:rsidR="00195024" w:rsidRPr="009D5B79" w:rsidRDefault="008A5D40" w:rsidP="00A74BAB">
          <w:pPr>
            <w:pStyle w:val="Header"/>
          </w:pPr>
          <w:r w:rsidRPr="009D5B79">
            <w:rPr>
              <w:noProof/>
            </w:rPr>
            <w:drawing>
              <wp:inline distT="0" distB="0" distL="0" distR="0" wp14:anchorId="0078341A" wp14:editId="6F428E3E">
                <wp:extent cx="11323955" cy="791840"/>
                <wp:effectExtent l="0" t="0" r="0" b="8890"/>
                <wp:docPr id="1237229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9186" name="Picture 2"/>
                        <pic:cNvPicPr/>
                      </pic:nvPicPr>
                      <pic:blipFill>
                        <a:blip r:embed="rId1"/>
                        <a:stretch>
                          <a:fillRect/>
                        </a:stretch>
                      </pic:blipFill>
                      <pic:spPr>
                        <a:xfrm>
                          <a:off x="0" y="0"/>
                          <a:ext cx="11560478" cy="808379"/>
                        </a:xfrm>
                        <a:prstGeom prst="rect">
                          <a:avLst/>
                        </a:prstGeom>
                      </pic:spPr>
                    </pic:pic>
                  </a:graphicData>
                </a:graphic>
              </wp:inline>
            </w:drawing>
          </w:r>
        </w:p>
      </w:tc>
    </w:tr>
  </w:tbl>
  <w:p w14:paraId="68F409B8" w14:textId="3E646523" w:rsidR="00B63FB2" w:rsidRPr="0038409A" w:rsidRDefault="00B63FB2" w:rsidP="00A74B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B77464D"/>
    <w:multiLevelType w:val="hybridMultilevel"/>
    <w:tmpl w:val="7C2E7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4A581B"/>
    <w:multiLevelType w:val="hybridMultilevel"/>
    <w:tmpl w:val="B45A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 w:numId="10" w16cid:durableId="113333852">
    <w:abstractNumId w:val="9"/>
  </w:num>
  <w:num w:numId="11" w16cid:durableId="1857559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AB7"/>
    <w:rsid w:val="00034616"/>
    <w:rsid w:val="0006063C"/>
    <w:rsid w:val="00081F92"/>
    <w:rsid w:val="000860B3"/>
    <w:rsid w:val="00135120"/>
    <w:rsid w:val="001356FC"/>
    <w:rsid w:val="0015074B"/>
    <w:rsid w:val="00156DD6"/>
    <w:rsid w:val="00195024"/>
    <w:rsid w:val="001D3710"/>
    <w:rsid w:val="001D6824"/>
    <w:rsid w:val="001D7412"/>
    <w:rsid w:val="00230E45"/>
    <w:rsid w:val="0029639D"/>
    <w:rsid w:val="002E1374"/>
    <w:rsid w:val="00326F90"/>
    <w:rsid w:val="0034373D"/>
    <w:rsid w:val="00345E81"/>
    <w:rsid w:val="00376B07"/>
    <w:rsid w:val="0038409A"/>
    <w:rsid w:val="0041598B"/>
    <w:rsid w:val="0049467C"/>
    <w:rsid w:val="004D693F"/>
    <w:rsid w:val="004E759B"/>
    <w:rsid w:val="00561615"/>
    <w:rsid w:val="005B3522"/>
    <w:rsid w:val="005F4FB5"/>
    <w:rsid w:val="005F71D7"/>
    <w:rsid w:val="00684D6A"/>
    <w:rsid w:val="00685A38"/>
    <w:rsid w:val="00686810"/>
    <w:rsid w:val="006F30F3"/>
    <w:rsid w:val="0078610E"/>
    <w:rsid w:val="00796130"/>
    <w:rsid w:val="007B51E9"/>
    <w:rsid w:val="0084008E"/>
    <w:rsid w:val="00852CBB"/>
    <w:rsid w:val="008870F7"/>
    <w:rsid w:val="008A5D40"/>
    <w:rsid w:val="008B0E05"/>
    <w:rsid w:val="009A5456"/>
    <w:rsid w:val="009C5B1A"/>
    <w:rsid w:val="009D5B79"/>
    <w:rsid w:val="009F6311"/>
    <w:rsid w:val="009F77F9"/>
    <w:rsid w:val="00A25344"/>
    <w:rsid w:val="00A537C4"/>
    <w:rsid w:val="00A74BAB"/>
    <w:rsid w:val="00A857CD"/>
    <w:rsid w:val="00AA1D8D"/>
    <w:rsid w:val="00AB21B8"/>
    <w:rsid w:val="00B15BF1"/>
    <w:rsid w:val="00B47730"/>
    <w:rsid w:val="00B531A0"/>
    <w:rsid w:val="00B63FB2"/>
    <w:rsid w:val="00B9083E"/>
    <w:rsid w:val="00BB02E5"/>
    <w:rsid w:val="00BC15C1"/>
    <w:rsid w:val="00C27AED"/>
    <w:rsid w:val="00C3092A"/>
    <w:rsid w:val="00CB0664"/>
    <w:rsid w:val="00D2518D"/>
    <w:rsid w:val="00D64CCD"/>
    <w:rsid w:val="00D73351"/>
    <w:rsid w:val="00D84393"/>
    <w:rsid w:val="00DC59F3"/>
    <w:rsid w:val="00DE3EFC"/>
    <w:rsid w:val="00EA05A8"/>
    <w:rsid w:val="00EB2D13"/>
    <w:rsid w:val="00EE3518"/>
    <w:rsid w:val="00F04481"/>
    <w:rsid w:val="00F80F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0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BAB"/>
    <w:pPr>
      <w:spacing w:after="120"/>
    </w:pPr>
    <w:rPr>
      <w:rFonts w:ascii="Aptos" w:hAnsi="Aptos"/>
      <w:szCs w:val="20"/>
    </w:rPr>
  </w:style>
  <w:style w:type="paragraph" w:styleId="Heading1">
    <w:name w:val="heading 1"/>
    <w:basedOn w:val="BrandedHeading"/>
    <w:next w:val="Normal"/>
    <w:link w:val="Heading1Char"/>
    <w:uiPriority w:val="9"/>
    <w:qFormat/>
    <w:rsid w:val="00AB21B8"/>
    <w:pPr>
      <w:outlineLvl w:val="0"/>
    </w:pPr>
    <w:rPr>
      <w:rFonts w:ascii="Aptos" w:hAnsi="Aptos"/>
      <w:color w:val="18636A"/>
    </w:rPr>
  </w:style>
  <w:style w:type="paragraph" w:styleId="Heading2">
    <w:name w:val="heading 2"/>
    <w:basedOn w:val="Normal"/>
    <w:next w:val="Normal"/>
    <w:link w:val="Heading2Char"/>
    <w:uiPriority w:val="9"/>
    <w:unhideWhenUsed/>
    <w:qFormat/>
    <w:rsid w:val="001D3710"/>
    <w:pPr>
      <w:outlineLvl w:val="1"/>
    </w:pPr>
    <w:rPr>
      <w:b/>
      <w:bCs/>
    </w:rPr>
  </w:style>
  <w:style w:type="paragraph" w:styleId="Heading3">
    <w:name w:val="heading 3"/>
    <w:basedOn w:val="Normal"/>
    <w:next w:val="Normal"/>
    <w:link w:val="Heading3Char"/>
    <w:uiPriority w:val="9"/>
    <w:unhideWhenUsed/>
    <w:qFormat/>
    <w:rsid w:val="001D3710"/>
    <w:pPr>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B21B8"/>
    <w:rPr>
      <w:rFonts w:ascii="Aptos" w:hAnsi="Aptos"/>
      <w:b/>
      <w:color w:val="18636A"/>
      <w:sz w:val="40"/>
    </w:rPr>
  </w:style>
  <w:style w:type="character" w:customStyle="1" w:styleId="Heading2Char">
    <w:name w:val="Heading 2 Char"/>
    <w:basedOn w:val="DefaultParagraphFont"/>
    <w:link w:val="Heading2"/>
    <w:uiPriority w:val="9"/>
    <w:rsid w:val="001D3710"/>
    <w:rPr>
      <w:rFonts w:ascii="Aptos" w:hAnsi="Aptos"/>
      <w:b/>
      <w:bCs/>
      <w:sz w:val="24"/>
    </w:rPr>
  </w:style>
  <w:style w:type="character" w:customStyle="1" w:styleId="Heading3Char">
    <w:name w:val="Heading 3 Char"/>
    <w:basedOn w:val="DefaultParagraphFont"/>
    <w:link w:val="Heading3"/>
    <w:uiPriority w:val="9"/>
    <w:rsid w:val="001D3710"/>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05161A6-60CE-4F14-BCAE-42C9A35C4E9F}"/>
</file>

<file path=customXml/itemProps3.xml><?xml version="1.0" encoding="utf-8"?>
<ds:datastoreItem xmlns:ds="http://schemas.openxmlformats.org/officeDocument/2006/customXml" ds:itemID="{4E1963F7-FE85-485E-A7F5-F9790D2006DF}"/>
</file>

<file path=customXml/itemProps4.xml><?xml version="1.0" encoding="utf-8"?>
<ds:datastoreItem xmlns:ds="http://schemas.openxmlformats.org/officeDocument/2006/customXml" ds:itemID="{912A15C6-923A-432A-A299-55779B644441}"/>
</file>

<file path=docProps/app.xml><?xml version="1.0" encoding="utf-8"?>
<Properties xmlns="http://schemas.openxmlformats.org/officeDocument/2006/extended-properties" xmlns:vt="http://schemas.openxmlformats.org/officeDocument/2006/docPropsVTypes">
  <Template>Normal.dotm</Template>
  <TotalTime>8</TotalTime>
  <Pages>1</Pages>
  <Words>423</Words>
  <Characters>2599</Characters>
  <Application>Microsoft Office Word</Application>
  <DocSecurity>0</DocSecurity>
  <Lines>113</Lines>
  <Paragraphs>125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15</cp:revision>
  <dcterms:created xsi:type="dcterms:W3CDTF">2026-05-17T01:51:00Z</dcterms:created>
  <dcterms:modified xsi:type="dcterms:W3CDTF">2026-06-02T05:01:00Z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