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1DB669" w14:textId="54567892" w:rsidR="00BC3883" w:rsidRDefault="009D47D9">
      <w:pPr>
        <w:pStyle w:val="Title"/>
      </w:pPr>
      <w:r>
        <w:t>Year 12 Computer Science Bridging Work Booklet</w:t>
      </w:r>
      <w:r w:rsidR="00FA1724">
        <w:t>-2026</w:t>
      </w:r>
    </w:p>
    <w:p w14:paraId="142B78A2" w14:textId="77777777" w:rsidR="00843B02" w:rsidRPr="00843B02" w:rsidRDefault="00843B02" w:rsidP="00843B02">
      <w:pPr>
        <w:spacing w:before="100" w:beforeAutospacing="1" w:after="100" w:afterAutospacing="1" w:line="240" w:lineRule="auto"/>
        <w:rPr>
          <w:rFonts w:asciiTheme="majorHAnsi" w:eastAsia="Times New Roman" w:hAnsiTheme="majorHAnsi" w:cstheme="majorHAnsi"/>
          <w:sz w:val="20"/>
          <w:szCs w:val="20"/>
          <w:lang w:val="en-GB" w:eastAsia="en-GB"/>
        </w:rPr>
      </w:pPr>
      <w:r w:rsidRPr="00843B02">
        <w:rPr>
          <w:rFonts w:asciiTheme="majorHAnsi" w:eastAsia="Times New Roman" w:hAnsiTheme="majorHAnsi" w:cstheme="majorHAnsi"/>
          <w:sz w:val="20"/>
          <w:szCs w:val="20"/>
          <w:lang w:val="en-GB" w:eastAsia="en-GB"/>
        </w:rPr>
        <w:t>Download a copy of this booklet and complete all tasks electronically within it. You will be required to upload your completed booklet to Microsoft Teams during your first Computer Science lesson in September.</w:t>
      </w:r>
    </w:p>
    <w:p w14:paraId="62BF8B5B" w14:textId="77777777" w:rsidR="00843B02" w:rsidRPr="00843B02" w:rsidRDefault="00843B02" w:rsidP="00843B02">
      <w:pPr>
        <w:spacing w:before="100" w:beforeAutospacing="1" w:after="100" w:afterAutospacing="1" w:line="240" w:lineRule="auto"/>
        <w:rPr>
          <w:rFonts w:asciiTheme="majorHAnsi" w:eastAsia="Times New Roman" w:hAnsiTheme="majorHAnsi" w:cstheme="majorHAnsi"/>
          <w:sz w:val="20"/>
          <w:szCs w:val="20"/>
          <w:lang w:val="en-GB" w:eastAsia="en-GB"/>
        </w:rPr>
      </w:pPr>
      <w:r w:rsidRPr="00843B02">
        <w:rPr>
          <w:rFonts w:asciiTheme="majorHAnsi" w:eastAsia="Times New Roman" w:hAnsiTheme="majorHAnsi" w:cstheme="majorHAnsi"/>
          <w:sz w:val="20"/>
          <w:szCs w:val="20"/>
          <w:lang w:val="en-GB" w:eastAsia="en-GB"/>
        </w:rPr>
        <w:t>All work must be your own. Where a task requires you to research multiple technologies, components, or concepts, ensure that you explain each one individually and in sufficient detail to demonstrate your understanding.</w:t>
      </w:r>
    </w:p>
    <w:p w14:paraId="1E3B2D76" w14:textId="77777777" w:rsidR="00BC3883" w:rsidRDefault="009D47D9">
      <w:pPr>
        <w:pStyle w:val="Heading1"/>
      </w:pPr>
      <w:r>
        <w:t>Task 1 – Tell Me About Yourself</w:t>
      </w:r>
    </w:p>
    <w:p w14:paraId="5F4BD125" w14:textId="60155D32" w:rsidR="00BC3883" w:rsidRPr="00FA1724" w:rsidRDefault="009D47D9">
      <w:pPr>
        <w:rPr>
          <w:rFonts w:asciiTheme="majorHAnsi" w:hAnsiTheme="majorHAnsi" w:cstheme="majorHAnsi"/>
          <w:sz w:val="20"/>
          <w:szCs w:val="20"/>
        </w:rPr>
      </w:pPr>
      <w:r w:rsidRPr="00FA1724">
        <w:rPr>
          <w:rFonts w:asciiTheme="majorHAnsi" w:hAnsiTheme="majorHAnsi" w:cstheme="majorHAnsi"/>
          <w:sz w:val="20"/>
          <w:szCs w:val="20"/>
        </w:rPr>
        <w:t>1</w:t>
      </w:r>
      <w:r w:rsidR="009A3AE7" w:rsidRPr="00FA1724">
        <w:rPr>
          <w:rFonts w:asciiTheme="majorHAnsi" w:hAnsiTheme="majorHAnsi" w:cstheme="majorHAnsi"/>
          <w:sz w:val="20"/>
          <w:szCs w:val="20"/>
        </w:rPr>
        <w:t>.</w:t>
      </w:r>
      <w:r w:rsidRPr="00FA1724">
        <w:rPr>
          <w:rFonts w:asciiTheme="majorHAnsi" w:hAnsiTheme="majorHAnsi" w:cstheme="majorHAnsi"/>
          <w:sz w:val="20"/>
          <w:szCs w:val="20"/>
        </w:rPr>
        <w:t xml:space="preserve"> Why did you choose to study A Level Computer Science?</w:t>
      </w:r>
    </w:p>
    <w:p w14:paraId="4B2F0E25" w14:textId="77777777" w:rsidR="00E21D80" w:rsidRPr="00FA1724" w:rsidRDefault="00E21D80">
      <w:pPr>
        <w:rPr>
          <w:rFonts w:asciiTheme="majorHAnsi" w:hAnsiTheme="majorHAnsi" w:cstheme="majorHAnsi"/>
          <w:sz w:val="20"/>
          <w:szCs w:val="20"/>
        </w:rPr>
      </w:pPr>
    </w:p>
    <w:p w14:paraId="7AA36B01" w14:textId="46C4A0F0" w:rsidR="00BC3883" w:rsidRPr="00FA1724" w:rsidRDefault="009D47D9">
      <w:pPr>
        <w:rPr>
          <w:rFonts w:asciiTheme="majorHAnsi" w:hAnsiTheme="majorHAnsi" w:cstheme="majorHAnsi"/>
          <w:sz w:val="20"/>
          <w:szCs w:val="20"/>
        </w:rPr>
      </w:pPr>
      <w:r w:rsidRPr="00FA1724">
        <w:rPr>
          <w:rFonts w:asciiTheme="majorHAnsi" w:hAnsiTheme="majorHAnsi" w:cstheme="majorHAnsi"/>
          <w:sz w:val="20"/>
          <w:szCs w:val="20"/>
        </w:rPr>
        <w:t>2</w:t>
      </w:r>
      <w:r w:rsidR="009A3AE7" w:rsidRPr="00FA1724">
        <w:rPr>
          <w:rFonts w:asciiTheme="majorHAnsi" w:hAnsiTheme="majorHAnsi" w:cstheme="majorHAnsi"/>
          <w:sz w:val="20"/>
          <w:szCs w:val="20"/>
        </w:rPr>
        <w:t>.</w:t>
      </w:r>
      <w:r w:rsidRPr="00FA1724">
        <w:rPr>
          <w:rFonts w:asciiTheme="majorHAnsi" w:hAnsiTheme="majorHAnsi" w:cstheme="majorHAnsi"/>
          <w:sz w:val="20"/>
          <w:szCs w:val="20"/>
        </w:rPr>
        <w:t xml:space="preserve"> What other courses have you chosen to study at Key Stage 5 and why?</w:t>
      </w:r>
    </w:p>
    <w:p w14:paraId="6190DBE6" w14:textId="77777777" w:rsidR="00E21D80" w:rsidRPr="00FA1724" w:rsidRDefault="00E21D80">
      <w:pPr>
        <w:rPr>
          <w:rFonts w:asciiTheme="majorHAnsi" w:hAnsiTheme="majorHAnsi" w:cstheme="majorHAnsi"/>
          <w:sz w:val="20"/>
          <w:szCs w:val="20"/>
        </w:rPr>
      </w:pPr>
    </w:p>
    <w:p w14:paraId="6A4CFB26" w14:textId="224508DD" w:rsidR="00BC3883" w:rsidRPr="00FA1724" w:rsidRDefault="009A3AE7">
      <w:pPr>
        <w:rPr>
          <w:rFonts w:asciiTheme="majorHAnsi" w:hAnsiTheme="majorHAnsi" w:cstheme="majorHAnsi"/>
          <w:sz w:val="20"/>
          <w:szCs w:val="20"/>
        </w:rPr>
      </w:pPr>
      <w:r w:rsidRPr="00FA1724">
        <w:rPr>
          <w:rFonts w:asciiTheme="majorHAnsi" w:hAnsiTheme="majorHAnsi" w:cstheme="majorHAnsi"/>
          <w:sz w:val="20"/>
          <w:szCs w:val="20"/>
        </w:rPr>
        <w:t xml:space="preserve">3. </w:t>
      </w:r>
      <w:r w:rsidR="009D47D9" w:rsidRPr="00FA1724">
        <w:rPr>
          <w:rFonts w:asciiTheme="majorHAnsi" w:hAnsiTheme="majorHAnsi" w:cstheme="majorHAnsi"/>
          <w:sz w:val="20"/>
          <w:szCs w:val="20"/>
        </w:rPr>
        <w:t>What are you hoping to achieve from studying Computer Science?</w:t>
      </w:r>
    </w:p>
    <w:p w14:paraId="73B4893D" w14:textId="77777777" w:rsidR="00E21D80" w:rsidRPr="00FA1724" w:rsidRDefault="00E21D80">
      <w:pPr>
        <w:rPr>
          <w:rFonts w:asciiTheme="majorHAnsi" w:hAnsiTheme="majorHAnsi" w:cstheme="majorHAnsi"/>
          <w:sz w:val="20"/>
          <w:szCs w:val="20"/>
        </w:rPr>
      </w:pPr>
    </w:p>
    <w:p w14:paraId="264BCF53" w14:textId="484CA268" w:rsidR="00BC3883" w:rsidRPr="00FA1724" w:rsidRDefault="009D47D9">
      <w:pPr>
        <w:rPr>
          <w:rFonts w:asciiTheme="majorHAnsi" w:hAnsiTheme="majorHAnsi" w:cstheme="majorHAnsi"/>
          <w:sz w:val="20"/>
          <w:szCs w:val="20"/>
        </w:rPr>
      </w:pPr>
      <w:r w:rsidRPr="00FA1724">
        <w:rPr>
          <w:rFonts w:asciiTheme="majorHAnsi" w:hAnsiTheme="majorHAnsi" w:cstheme="majorHAnsi"/>
          <w:sz w:val="20"/>
          <w:szCs w:val="20"/>
        </w:rPr>
        <w:t>4</w:t>
      </w:r>
      <w:r w:rsidR="009A3AE7" w:rsidRPr="00FA1724">
        <w:rPr>
          <w:rFonts w:asciiTheme="majorHAnsi" w:hAnsiTheme="majorHAnsi" w:cstheme="majorHAnsi"/>
          <w:sz w:val="20"/>
          <w:szCs w:val="20"/>
        </w:rPr>
        <w:t>.</w:t>
      </w:r>
      <w:r w:rsidRPr="00FA1724">
        <w:rPr>
          <w:rFonts w:asciiTheme="majorHAnsi" w:hAnsiTheme="majorHAnsi" w:cstheme="majorHAnsi"/>
          <w:sz w:val="20"/>
          <w:szCs w:val="20"/>
        </w:rPr>
        <w:t xml:space="preserve"> How would you describe yourself as a learner at GCSE? What were your strengths and what would you like to improve?</w:t>
      </w:r>
    </w:p>
    <w:p w14:paraId="12F27717" w14:textId="77777777" w:rsidR="00E21D80" w:rsidRPr="00FA1724" w:rsidRDefault="00E21D80">
      <w:pPr>
        <w:rPr>
          <w:rFonts w:asciiTheme="majorHAnsi" w:hAnsiTheme="majorHAnsi" w:cstheme="majorHAnsi"/>
          <w:sz w:val="20"/>
          <w:szCs w:val="20"/>
        </w:rPr>
      </w:pPr>
    </w:p>
    <w:p w14:paraId="455D79EB" w14:textId="7AD97756" w:rsidR="00BC3883" w:rsidRPr="00FA1724" w:rsidRDefault="009D47D9">
      <w:pPr>
        <w:rPr>
          <w:rFonts w:asciiTheme="majorHAnsi" w:hAnsiTheme="majorHAnsi" w:cstheme="majorHAnsi"/>
          <w:sz w:val="20"/>
          <w:szCs w:val="20"/>
        </w:rPr>
      </w:pPr>
      <w:r w:rsidRPr="00FA1724">
        <w:rPr>
          <w:rFonts w:asciiTheme="majorHAnsi" w:hAnsiTheme="majorHAnsi" w:cstheme="majorHAnsi"/>
          <w:sz w:val="20"/>
          <w:szCs w:val="20"/>
        </w:rPr>
        <w:t>5</w:t>
      </w:r>
      <w:r w:rsidR="009A3AE7" w:rsidRPr="00FA1724">
        <w:rPr>
          <w:rFonts w:asciiTheme="majorHAnsi" w:hAnsiTheme="majorHAnsi" w:cstheme="majorHAnsi"/>
          <w:sz w:val="20"/>
          <w:szCs w:val="20"/>
        </w:rPr>
        <w:t>.</w:t>
      </w:r>
      <w:r w:rsidRPr="00FA1724">
        <w:rPr>
          <w:rFonts w:asciiTheme="majorHAnsi" w:hAnsiTheme="majorHAnsi" w:cstheme="majorHAnsi"/>
          <w:sz w:val="20"/>
          <w:szCs w:val="20"/>
        </w:rPr>
        <w:t xml:space="preserve"> What are your hobbies and interests outside school? Anything related to Computing?</w:t>
      </w:r>
    </w:p>
    <w:p w14:paraId="004FA23A" w14:textId="77777777" w:rsidR="00E21D80" w:rsidRDefault="00E21D80"/>
    <w:p w14:paraId="2E1B1340" w14:textId="77777777" w:rsidR="00BC3883" w:rsidRDefault="009D47D9">
      <w:r>
        <w:br w:type="page"/>
      </w:r>
    </w:p>
    <w:p w14:paraId="7134AA20" w14:textId="512FFB99" w:rsidR="00BC3883" w:rsidRDefault="009D47D9">
      <w:pPr>
        <w:pStyle w:val="Heading1"/>
      </w:pPr>
      <w:r>
        <w:lastRenderedPageBreak/>
        <w:t xml:space="preserve">Task </w:t>
      </w:r>
      <w:r w:rsidR="00E76872">
        <w:t>2</w:t>
      </w:r>
      <w:r>
        <w:t xml:space="preserve"> – Systems Architecture and AI</w:t>
      </w:r>
    </w:p>
    <w:p w14:paraId="16E4C0C0" w14:textId="3203643E" w:rsidR="009A3AE7" w:rsidRPr="001B3478" w:rsidRDefault="009A3AE7" w:rsidP="009A3AE7">
      <w:pPr>
        <w:rPr>
          <w:rFonts w:asciiTheme="majorHAnsi" w:hAnsiTheme="majorHAnsi" w:cstheme="majorHAnsi"/>
          <w:sz w:val="20"/>
          <w:szCs w:val="20"/>
        </w:rPr>
      </w:pPr>
      <w:r w:rsidRPr="001B3478">
        <w:rPr>
          <w:rFonts w:asciiTheme="majorHAnsi" w:eastAsia="Times New Roman" w:hAnsiTheme="majorHAnsi" w:cstheme="majorHAnsi"/>
          <w:sz w:val="20"/>
          <w:szCs w:val="20"/>
          <w:lang w:val="en-GB" w:eastAsia="en-GB"/>
        </w:rPr>
        <w:t xml:space="preserve">What is the role of the components below in modern systems? Explain how each contributes to artificial </w:t>
      </w:r>
      <w:r w:rsidR="001B3478">
        <w:rPr>
          <w:rFonts w:asciiTheme="majorHAnsi" w:eastAsia="Times New Roman" w:hAnsiTheme="majorHAnsi" w:cstheme="majorHAnsi"/>
          <w:sz w:val="20"/>
          <w:szCs w:val="20"/>
          <w:lang w:val="en-GB" w:eastAsia="en-GB"/>
        </w:rPr>
        <w:t>i</w:t>
      </w:r>
      <w:r w:rsidRPr="001B3478">
        <w:rPr>
          <w:rFonts w:asciiTheme="majorHAnsi" w:eastAsia="Times New Roman" w:hAnsiTheme="majorHAnsi" w:cstheme="majorHAnsi"/>
          <w:sz w:val="20"/>
          <w:szCs w:val="20"/>
          <w:lang w:val="en-GB" w:eastAsia="en-GB"/>
        </w:rPr>
        <w:t>ntelligence-based systems.</w:t>
      </w:r>
    </w:p>
    <w:p w14:paraId="64521EE9" w14:textId="7B76D586" w:rsidR="009A3AE7" w:rsidRPr="009A3AE7" w:rsidRDefault="009A3AE7" w:rsidP="009A3AE7"/>
    <w:tbl>
      <w:tblPr>
        <w:tblW w:w="10180"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249"/>
        <w:gridCol w:w="1281"/>
        <w:gridCol w:w="2437"/>
        <w:gridCol w:w="4213"/>
      </w:tblGrid>
      <w:tr w:rsidR="009A3AE7" w:rsidRPr="009A3AE7" w14:paraId="3309F7AC" w14:textId="77777777" w:rsidTr="009A3AE7">
        <w:trPr>
          <w:trHeight w:val="567"/>
          <w:tblHeader/>
          <w:tblCellSpacing w:w="15" w:type="dxa"/>
        </w:trPr>
        <w:tc>
          <w:tcPr>
            <w:tcW w:w="0" w:type="auto"/>
            <w:vAlign w:val="center"/>
            <w:hideMark/>
          </w:tcPr>
          <w:p w14:paraId="4FE3D9BA" w14:textId="77777777" w:rsidR="009A3AE7" w:rsidRPr="009A3AE7" w:rsidRDefault="009A3AE7" w:rsidP="009A3AE7">
            <w:pPr>
              <w:spacing w:after="0" w:line="240" w:lineRule="auto"/>
              <w:jc w:val="center"/>
              <w:rPr>
                <w:rFonts w:asciiTheme="majorHAnsi" w:eastAsia="Times New Roman" w:hAnsiTheme="majorHAnsi" w:cstheme="majorHAnsi"/>
                <w:b/>
                <w:bCs/>
                <w:sz w:val="24"/>
                <w:szCs w:val="24"/>
                <w:lang w:val="en-GB" w:eastAsia="en-GB"/>
              </w:rPr>
            </w:pPr>
            <w:r w:rsidRPr="009A3AE7">
              <w:rPr>
                <w:rFonts w:asciiTheme="majorHAnsi" w:eastAsia="Times New Roman" w:hAnsiTheme="majorHAnsi" w:cstheme="majorHAnsi"/>
                <w:b/>
                <w:bCs/>
                <w:sz w:val="24"/>
                <w:szCs w:val="24"/>
                <w:lang w:val="en-GB" w:eastAsia="en-GB"/>
              </w:rPr>
              <w:t>Component</w:t>
            </w:r>
          </w:p>
        </w:tc>
        <w:tc>
          <w:tcPr>
            <w:tcW w:w="1251" w:type="dxa"/>
            <w:vAlign w:val="center"/>
            <w:hideMark/>
          </w:tcPr>
          <w:p w14:paraId="73248CFC" w14:textId="32DC4831" w:rsidR="009A3AE7" w:rsidRPr="009A3AE7" w:rsidRDefault="009A3AE7" w:rsidP="009A3AE7">
            <w:pPr>
              <w:spacing w:after="0" w:line="240" w:lineRule="auto"/>
              <w:jc w:val="center"/>
              <w:rPr>
                <w:rFonts w:asciiTheme="majorHAnsi" w:eastAsia="Times New Roman" w:hAnsiTheme="majorHAnsi" w:cstheme="majorHAnsi"/>
                <w:b/>
                <w:bCs/>
                <w:sz w:val="24"/>
                <w:szCs w:val="24"/>
                <w:lang w:val="en-GB" w:eastAsia="en-GB"/>
              </w:rPr>
            </w:pPr>
            <w:r w:rsidRPr="009A3AE7">
              <w:rPr>
                <w:rFonts w:asciiTheme="majorHAnsi" w:eastAsia="Times New Roman" w:hAnsiTheme="majorHAnsi" w:cstheme="majorHAnsi"/>
                <w:b/>
                <w:bCs/>
                <w:sz w:val="24"/>
                <w:szCs w:val="24"/>
                <w:highlight w:val="yellow"/>
                <w:lang w:val="en-GB" w:eastAsia="en-GB"/>
              </w:rPr>
              <w:t>What is it</w:t>
            </w:r>
            <w:r w:rsidR="001B3478" w:rsidRPr="001B3478">
              <w:rPr>
                <w:rFonts w:asciiTheme="majorHAnsi" w:eastAsia="Times New Roman" w:hAnsiTheme="majorHAnsi" w:cstheme="majorHAnsi"/>
                <w:b/>
                <w:bCs/>
                <w:sz w:val="24"/>
                <w:szCs w:val="24"/>
                <w:highlight w:val="yellow"/>
                <w:lang w:val="en-GB" w:eastAsia="en-GB"/>
              </w:rPr>
              <w:t>?</w:t>
            </w:r>
            <w:r w:rsidR="001B3478" w:rsidRPr="001B3478">
              <w:rPr>
                <w:rFonts w:asciiTheme="majorHAnsi" w:eastAsia="Times New Roman" w:hAnsiTheme="majorHAnsi" w:cstheme="majorHAnsi"/>
                <w:b/>
                <w:bCs/>
                <w:sz w:val="24"/>
                <w:szCs w:val="24"/>
                <w:lang w:val="en-GB" w:eastAsia="en-GB"/>
              </w:rPr>
              <w:t xml:space="preserve"> </w:t>
            </w:r>
            <w:r w:rsidR="001B3478" w:rsidRPr="001B3478">
              <w:rPr>
                <w:rFonts w:asciiTheme="majorHAnsi" w:eastAsia="Times New Roman" w:hAnsiTheme="majorHAnsi" w:cstheme="majorHAnsi"/>
                <w:b/>
                <w:bCs/>
                <w:sz w:val="24"/>
                <w:szCs w:val="24"/>
                <w:highlight w:val="cyan"/>
                <w:lang w:val="en-GB" w:eastAsia="en-GB"/>
              </w:rPr>
              <w:t>how does it work</w:t>
            </w:r>
            <w:r w:rsidRPr="009A3AE7">
              <w:rPr>
                <w:rFonts w:asciiTheme="majorHAnsi" w:eastAsia="Times New Roman" w:hAnsiTheme="majorHAnsi" w:cstheme="majorHAnsi"/>
                <w:b/>
                <w:bCs/>
                <w:sz w:val="24"/>
                <w:szCs w:val="24"/>
                <w:highlight w:val="cyan"/>
                <w:lang w:val="en-GB" w:eastAsia="en-GB"/>
              </w:rPr>
              <w:t>?</w:t>
            </w:r>
          </w:p>
        </w:tc>
        <w:tc>
          <w:tcPr>
            <w:tcW w:w="2407" w:type="dxa"/>
            <w:vAlign w:val="center"/>
            <w:hideMark/>
          </w:tcPr>
          <w:p w14:paraId="5C418646" w14:textId="77777777" w:rsidR="009A3AE7" w:rsidRPr="009A3AE7" w:rsidRDefault="009A3AE7" w:rsidP="009A3AE7">
            <w:pPr>
              <w:spacing w:after="0" w:line="240" w:lineRule="auto"/>
              <w:jc w:val="center"/>
              <w:rPr>
                <w:rFonts w:asciiTheme="majorHAnsi" w:eastAsia="Times New Roman" w:hAnsiTheme="majorHAnsi" w:cstheme="majorHAnsi"/>
                <w:b/>
                <w:bCs/>
                <w:sz w:val="24"/>
                <w:szCs w:val="24"/>
                <w:lang w:val="en-GB" w:eastAsia="en-GB"/>
              </w:rPr>
            </w:pPr>
            <w:r w:rsidRPr="009A3AE7">
              <w:rPr>
                <w:rFonts w:asciiTheme="majorHAnsi" w:eastAsia="Times New Roman" w:hAnsiTheme="majorHAnsi" w:cstheme="majorHAnsi"/>
                <w:b/>
                <w:bCs/>
                <w:sz w:val="24"/>
                <w:szCs w:val="24"/>
                <w:lang w:val="en-GB" w:eastAsia="en-GB"/>
              </w:rPr>
              <w:t>Role in Modern Computer Systems</w:t>
            </w:r>
          </w:p>
        </w:tc>
        <w:tc>
          <w:tcPr>
            <w:tcW w:w="0" w:type="auto"/>
            <w:vAlign w:val="center"/>
            <w:hideMark/>
          </w:tcPr>
          <w:p w14:paraId="58C90677" w14:textId="4816566C" w:rsidR="009A3AE7" w:rsidRPr="009A3AE7" w:rsidRDefault="009A3AE7" w:rsidP="009A3AE7">
            <w:pPr>
              <w:spacing w:after="0" w:line="240" w:lineRule="auto"/>
              <w:jc w:val="center"/>
              <w:rPr>
                <w:rFonts w:asciiTheme="majorHAnsi" w:eastAsia="Times New Roman" w:hAnsiTheme="majorHAnsi" w:cstheme="majorHAnsi"/>
                <w:b/>
                <w:bCs/>
                <w:sz w:val="24"/>
                <w:szCs w:val="24"/>
                <w:lang w:val="en-GB" w:eastAsia="en-GB"/>
              </w:rPr>
            </w:pPr>
            <w:r w:rsidRPr="001B3478">
              <w:rPr>
                <w:rFonts w:asciiTheme="majorHAnsi" w:hAnsiTheme="majorHAnsi" w:cstheme="majorHAnsi"/>
                <w:b/>
                <w:bCs/>
                <w:sz w:val="24"/>
                <w:szCs w:val="24"/>
              </w:rPr>
              <w:t>Why is it important for running or training AI systems</w:t>
            </w:r>
            <w:r w:rsidRPr="009A3AE7">
              <w:rPr>
                <w:rFonts w:asciiTheme="majorHAnsi" w:eastAsia="Times New Roman" w:hAnsiTheme="majorHAnsi" w:cstheme="majorHAnsi"/>
                <w:b/>
                <w:bCs/>
                <w:sz w:val="24"/>
                <w:szCs w:val="24"/>
                <w:lang w:val="en-GB" w:eastAsia="en-GB"/>
              </w:rPr>
              <w:t>?</w:t>
            </w:r>
          </w:p>
        </w:tc>
      </w:tr>
      <w:tr w:rsidR="009A3AE7" w:rsidRPr="009A3AE7" w14:paraId="15E19E75" w14:textId="77777777" w:rsidTr="009A3AE7">
        <w:trPr>
          <w:trHeight w:val="578"/>
          <w:tblCellSpacing w:w="15" w:type="dxa"/>
        </w:trPr>
        <w:tc>
          <w:tcPr>
            <w:tcW w:w="0" w:type="auto"/>
            <w:vAlign w:val="center"/>
            <w:hideMark/>
          </w:tcPr>
          <w:p w14:paraId="206F3F4D" w14:textId="77777777" w:rsidR="009A3AE7" w:rsidRPr="009A3AE7" w:rsidRDefault="009A3AE7" w:rsidP="009A3AE7">
            <w:pPr>
              <w:spacing w:after="0" w:line="240" w:lineRule="auto"/>
              <w:rPr>
                <w:rFonts w:asciiTheme="majorHAnsi" w:eastAsia="Times New Roman" w:hAnsiTheme="majorHAnsi" w:cstheme="majorHAnsi"/>
                <w:sz w:val="20"/>
                <w:szCs w:val="20"/>
                <w:highlight w:val="yellow"/>
                <w:lang w:val="en-GB" w:eastAsia="en-GB"/>
              </w:rPr>
            </w:pPr>
            <w:r w:rsidRPr="009A3AE7">
              <w:rPr>
                <w:rFonts w:asciiTheme="majorHAnsi" w:eastAsia="Times New Roman" w:hAnsiTheme="majorHAnsi" w:cstheme="majorHAnsi"/>
                <w:sz w:val="20"/>
                <w:szCs w:val="20"/>
                <w:highlight w:val="yellow"/>
                <w:lang w:val="en-GB" w:eastAsia="en-GB"/>
              </w:rPr>
              <w:t>CPU (Central Processing Unit)</w:t>
            </w:r>
          </w:p>
        </w:tc>
        <w:tc>
          <w:tcPr>
            <w:tcW w:w="1251" w:type="dxa"/>
            <w:vAlign w:val="center"/>
            <w:hideMark/>
          </w:tcPr>
          <w:p w14:paraId="66DC4131" w14:textId="77777777" w:rsidR="009A3AE7" w:rsidRPr="009A3AE7" w:rsidRDefault="009A3AE7" w:rsidP="009A3AE7">
            <w:pPr>
              <w:spacing w:after="0" w:line="240" w:lineRule="auto"/>
              <w:rPr>
                <w:rFonts w:asciiTheme="majorHAnsi" w:eastAsia="Times New Roman" w:hAnsiTheme="majorHAnsi" w:cstheme="majorHAnsi"/>
                <w:sz w:val="20"/>
                <w:szCs w:val="20"/>
                <w:lang w:val="en-GB" w:eastAsia="en-GB"/>
              </w:rPr>
            </w:pPr>
          </w:p>
        </w:tc>
        <w:tc>
          <w:tcPr>
            <w:tcW w:w="2407" w:type="dxa"/>
            <w:vAlign w:val="center"/>
            <w:hideMark/>
          </w:tcPr>
          <w:p w14:paraId="2ABDD4EF" w14:textId="77777777" w:rsidR="009A3AE7" w:rsidRPr="009A3AE7" w:rsidRDefault="009A3AE7" w:rsidP="009A3AE7">
            <w:pPr>
              <w:spacing w:after="0" w:line="240" w:lineRule="auto"/>
              <w:rPr>
                <w:rFonts w:asciiTheme="majorHAnsi" w:eastAsia="Times New Roman" w:hAnsiTheme="majorHAnsi" w:cstheme="majorHAnsi"/>
                <w:sz w:val="20"/>
                <w:szCs w:val="20"/>
                <w:lang w:val="en-GB" w:eastAsia="en-GB"/>
              </w:rPr>
            </w:pPr>
          </w:p>
        </w:tc>
        <w:tc>
          <w:tcPr>
            <w:tcW w:w="0" w:type="auto"/>
            <w:vAlign w:val="center"/>
            <w:hideMark/>
          </w:tcPr>
          <w:p w14:paraId="4F9EB063" w14:textId="77777777" w:rsidR="009A3AE7" w:rsidRPr="009A3AE7" w:rsidRDefault="009A3AE7" w:rsidP="009A3AE7">
            <w:pPr>
              <w:spacing w:after="0" w:line="240" w:lineRule="auto"/>
              <w:rPr>
                <w:rFonts w:asciiTheme="majorHAnsi" w:eastAsia="Times New Roman" w:hAnsiTheme="majorHAnsi" w:cstheme="majorHAnsi"/>
                <w:sz w:val="20"/>
                <w:szCs w:val="20"/>
                <w:lang w:val="en-GB" w:eastAsia="en-GB"/>
              </w:rPr>
            </w:pPr>
          </w:p>
        </w:tc>
      </w:tr>
      <w:tr w:rsidR="009A3AE7" w:rsidRPr="009A3AE7" w14:paraId="256B7A67" w14:textId="77777777" w:rsidTr="009A3AE7">
        <w:trPr>
          <w:trHeight w:val="578"/>
          <w:tblCellSpacing w:w="15" w:type="dxa"/>
        </w:trPr>
        <w:tc>
          <w:tcPr>
            <w:tcW w:w="0" w:type="auto"/>
            <w:vAlign w:val="center"/>
            <w:hideMark/>
          </w:tcPr>
          <w:p w14:paraId="0B88B5D7" w14:textId="77777777" w:rsidR="009A3AE7" w:rsidRPr="009A3AE7" w:rsidRDefault="009A3AE7" w:rsidP="009A3AE7">
            <w:pPr>
              <w:spacing w:after="0" w:line="240" w:lineRule="auto"/>
              <w:rPr>
                <w:rFonts w:asciiTheme="majorHAnsi" w:eastAsia="Times New Roman" w:hAnsiTheme="majorHAnsi" w:cstheme="majorHAnsi"/>
                <w:sz w:val="20"/>
                <w:szCs w:val="20"/>
                <w:highlight w:val="yellow"/>
                <w:lang w:val="en-GB" w:eastAsia="en-GB"/>
              </w:rPr>
            </w:pPr>
            <w:r w:rsidRPr="009A3AE7">
              <w:rPr>
                <w:rFonts w:asciiTheme="majorHAnsi" w:eastAsia="Times New Roman" w:hAnsiTheme="majorHAnsi" w:cstheme="majorHAnsi"/>
                <w:sz w:val="20"/>
                <w:szCs w:val="20"/>
                <w:highlight w:val="yellow"/>
                <w:lang w:val="en-GB" w:eastAsia="en-GB"/>
              </w:rPr>
              <w:t>GPU (Graphics Processing Unit)</w:t>
            </w:r>
          </w:p>
        </w:tc>
        <w:tc>
          <w:tcPr>
            <w:tcW w:w="1251" w:type="dxa"/>
            <w:vAlign w:val="center"/>
            <w:hideMark/>
          </w:tcPr>
          <w:p w14:paraId="16B4A996" w14:textId="77777777" w:rsidR="009A3AE7" w:rsidRPr="009A3AE7" w:rsidRDefault="009A3AE7" w:rsidP="009A3AE7">
            <w:pPr>
              <w:spacing w:after="0" w:line="240" w:lineRule="auto"/>
              <w:rPr>
                <w:rFonts w:asciiTheme="majorHAnsi" w:eastAsia="Times New Roman" w:hAnsiTheme="majorHAnsi" w:cstheme="majorHAnsi"/>
                <w:sz w:val="20"/>
                <w:szCs w:val="20"/>
                <w:lang w:val="en-GB" w:eastAsia="en-GB"/>
              </w:rPr>
            </w:pPr>
          </w:p>
        </w:tc>
        <w:tc>
          <w:tcPr>
            <w:tcW w:w="2407" w:type="dxa"/>
            <w:vAlign w:val="center"/>
            <w:hideMark/>
          </w:tcPr>
          <w:p w14:paraId="2BDAA6FA" w14:textId="77777777" w:rsidR="009A3AE7" w:rsidRPr="009A3AE7" w:rsidRDefault="009A3AE7" w:rsidP="009A3AE7">
            <w:pPr>
              <w:spacing w:after="0" w:line="240" w:lineRule="auto"/>
              <w:rPr>
                <w:rFonts w:asciiTheme="majorHAnsi" w:eastAsia="Times New Roman" w:hAnsiTheme="majorHAnsi" w:cstheme="majorHAnsi"/>
                <w:sz w:val="20"/>
                <w:szCs w:val="20"/>
                <w:lang w:val="en-GB" w:eastAsia="en-GB"/>
              </w:rPr>
            </w:pPr>
          </w:p>
        </w:tc>
        <w:tc>
          <w:tcPr>
            <w:tcW w:w="0" w:type="auto"/>
            <w:vAlign w:val="center"/>
            <w:hideMark/>
          </w:tcPr>
          <w:p w14:paraId="7E44833B" w14:textId="77777777" w:rsidR="009A3AE7" w:rsidRPr="009A3AE7" w:rsidRDefault="009A3AE7" w:rsidP="009A3AE7">
            <w:pPr>
              <w:spacing w:after="0" w:line="240" w:lineRule="auto"/>
              <w:rPr>
                <w:rFonts w:asciiTheme="majorHAnsi" w:eastAsia="Times New Roman" w:hAnsiTheme="majorHAnsi" w:cstheme="majorHAnsi"/>
                <w:sz w:val="20"/>
                <w:szCs w:val="20"/>
                <w:lang w:val="en-GB" w:eastAsia="en-GB"/>
              </w:rPr>
            </w:pPr>
          </w:p>
        </w:tc>
      </w:tr>
      <w:tr w:rsidR="009A3AE7" w:rsidRPr="009A3AE7" w14:paraId="63921E37" w14:textId="77777777" w:rsidTr="009A3AE7">
        <w:trPr>
          <w:trHeight w:val="578"/>
          <w:tblCellSpacing w:w="15" w:type="dxa"/>
        </w:trPr>
        <w:tc>
          <w:tcPr>
            <w:tcW w:w="0" w:type="auto"/>
            <w:vAlign w:val="center"/>
            <w:hideMark/>
          </w:tcPr>
          <w:p w14:paraId="27438096" w14:textId="77777777" w:rsidR="009A3AE7" w:rsidRPr="009A3AE7" w:rsidRDefault="009A3AE7" w:rsidP="009A3AE7">
            <w:pPr>
              <w:spacing w:after="0" w:line="240" w:lineRule="auto"/>
              <w:rPr>
                <w:rFonts w:asciiTheme="majorHAnsi" w:eastAsia="Times New Roman" w:hAnsiTheme="majorHAnsi" w:cstheme="majorHAnsi"/>
                <w:sz w:val="20"/>
                <w:szCs w:val="20"/>
                <w:highlight w:val="yellow"/>
                <w:lang w:val="en-GB" w:eastAsia="en-GB"/>
              </w:rPr>
            </w:pPr>
            <w:r w:rsidRPr="009A3AE7">
              <w:rPr>
                <w:rFonts w:asciiTheme="majorHAnsi" w:eastAsia="Times New Roman" w:hAnsiTheme="majorHAnsi" w:cstheme="majorHAnsi"/>
                <w:sz w:val="20"/>
                <w:szCs w:val="20"/>
                <w:highlight w:val="yellow"/>
                <w:lang w:val="en-GB" w:eastAsia="en-GB"/>
              </w:rPr>
              <w:t>RAM (Random Access Memory)</w:t>
            </w:r>
          </w:p>
        </w:tc>
        <w:tc>
          <w:tcPr>
            <w:tcW w:w="1251" w:type="dxa"/>
            <w:vAlign w:val="center"/>
            <w:hideMark/>
          </w:tcPr>
          <w:p w14:paraId="63A8B2B0" w14:textId="77777777" w:rsidR="009A3AE7" w:rsidRPr="009A3AE7" w:rsidRDefault="009A3AE7" w:rsidP="009A3AE7">
            <w:pPr>
              <w:spacing w:after="0" w:line="240" w:lineRule="auto"/>
              <w:rPr>
                <w:rFonts w:asciiTheme="majorHAnsi" w:eastAsia="Times New Roman" w:hAnsiTheme="majorHAnsi" w:cstheme="majorHAnsi"/>
                <w:sz w:val="20"/>
                <w:szCs w:val="20"/>
                <w:lang w:val="en-GB" w:eastAsia="en-GB"/>
              </w:rPr>
            </w:pPr>
          </w:p>
        </w:tc>
        <w:tc>
          <w:tcPr>
            <w:tcW w:w="2407" w:type="dxa"/>
            <w:vAlign w:val="center"/>
            <w:hideMark/>
          </w:tcPr>
          <w:p w14:paraId="59DBEC9E" w14:textId="77777777" w:rsidR="009A3AE7" w:rsidRPr="009A3AE7" w:rsidRDefault="009A3AE7" w:rsidP="009A3AE7">
            <w:pPr>
              <w:spacing w:after="0" w:line="240" w:lineRule="auto"/>
              <w:rPr>
                <w:rFonts w:asciiTheme="majorHAnsi" w:eastAsia="Times New Roman" w:hAnsiTheme="majorHAnsi" w:cstheme="majorHAnsi"/>
                <w:sz w:val="20"/>
                <w:szCs w:val="20"/>
                <w:lang w:val="en-GB" w:eastAsia="en-GB"/>
              </w:rPr>
            </w:pPr>
          </w:p>
        </w:tc>
        <w:tc>
          <w:tcPr>
            <w:tcW w:w="0" w:type="auto"/>
            <w:vAlign w:val="center"/>
            <w:hideMark/>
          </w:tcPr>
          <w:p w14:paraId="65114BB4" w14:textId="77777777" w:rsidR="009A3AE7" w:rsidRPr="009A3AE7" w:rsidRDefault="009A3AE7" w:rsidP="009A3AE7">
            <w:pPr>
              <w:spacing w:after="0" w:line="240" w:lineRule="auto"/>
              <w:rPr>
                <w:rFonts w:asciiTheme="majorHAnsi" w:eastAsia="Times New Roman" w:hAnsiTheme="majorHAnsi" w:cstheme="majorHAnsi"/>
                <w:sz w:val="20"/>
                <w:szCs w:val="20"/>
                <w:lang w:val="en-GB" w:eastAsia="en-GB"/>
              </w:rPr>
            </w:pPr>
          </w:p>
        </w:tc>
      </w:tr>
      <w:tr w:rsidR="009A3AE7" w:rsidRPr="009A3AE7" w14:paraId="5E44648C" w14:textId="77777777" w:rsidTr="009A3AE7">
        <w:trPr>
          <w:trHeight w:val="567"/>
          <w:tblCellSpacing w:w="15" w:type="dxa"/>
        </w:trPr>
        <w:tc>
          <w:tcPr>
            <w:tcW w:w="0" w:type="auto"/>
            <w:vAlign w:val="center"/>
            <w:hideMark/>
          </w:tcPr>
          <w:p w14:paraId="779E1E69" w14:textId="77777777" w:rsidR="009A3AE7" w:rsidRPr="009A3AE7" w:rsidRDefault="009A3AE7" w:rsidP="009A3AE7">
            <w:pPr>
              <w:spacing w:after="0" w:line="240" w:lineRule="auto"/>
              <w:rPr>
                <w:rFonts w:asciiTheme="majorHAnsi" w:eastAsia="Times New Roman" w:hAnsiTheme="majorHAnsi" w:cstheme="majorHAnsi"/>
                <w:sz w:val="20"/>
                <w:szCs w:val="20"/>
                <w:highlight w:val="yellow"/>
                <w:lang w:val="en-GB" w:eastAsia="en-GB"/>
              </w:rPr>
            </w:pPr>
            <w:r w:rsidRPr="009A3AE7">
              <w:rPr>
                <w:rFonts w:asciiTheme="majorHAnsi" w:eastAsia="Times New Roman" w:hAnsiTheme="majorHAnsi" w:cstheme="majorHAnsi"/>
                <w:sz w:val="20"/>
                <w:szCs w:val="20"/>
                <w:highlight w:val="yellow"/>
                <w:lang w:val="en-GB" w:eastAsia="en-GB"/>
              </w:rPr>
              <w:t>ROM (Read Only Memory)</w:t>
            </w:r>
          </w:p>
        </w:tc>
        <w:tc>
          <w:tcPr>
            <w:tcW w:w="1251" w:type="dxa"/>
            <w:vAlign w:val="center"/>
            <w:hideMark/>
          </w:tcPr>
          <w:p w14:paraId="08019AB5" w14:textId="77777777" w:rsidR="009A3AE7" w:rsidRPr="009A3AE7" w:rsidRDefault="009A3AE7" w:rsidP="009A3AE7">
            <w:pPr>
              <w:spacing w:after="0" w:line="240" w:lineRule="auto"/>
              <w:rPr>
                <w:rFonts w:asciiTheme="majorHAnsi" w:eastAsia="Times New Roman" w:hAnsiTheme="majorHAnsi" w:cstheme="majorHAnsi"/>
                <w:sz w:val="20"/>
                <w:szCs w:val="20"/>
                <w:lang w:val="en-GB" w:eastAsia="en-GB"/>
              </w:rPr>
            </w:pPr>
          </w:p>
        </w:tc>
        <w:tc>
          <w:tcPr>
            <w:tcW w:w="2407" w:type="dxa"/>
            <w:vAlign w:val="center"/>
            <w:hideMark/>
          </w:tcPr>
          <w:p w14:paraId="4098CF45" w14:textId="77777777" w:rsidR="009A3AE7" w:rsidRPr="009A3AE7" w:rsidRDefault="009A3AE7" w:rsidP="009A3AE7">
            <w:pPr>
              <w:spacing w:after="0" w:line="240" w:lineRule="auto"/>
              <w:rPr>
                <w:rFonts w:asciiTheme="majorHAnsi" w:eastAsia="Times New Roman" w:hAnsiTheme="majorHAnsi" w:cstheme="majorHAnsi"/>
                <w:sz w:val="20"/>
                <w:szCs w:val="20"/>
                <w:lang w:val="en-GB" w:eastAsia="en-GB"/>
              </w:rPr>
            </w:pPr>
          </w:p>
        </w:tc>
        <w:tc>
          <w:tcPr>
            <w:tcW w:w="0" w:type="auto"/>
            <w:vAlign w:val="center"/>
            <w:hideMark/>
          </w:tcPr>
          <w:p w14:paraId="415468C7" w14:textId="77777777" w:rsidR="009A3AE7" w:rsidRPr="009A3AE7" w:rsidRDefault="009A3AE7" w:rsidP="009A3AE7">
            <w:pPr>
              <w:spacing w:after="0" w:line="240" w:lineRule="auto"/>
              <w:rPr>
                <w:rFonts w:asciiTheme="majorHAnsi" w:eastAsia="Times New Roman" w:hAnsiTheme="majorHAnsi" w:cstheme="majorHAnsi"/>
                <w:sz w:val="20"/>
                <w:szCs w:val="20"/>
                <w:lang w:val="en-GB" w:eastAsia="en-GB"/>
              </w:rPr>
            </w:pPr>
          </w:p>
        </w:tc>
      </w:tr>
      <w:tr w:rsidR="009A3AE7" w:rsidRPr="009A3AE7" w14:paraId="27C35021" w14:textId="77777777" w:rsidTr="009A3AE7">
        <w:trPr>
          <w:trHeight w:val="578"/>
          <w:tblCellSpacing w:w="15" w:type="dxa"/>
        </w:trPr>
        <w:tc>
          <w:tcPr>
            <w:tcW w:w="0" w:type="auto"/>
            <w:vAlign w:val="center"/>
            <w:hideMark/>
          </w:tcPr>
          <w:p w14:paraId="00D228ED" w14:textId="77777777" w:rsidR="009A3AE7" w:rsidRPr="009A3AE7" w:rsidRDefault="009A3AE7" w:rsidP="009A3AE7">
            <w:pPr>
              <w:spacing w:after="0" w:line="240" w:lineRule="auto"/>
              <w:rPr>
                <w:rFonts w:asciiTheme="majorHAnsi" w:eastAsia="Times New Roman" w:hAnsiTheme="majorHAnsi" w:cstheme="majorHAnsi"/>
                <w:sz w:val="20"/>
                <w:szCs w:val="20"/>
                <w:highlight w:val="cyan"/>
                <w:lang w:val="en-GB" w:eastAsia="en-GB"/>
              </w:rPr>
            </w:pPr>
            <w:r w:rsidRPr="009A3AE7">
              <w:rPr>
                <w:rFonts w:asciiTheme="majorHAnsi" w:eastAsia="Times New Roman" w:hAnsiTheme="majorHAnsi" w:cstheme="majorHAnsi"/>
                <w:sz w:val="20"/>
                <w:szCs w:val="20"/>
                <w:highlight w:val="cyan"/>
                <w:lang w:val="en-GB" w:eastAsia="en-GB"/>
              </w:rPr>
              <w:t>SSD (Solid State Drive)</w:t>
            </w:r>
          </w:p>
        </w:tc>
        <w:tc>
          <w:tcPr>
            <w:tcW w:w="1251" w:type="dxa"/>
            <w:vAlign w:val="center"/>
            <w:hideMark/>
          </w:tcPr>
          <w:p w14:paraId="1978CC50" w14:textId="77777777" w:rsidR="009A3AE7" w:rsidRPr="009A3AE7" w:rsidRDefault="009A3AE7" w:rsidP="009A3AE7">
            <w:pPr>
              <w:spacing w:after="0" w:line="240" w:lineRule="auto"/>
              <w:rPr>
                <w:rFonts w:asciiTheme="majorHAnsi" w:eastAsia="Times New Roman" w:hAnsiTheme="majorHAnsi" w:cstheme="majorHAnsi"/>
                <w:sz w:val="20"/>
                <w:szCs w:val="20"/>
                <w:lang w:val="en-GB" w:eastAsia="en-GB"/>
              </w:rPr>
            </w:pPr>
          </w:p>
        </w:tc>
        <w:tc>
          <w:tcPr>
            <w:tcW w:w="2407" w:type="dxa"/>
            <w:vAlign w:val="center"/>
            <w:hideMark/>
          </w:tcPr>
          <w:p w14:paraId="4A42E617" w14:textId="77777777" w:rsidR="009A3AE7" w:rsidRPr="009A3AE7" w:rsidRDefault="009A3AE7" w:rsidP="009A3AE7">
            <w:pPr>
              <w:spacing w:after="0" w:line="240" w:lineRule="auto"/>
              <w:rPr>
                <w:rFonts w:asciiTheme="majorHAnsi" w:eastAsia="Times New Roman" w:hAnsiTheme="majorHAnsi" w:cstheme="majorHAnsi"/>
                <w:sz w:val="20"/>
                <w:szCs w:val="20"/>
                <w:lang w:val="en-GB" w:eastAsia="en-GB"/>
              </w:rPr>
            </w:pPr>
          </w:p>
        </w:tc>
        <w:tc>
          <w:tcPr>
            <w:tcW w:w="0" w:type="auto"/>
            <w:vAlign w:val="center"/>
            <w:hideMark/>
          </w:tcPr>
          <w:p w14:paraId="0381DB36" w14:textId="77777777" w:rsidR="009A3AE7" w:rsidRPr="009A3AE7" w:rsidRDefault="009A3AE7" w:rsidP="009A3AE7">
            <w:pPr>
              <w:spacing w:after="0" w:line="240" w:lineRule="auto"/>
              <w:rPr>
                <w:rFonts w:asciiTheme="majorHAnsi" w:eastAsia="Times New Roman" w:hAnsiTheme="majorHAnsi" w:cstheme="majorHAnsi"/>
                <w:sz w:val="20"/>
                <w:szCs w:val="20"/>
                <w:lang w:val="en-GB" w:eastAsia="en-GB"/>
              </w:rPr>
            </w:pPr>
          </w:p>
        </w:tc>
      </w:tr>
      <w:tr w:rsidR="009A3AE7" w:rsidRPr="009A3AE7" w14:paraId="5A8F3AAA" w14:textId="77777777" w:rsidTr="009A3AE7">
        <w:trPr>
          <w:trHeight w:val="295"/>
          <w:tblCellSpacing w:w="15" w:type="dxa"/>
        </w:trPr>
        <w:tc>
          <w:tcPr>
            <w:tcW w:w="0" w:type="auto"/>
            <w:vAlign w:val="center"/>
            <w:hideMark/>
          </w:tcPr>
          <w:p w14:paraId="0AE5CD98" w14:textId="77777777" w:rsidR="009A3AE7" w:rsidRPr="009A3AE7" w:rsidRDefault="009A3AE7" w:rsidP="009A3AE7">
            <w:pPr>
              <w:spacing w:after="0" w:line="240" w:lineRule="auto"/>
              <w:rPr>
                <w:rFonts w:asciiTheme="majorHAnsi" w:eastAsia="Times New Roman" w:hAnsiTheme="majorHAnsi" w:cstheme="majorHAnsi"/>
                <w:sz w:val="20"/>
                <w:szCs w:val="20"/>
                <w:highlight w:val="cyan"/>
                <w:lang w:val="en-GB" w:eastAsia="en-GB"/>
              </w:rPr>
            </w:pPr>
            <w:r w:rsidRPr="009A3AE7">
              <w:rPr>
                <w:rFonts w:asciiTheme="majorHAnsi" w:eastAsia="Times New Roman" w:hAnsiTheme="majorHAnsi" w:cstheme="majorHAnsi"/>
                <w:sz w:val="20"/>
                <w:szCs w:val="20"/>
                <w:highlight w:val="cyan"/>
                <w:lang w:val="en-GB" w:eastAsia="en-GB"/>
              </w:rPr>
              <w:t>Virtual Memory</w:t>
            </w:r>
          </w:p>
        </w:tc>
        <w:tc>
          <w:tcPr>
            <w:tcW w:w="1251" w:type="dxa"/>
            <w:vAlign w:val="center"/>
            <w:hideMark/>
          </w:tcPr>
          <w:p w14:paraId="2D0CFE43" w14:textId="77777777" w:rsidR="009A3AE7" w:rsidRPr="009A3AE7" w:rsidRDefault="009A3AE7" w:rsidP="009A3AE7">
            <w:pPr>
              <w:spacing w:after="0" w:line="240" w:lineRule="auto"/>
              <w:rPr>
                <w:rFonts w:asciiTheme="majorHAnsi" w:eastAsia="Times New Roman" w:hAnsiTheme="majorHAnsi" w:cstheme="majorHAnsi"/>
                <w:sz w:val="20"/>
                <w:szCs w:val="20"/>
                <w:lang w:val="en-GB" w:eastAsia="en-GB"/>
              </w:rPr>
            </w:pPr>
          </w:p>
        </w:tc>
        <w:tc>
          <w:tcPr>
            <w:tcW w:w="2407" w:type="dxa"/>
            <w:vAlign w:val="center"/>
            <w:hideMark/>
          </w:tcPr>
          <w:p w14:paraId="66831319" w14:textId="77777777" w:rsidR="009A3AE7" w:rsidRPr="009A3AE7" w:rsidRDefault="009A3AE7" w:rsidP="009A3AE7">
            <w:pPr>
              <w:spacing w:after="0" w:line="240" w:lineRule="auto"/>
              <w:rPr>
                <w:rFonts w:asciiTheme="majorHAnsi" w:eastAsia="Times New Roman" w:hAnsiTheme="majorHAnsi" w:cstheme="majorHAnsi"/>
                <w:sz w:val="20"/>
                <w:szCs w:val="20"/>
                <w:lang w:val="en-GB" w:eastAsia="en-GB"/>
              </w:rPr>
            </w:pPr>
          </w:p>
        </w:tc>
        <w:tc>
          <w:tcPr>
            <w:tcW w:w="0" w:type="auto"/>
            <w:vAlign w:val="center"/>
            <w:hideMark/>
          </w:tcPr>
          <w:p w14:paraId="4D80A037" w14:textId="77777777" w:rsidR="009A3AE7" w:rsidRPr="009A3AE7" w:rsidRDefault="009A3AE7" w:rsidP="009A3AE7">
            <w:pPr>
              <w:spacing w:after="0" w:line="240" w:lineRule="auto"/>
              <w:rPr>
                <w:rFonts w:asciiTheme="majorHAnsi" w:eastAsia="Times New Roman" w:hAnsiTheme="majorHAnsi" w:cstheme="majorHAnsi"/>
                <w:sz w:val="20"/>
                <w:szCs w:val="20"/>
                <w:lang w:val="en-GB" w:eastAsia="en-GB"/>
              </w:rPr>
            </w:pPr>
          </w:p>
        </w:tc>
      </w:tr>
      <w:tr w:rsidR="009A3AE7" w:rsidRPr="009A3AE7" w14:paraId="62DAC8DD" w14:textId="77777777" w:rsidTr="009A3AE7">
        <w:trPr>
          <w:trHeight w:val="295"/>
          <w:tblCellSpacing w:w="15" w:type="dxa"/>
        </w:trPr>
        <w:tc>
          <w:tcPr>
            <w:tcW w:w="0" w:type="auto"/>
            <w:vAlign w:val="center"/>
            <w:hideMark/>
          </w:tcPr>
          <w:p w14:paraId="43CA800C" w14:textId="77777777" w:rsidR="009A3AE7" w:rsidRPr="009A3AE7" w:rsidRDefault="009A3AE7" w:rsidP="009A3AE7">
            <w:pPr>
              <w:spacing w:after="0" w:line="240" w:lineRule="auto"/>
              <w:rPr>
                <w:rFonts w:asciiTheme="majorHAnsi" w:eastAsia="Times New Roman" w:hAnsiTheme="majorHAnsi" w:cstheme="majorHAnsi"/>
                <w:sz w:val="20"/>
                <w:szCs w:val="20"/>
                <w:lang w:val="en-GB" w:eastAsia="en-GB"/>
              </w:rPr>
            </w:pPr>
            <w:r w:rsidRPr="009A3AE7">
              <w:rPr>
                <w:rFonts w:asciiTheme="majorHAnsi" w:eastAsia="Times New Roman" w:hAnsiTheme="majorHAnsi" w:cstheme="majorHAnsi"/>
                <w:sz w:val="20"/>
                <w:szCs w:val="20"/>
                <w:highlight w:val="yellow"/>
                <w:lang w:val="en-GB" w:eastAsia="en-GB"/>
              </w:rPr>
              <w:t>Cloud Storage</w:t>
            </w:r>
          </w:p>
        </w:tc>
        <w:tc>
          <w:tcPr>
            <w:tcW w:w="1251" w:type="dxa"/>
            <w:vAlign w:val="center"/>
            <w:hideMark/>
          </w:tcPr>
          <w:p w14:paraId="4A9F229A" w14:textId="77777777" w:rsidR="009A3AE7" w:rsidRPr="009A3AE7" w:rsidRDefault="009A3AE7" w:rsidP="009A3AE7">
            <w:pPr>
              <w:spacing w:after="0" w:line="240" w:lineRule="auto"/>
              <w:rPr>
                <w:rFonts w:asciiTheme="majorHAnsi" w:eastAsia="Times New Roman" w:hAnsiTheme="majorHAnsi" w:cstheme="majorHAnsi"/>
                <w:sz w:val="20"/>
                <w:szCs w:val="20"/>
                <w:lang w:val="en-GB" w:eastAsia="en-GB"/>
              </w:rPr>
            </w:pPr>
          </w:p>
        </w:tc>
        <w:tc>
          <w:tcPr>
            <w:tcW w:w="2407" w:type="dxa"/>
            <w:vAlign w:val="center"/>
            <w:hideMark/>
          </w:tcPr>
          <w:p w14:paraId="55FF4A68" w14:textId="77777777" w:rsidR="009A3AE7" w:rsidRPr="009A3AE7" w:rsidRDefault="009A3AE7" w:rsidP="009A3AE7">
            <w:pPr>
              <w:spacing w:after="0" w:line="240" w:lineRule="auto"/>
              <w:rPr>
                <w:rFonts w:asciiTheme="majorHAnsi" w:eastAsia="Times New Roman" w:hAnsiTheme="majorHAnsi" w:cstheme="majorHAnsi"/>
                <w:sz w:val="20"/>
                <w:szCs w:val="20"/>
                <w:lang w:val="en-GB" w:eastAsia="en-GB"/>
              </w:rPr>
            </w:pPr>
          </w:p>
        </w:tc>
        <w:tc>
          <w:tcPr>
            <w:tcW w:w="0" w:type="auto"/>
            <w:vAlign w:val="center"/>
            <w:hideMark/>
          </w:tcPr>
          <w:p w14:paraId="3DD6572A" w14:textId="77777777" w:rsidR="009A3AE7" w:rsidRPr="009A3AE7" w:rsidRDefault="009A3AE7" w:rsidP="009A3AE7">
            <w:pPr>
              <w:spacing w:after="0" w:line="240" w:lineRule="auto"/>
              <w:rPr>
                <w:rFonts w:asciiTheme="majorHAnsi" w:eastAsia="Times New Roman" w:hAnsiTheme="majorHAnsi" w:cstheme="majorHAnsi"/>
                <w:sz w:val="20"/>
                <w:szCs w:val="20"/>
                <w:lang w:val="en-GB" w:eastAsia="en-GB"/>
              </w:rPr>
            </w:pPr>
          </w:p>
        </w:tc>
      </w:tr>
      <w:tr w:rsidR="009A3AE7" w:rsidRPr="009A3AE7" w14:paraId="64398FFB" w14:textId="77777777" w:rsidTr="009A3AE7">
        <w:trPr>
          <w:trHeight w:val="283"/>
          <w:tblCellSpacing w:w="15" w:type="dxa"/>
        </w:trPr>
        <w:tc>
          <w:tcPr>
            <w:tcW w:w="0" w:type="auto"/>
            <w:vAlign w:val="center"/>
            <w:hideMark/>
          </w:tcPr>
          <w:p w14:paraId="7E58A19F" w14:textId="77777777" w:rsidR="009A3AE7" w:rsidRPr="009A3AE7" w:rsidRDefault="009A3AE7" w:rsidP="009A3AE7">
            <w:pPr>
              <w:spacing w:after="0" w:line="240" w:lineRule="auto"/>
              <w:rPr>
                <w:rFonts w:asciiTheme="majorHAnsi" w:eastAsia="Times New Roman" w:hAnsiTheme="majorHAnsi" w:cstheme="majorHAnsi"/>
                <w:sz w:val="20"/>
                <w:szCs w:val="20"/>
                <w:lang w:val="en-GB" w:eastAsia="en-GB"/>
              </w:rPr>
            </w:pPr>
            <w:r w:rsidRPr="009A3AE7">
              <w:rPr>
                <w:rFonts w:asciiTheme="majorHAnsi" w:eastAsia="Times New Roman" w:hAnsiTheme="majorHAnsi" w:cstheme="majorHAnsi"/>
                <w:sz w:val="20"/>
                <w:szCs w:val="20"/>
                <w:highlight w:val="yellow"/>
                <w:lang w:val="en-GB" w:eastAsia="en-GB"/>
              </w:rPr>
              <w:t>Cloud Computing</w:t>
            </w:r>
          </w:p>
        </w:tc>
        <w:tc>
          <w:tcPr>
            <w:tcW w:w="1251" w:type="dxa"/>
            <w:vAlign w:val="center"/>
            <w:hideMark/>
          </w:tcPr>
          <w:p w14:paraId="293D3AB6" w14:textId="77777777" w:rsidR="009A3AE7" w:rsidRPr="009A3AE7" w:rsidRDefault="009A3AE7" w:rsidP="009A3AE7">
            <w:pPr>
              <w:spacing w:after="0" w:line="240" w:lineRule="auto"/>
              <w:rPr>
                <w:rFonts w:asciiTheme="majorHAnsi" w:eastAsia="Times New Roman" w:hAnsiTheme="majorHAnsi" w:cstheme="majorHAnsi"/>
                <w:sz w:val="20"/>
                <w:szCs w:val="20"/>
                <w:lang w:val="en-GB" w:eastAsia="en-GB"/>
              </w:rPr>
            </w:pPr>
          </w:p>
        </w:tc>
        <w:tc>
          <w:tcPr>
            <w:tcW w:w="2407" w:type="dxa"/>
            <w:vAlign w:val="center"/>
            <w:hideMark/>
          </w:tcPr>
          <w:p w14:paraId="2D022BF7" w14:textId="77777777" w:rsidR="009A3AE7" w:rsidRPr="009A3AE7" w:rsidRDefault="009A3AE7" w:rsidP="009A3AE7">
            <w:pPr>
              <w:spacing w:after="0" w:line="240" w:lineRule="auto"/>
              <w:rPr>
                <w:rFonts w:asciiTheme="majorHAnsi" w:eastAsia="Times New Roman" w:hAnsiTheme="majorHAnsi" w:cstheme="majorHAnsi"/>
                <w:sz w:val="20"/>
                <w:szCs w:val="20"/>
                <w:lang w:val="en-GB" w:eastAsia="en-GB"/>
              </w:rPr>
            </w:pPr>
          </w:p>
        </w:tc>
        <w:tc>
          <w:tcPr>
            <w:tcW w:w="0" w:type="auto"/>
            <w:vAlign w:val="center"/>
            <w:hideMark/>
          </w:tcPr>
          <w:p w14:paraId="475D6006" w14:textId="77777777" w:rsidR="009A3AE7" w:rsidRPr="009A3AE7" w:rsidRDefault="009A3AE7" w:rsidP="009A3AE7">
            <w:pPr>
              <w:spacing w:after="0" w:line="240" w:lineRule="auto"/>
              <w:rPr>
                <w:rFonts w:asciiTheme="majorHAnsi" w:eastAsia="Times New Roman" w:hAnsiTheme="majorHAnsi" w:cstheme="majorHAnsi"/>
                <w:sz w:val="20"/>
                <w:szCs w:val="20"/>
                <w:lang w:val="en-GB" w:eastAsia="en-GB"/>
              </w:rPr>
            </w:pPr>
          </w:p>
        </w:tc>
      </w:tr>
      <w:tr w:rsidR="009A3AE7" w:rsidRPr="009A3AE7" w14:paraId="66F910B7" w14:textId="77777777" w:rsidTr="009A3AE7">
        <w:trPr>
          <w:trHeight w:val="283"/>
          <w:tblCellSpacing w:w="15" w:type="dxa"/>
        </w:trPr>
        <w:tc>
          <w:tcPr>
            <w:tcW w:w="0" w:type="auto"/>
            <w:vAlign w:val="center"/>
          </w:tcPr>
          <w:p w14:paraId="5628E13A" w14:textId="21C60CE9" w:rsidR="009A3AE7" w:rsidRPr="001B3478" w:rsidRDefault="009A3AE7" w:rsidP="009A3AE7">
            <w:pPr>
              <w:spacing w:after="0" w:line="240" w:lineRule="auto"/>
              <w:rPr>
                <w:rFonts w:asciiTheme="majorHAnsi" w:eastAsia="Times New Roman" w:hAnsiTheme="majorHAnsi" w:cstheme="majorHAnsi"/>
                <w:sz w:val="20"/>
                <w:szCs w:val="20"/>
                <w:highlight w:val="cyan"/>
                <w:lang w:val="en-GB" w:eastAsia="en-GB"/>
              </w:rPr>
            </w:pPr>
            <w:r w:rsidRPr="001B3478">
              <w:rPr>
                <w:rFonts w:asciiTheme="majorHAnsi" w:eastAsia="Times New Roman" w:hAnsiTheme="majorHAnsi" w:cstheme="majorHAnsi"/>
                <w:sz w:val="20"/>
                <w:szCs w:val="20"/>
                <w:highlight w:val="cyan"/>
                <w:lang w:val="en-GB" w:eastAsia="en-GB"/>
              </w:rPr>
              <w:t>HDD (Hard Disk Drive)</w:t>
            </w:r>
          </w:p>
        </w:tc>
        <w:tc>
          <w:tcPr>
            <w:tcW w:w="1251" w:type="dxa"/>
            <w:vAlign w:val="center"/>
          </w:tcPr>
          <w:p w14:paraId="79554FEC" w14:textId="77777777" w:rsidR="009A3AE7" w:rsidRPr="001B3478" w:rsidRDefault="009A3AE7" w:rsidP="009A3AE7">
            <w:pPr>
              <w:spacing w:after="0" w:line="240" w:lineRule="auto"/>
              <w:rPr>
                <w:rFonts w:asciiTheme="majorHAnsi" w:eastAsia="Times New Roman" w:hAnsiTheme="majorHAnsi" w:cstheme="majorHAnsi"/>
                <w:sz w:val="20"/>
                <w:szCs w:val="20"/>
                <w:lang w:val="en-GB" w:eastAsia="en-GB"/>
              </w:rPr>
            </w:pPr>
          </w:p>
        </w:tc>
        <w:tc>
          <w:tcPr>
            <w:tcW w:w="2407" w:type="dxa"/>
            <w:vAlign w:val="center"/>
          </w:tcPr>
          <w:p w14:paraId="58E8197A" w14:textId="77777777" w:rsidR="009A3AE7" w:rsidRPr="001B3478" w:rsidRDefault="009A3AE7" w:rsidP="009A3AE7">
            <w:pPr>
              <w:spacing w:after="0" w:line="240" w:lineRule="auto"/>
              <w:rPr>
                <w:rFonts w:asciiTheme="majorHAnsi" w:eastAsia="Times New Roman" w:hAnsiTheme="majorHAnsi" w:cstheme="majorHAnsi"/>
                <w:sz w:val="20"/>
                <w:szCs w:val="20"/>
                <w:lang w:val="en-GB" w:eastAsia="en-GB"/>
              </w:rPr>
            </w:pPr>
          </w:p>
        </w:tc>
        <w:tc>
          <w:tcPr>
            <w:tcW w:w="0" w:type="auto"/>
            <w:vAlign w:val="center"/>
          </w:tcPr>
          <w:p w14:paraId="5B264A31" w14:textId="77777777" w:rsidR="009A3AE7" w:rsidRPr="001B3478" w:rsidRDefault="009A3AE7" w:rsidP="009A3AE7">
            <w:pPr>
              <w:spacing w:after="0" w:line="240" w:lineRule="auto"/>
              <w:rPr>
                <w:rFonts w:asciiTheme="majorHAnsi" w:eastAsia="Times New Roman" w:hAnsiTheme="majorHAnsi" w:cstheme="majorHAnsi"/>
                <w:sz w:val="20"/>
                <w:szCs w:val="20"/>
                <w:lang w:val="en-GB" w:eastAsia="en-GB"/>
              </w:rPr>
            </w:pPr>
          </w:p>
        </w:tc>
      </w:tr>
      <w:tr w:rsidR="009A3AE7" w:rsidRPr="009A3AE7" w14:paraId="4D85605C" w14:textId="77777777" w:rsidTr="009A3AE7">
        <w:trPr>
          <w:trHeight w:val="283"/>
          <w:tblCellSpacing w:w="15" w:type="dxa"/>
        </w:trPr>
        <w:tc>
          <w:tcPr>
            <w:tcW w:w="0" w:type="auto"/>
            <w:vAlign w:val="center"/>
          </w:tcPr>
          <w:p w14:paraId="1EEC97BC" w14:textId="22D35DE6" w:rsidR="009A3AE7" w:rsidRPr="001B3478" w:rsidRDefault="009A3AE7" w:rsidP="009A3AE7">
            <w:pPr>
              <w:spacing w:after="0" w:line="240" w:lineRule="auto"/>
              <w:rPr>
                <w:rFonts w:asciiTheme="majorHAnsi" w:eastAsia="Times New Roman" w:hAnsiTheme="majorHAnsi" w:cstheme="majorHAnsi"/>
                <w:sz w:val="20"/>
                <w:szCs w:val="20"/>
                <w:highlight w:val="cyan"/>
                <w:lang w:val="en-GB" w:eastAsia="en-GB"/>
              </w:rPr>
            </w:pPr>
            <w:r w:rsidRPr="001B3478">
              <w:rPr>
                <w:rFonts w:asciiTheme="majorHAnsi" w:eastAsia="Times New Roman" w:hAnsiTheme="majorHAnsi" w:cstheme="majorHAnsi"/>
                <w:sz w:val="20"/>
                <w:szCs w:val="20"/>
                <w:highlight w:val="cyan"/>
                <w:lang w:val="en-GB" w:eastAsia="en-GB"/>
              </w:rPr>
              <w:t>Optical Drives</w:t>
            </w:r>
          </w:p>
        </w:tc>
        <w:tc>
          <w:tcPr>
            <w:tcW w:w="1251" w:type="dxa"/>
            <w:vAlign w:val="center"/>
          </w:tcPr>
          <w:p w14:paraId="7585C63C" w14:textId="77777777" w:rsidR="009A3AE7" w:rsidRPr="001B3478" w:rsidRDefault="009A3AE7" w:rsidP="009A3AE7">
            <w:pPr>
              <w:spacing w:after="0" w:line="240" w:lineRule="auto"/>
              <w:rPr>
                <w:rFonts w:asciiTheme="majorHAnsi" w:eastAsia="Times New Roman" w:hAnsiTheme="majorHAnsi" w:cstheme="majorHAnsi"/>
                <w:sz w:val="20"/>
                <w:szCs w:val="20"/>
                <w:lang w:val="en-GB" w:eastAsia="en-GB"/>
              </w:rPr>
            </w:pPr>
          </w:p>
        </w:tc>
        <w:tc>
          <w:tcPr>
            <w:tcW w:w="2407" w:type="dxa"/>
            <w:vAlign w:val="center"/>
          </w:tcPr>
          <w:p w14:paraId="2812DBD1" w14:textId="77777777" w:rsidR="009A3AE7" w:rsidRPr="001B3478" w:rsidRDefault="009A3AE7" w:rsidP="009A3AE7">
            <w:pPr>
              <w:spacing w:after="0" w:line="240" w:lineRule="auto"/>
              <w:rPr>
                <w:rFonts w:asciiTheme="majorHAnsi" w:eastAsia="Times New Roman" w:hAnsiTheme="majorHAnsi" w:cstheme="majorHAnsi"/>
                <w:sz w:val="20"/>
                <w:szCs w:val="20"/>
                <w:lang w:val="en-GB" w:eastAsia="en-GB"/>
              </w:rPr>
            </w:pPr>
          </w:p>
        </w:tc>
        <w:tc>
          <w:tcPr>
            <w:tcW w:w="0" w:type="auto"/>
            <w:vAlign w:val="center"/>
          </w:tcPr>
          <w:p w14:paraId="7687A9AE" w14:textId="77777777" w:rsidR="009A3AE7" w:rsidRPr="001B3478" w:rsidRDefault="009A3AE7" w:rsidP="009A3AE7">
            <w:pPr>
              <w:spacing w:after="0" w:line="240" w:lineRule="auto"/>
              <w:rPr>
                <w:rFonts w:asciiTheme="majorHAnsi" w:eastAsia="Times New Roman" w:hAnsiTheme="majorHAnsi" w:cstheme="majorHAnsi"/>
                <w:sz w:val="20"/>
                <w:szCs w:val="20"/>
                <w:lang w:val="en-GB" w:eastAsia="en-GB"/>
              </w:rPr>
            </w:pPr>
          </w:p>
        </w:tc>
      </w:tr>
    </w:tbl>
    <w:p w14:paraId="56EDCB3B" w14:textId="46A3929B" w:rsidR="001B3478" w:rsidRDefault="001B3478" w:rsidP="009A3AE7"/>
    <w:p w14:paraId="0C3C0D38" w14:textId="77777777" w:rsidR="001B3478" w:rsidRDefault="001B3478">
      <w:r>
        <w:br w:type="page"/>
      </w:r>
    </w:p>
    <w:p w14:paraId="34386D34" w14:textId="0B3BAC85" w:rsidR="00BC3883" w:rsidRDefault="009D47D9">
      <w:pPr>
        <w:pStyle w:val="Heading1"/>
      </w:pPr>
      <w:r>
        <w:lastRenderedPageBreak/>
        <w:t xml:space="preserve">Task </w:t>
      </w:r>
      <w:r w:rsidR="001B3478">
        <w:t>3</w:t>
      </w:r>
      <w:r>
        <w:t xml:space="preserve"> – Computational Logic</w:t>
      </w:r>
    </w:p>
    <w:p w14:paraId="42270C5F" w14:textId="394921CC" w:rsidR="00E21D80" w:rsidRDefault="00E21D80" w:rsidP="00E21D80"/>
    <w:p w14:paraId="1FB85794" w14:textId="77777777" w:rsidR="001B3478" w:rsidRPr="001B3478" w:rsidRDefault="001B3478" w:rsidP="001B3478">
      <w:pPr>
        <w:pStyle w:val="Heading3"/>
        <w:rPr>
          <w:rFonts w:cstheme="majorHAnsi"/>
        </w:rPr>
      </w:pPr>
      <w:r w:rsidRPr="001B3478">
        <w:rPr>
          <w:rFonts w:cstheme="majorHAnsi"/>
          <w:sz w:val="24"/>
          <w:szCs w:val="24"/>
        </w:rPr>
        <w:t>Scenario</w:t>
      </w:r>
      <w:r w:rsidRPr="001B3478">
        <w:rPr>
          <w:rFonts w:cstheme="majorHAnsi"/>
        </w:rPr>
        <w:t>:</w:t>
      </w:r>
    </w:p>
    <w:p w14:paraId="7E0478F1" w14:textId="7508E0E8" w:rsidR="001B3478" w:rsidRPr="001B3478" w:rsidRDefault="001B3478" w:rsidP="001B3478">
      <w:pPr>
        <w:pStyle w:val="NormalWeb"/>
        <w:rPr>
          <w:rFonts w:asciiTheme="majorHAnsi" w:hAnsiTheme="majorHAnsi" w:cstheme="majorHAnsi"/>
          <w:sz w:val="20"/>
          <w:szCs w:val="20"/>
        </w:rPr>
      </w:pPr>
      <w:r w:rsidRPr="001B3478">
        <w:rPr>
          <w:rFonts w:asciiTheme="majorHAnsi" w:hAnsiTheme="majorHAnsi" w:cstheme="majorHAnsi"/>
          <w:sz w:val="20"/>
          <w:szCs w:val="20"/>
        </w:rPr>
        <w:t xml:space="preserve">A school is designing a </w:t>
      </w:r>
      <w:r w:rsidRPr="001B3478">
        <w:rPr>
          <w:rStyle w:val="Strong"/>
          <w:rFonts w:asciiTheme="majorHAnsi" w:hAnsiTheme="majorHAnsi" w:cstheme="majorHAnsi"/>
          <w:sz w:val="20"/>
          <w:szCs w:val="20"/>
        </w:rPr>
        <w:t>smart security system</w:t>
      </w:r>
      <w:r w:rsidRPr="001B3478">
        <w:rPr>
          <w:rFonts w:asciiTheme="majorHAnsi" w:hAnsiTheme="majorHAnsi" w:cstheme="majorHAnsi"/>
          <w:sz w:val="20"/>
          <w:szCs w:val="20"/>
        </w:rPr>
        <w:t xml:space="preserve"> for a computer lab. The system uses sensors and logic gates to decide when alarms should trigger, doors should lock, or access should be allowed.</w:t>
      </w:r>
    </w:p>
    <w:p w14:paraId="3CCBA367" w14:textId="77777777" w:rsidR="001B3478" w:rsidRPr="001B3478" w:rsidRDefault="001B3478" w:rsidP="001B3478">
      <w:pPr>
        <w:spacing w:before="100" w:beforeAutospacing="1" w:after="100" w:afterAutospacing="1" w:line="240" w:lineRule="auto"/>
        <w:rPr>
          <w:rFonts w:asciiTheme="majorHAnsi" w:eastAsia="Times New Roman" w:hAnsiTheme="majorHAnsi" w:cstheme="majorHAnsi"/>
          <w:sz w:val="20"/>
          <w:szCs w:val="20"/>
          <w:lang w:val="en-GB" w:eastAsia="en-GB"/>
        </w:rPr>
      </w:pPr>
      <w:r w:rsidRPr="001B3478">
        <w:rPr>
          <w:rFonts w:asciiTheme="majorHAnsi" w:eastAsia="Times New Roman" w:hAnsiTheme="majorHAnsi" w:cstheme="majorHAnsi"/>
          <w:sz w:val="20"/>
          <w:szCs w:val="20"/>
          <w:lang w:val="en-GB" w:eastAsia="en-GB"/>
        </w:rPr>
        <w:t>The system uses different logic gates to make decisions.</w:t>
      </w:r>
    </w:p>
    <w:p w14:paraId="6B488E31" w14:textId="5C2E3BAA" w:rsidR="001B3478" w:rsidRPr="001B3478" w:rsidRDefault="001B3478" w:rsidP="001B3478">
      <w:pPr>
        <w:spacing w:before="100" w:beforeAutospacing="1" w:after="100" w:afterAutospacing="1" w:line="240" w:lineRule="auto"/>
        <w:rPr>
          <w:rFonts w:asciiTheme="majorHAnsi" w:eastAsia="Times New Roman" w:hAnsiTheme="majorHAnsi" w:cstheme="majorHAnsi"/>
          <w:sz w:val="20"/>
          <w:szCs w:val="20"/>
          <w:lang w:val="en-GB" w:eastAsia="en-GB"/>
        </w:rPr>
      </w:pPr>
      <w:r>
        <w:rPr>
          <w:rFonts w:asciiTheme="majorHAnsi" w:eastAsia="Times New Roman" w:hAnsiTheme="majorHAnsi" w:cstheme="majorHAnsi"/>
          <w:sz w:val="20"/>
          <w:szCs w:val="20"/>
          <w:lang w:val="en-GB" w:eastAsia="en-GB"/>
        </w:rPr>
        <w:t xml:space="preserve">Q1. </w:t>
      </w:r>
      <w:r w:rsidRPr="001B3478">
        <w:rPr>
          <w:rFonts w:asciiTheme="majorHAnsi" w:eastAsia="Times New Roman" w:hAnsiTheme="majorHAnsi" w:cstheme="majorHAnsi"/>
          <w:sz w:val="20"/>
          <w:szCs w:val="20"/>
          <w:lang w:val="en-GB" w:eastAsia="en-GB"/>
        </w:rPr>
        <w:t>Complete the table by explaining how each logic gate could be used in a real system like the one above.</w:t>
      </w:r>
    </w:p>
    <w:tbl>
      <w:tblPr>
        <w:tblW w:w="9298"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406"/>
        <w:gridCol w:w="2223"/>
        <w:gridCol w:w="5669"/>
      </w:tblGrid>
      <w:tr w:rsidR="001B3478" w:rsidRPr="001B3478" w14:paraId="085F0D2C" w14:textId="77777777" w:rsidTr="001B3478">
        <w:trPr>
          <w:trHeight w:val="336"/>
          <w:tblHeader/>
          <w:tblCellSpacing w:w="15" w:type="dxa"/>
        </w:trPr>
        <w:tc>
          <w:tcPr>
            <w:tcW w:w="0" w:type="auto"/>
            <w:vAlign w:val="center"/>
            <w:hideMark/>
          </w:tcPr>
          <w:p w14:paraId="5B3F8CAA" w14:textId="77777777" w:rsidR="001B3478" w:rsidRPr="001B3478" w:rsidRDefault="001B3478" w:rsidP="001B3478">
            <w:pPr>
              <w:spacing w:after="0" w:line="240" w:lineRule="auto"/>
              <w:jc w:val="center"/>
              <w:rPr>
                <w:rFonts w:asciiTheme="majorHAnsi" w:eastAsia="Times New Roman" w:hAnsiTheme="majorHAnsi" w:cstheme="majorHAnsi"/>
                <w:b/>
                <w:bCs/>
                <w:sz w:val="24"/>
                <w:szCs w:val="24"/>
                <w:lang w:val="en-GB" w:eastAsia="en-GB"/>
              </w:rPr>
            </w:pPr>
            <w:r w:rsidRPr="001B3478">
              <w:rPr>
                <w:rFonts w:asciiTheme="majorHAnsi" w:eastAsia="Times New Roman" w:hAnsiTheme="majorHAnsi" w:cstheme="majorHAnsi"/>
                <w:b/>
                <w:bCs/>
                <w:sz w:val="24"/>
                <w:szCs w:val="24"/>
                <w:lang w:val="en-GB" w:eastAsia="en-GB"/>
              </w:rPr>
              <w:t>Logic Gate</w:t>
            </w:r>
          </w:p>
        </w:tc>
        <w:tc>
          <w:tcPr>
            <w:tcW w:w="0" w:type="auto"/>
            <w:vAlign w:val="center"/>
            <w:hideMark/>
          </w:tcPr>
          <w:p w14:paraId="30043FEF" w14:textId="77777777" w:rsidR="001B3478" w:rsidRPr="001B3478" w:rsidRDefault="001B3478" w:rsidP="001B3478">
            <w:pPr>
              <w:spacing w:after="0" w:line="240" w:lineRule="auto"/>
              <w:jc w:val="center"/>
              <w:rPr>
                <w:rFonts w:asciiTheme="majorHAnsi" w:eastAsia="Times New Roman" w:hAnsiTheme="majorHAnsi" w:cstheme="majorHAnsi"/>
                <w:b/>
                <w:bCs/>
                <w:sz w:val="24"/>
                <w:szCs w:val="24"/>
                <w:lang w:val="en-GB" w:eastAsia="en-GB"/>
              </w:rPr>
            </w:pPr>
            <w:r w:rsidRPr="001B3478">
              <w:rPr>
                <w:rFonts w:asciiTheme="majorHAnsi" w:eastAsia="Times New Roman" w:hAnsiTheme="majorHAnsi" w:cstheme="majorHAnsi"/>
                <w:b/>
                <w:bCs/>
                <w:sz w:val="24"/>
                <w:szCs w:val="24"/>
                <w:lang w:val="en-GB" w:eastAsia="en-GB"/>
              </w:rPr>
              <w:t>What does it do?</w:t>
            </w:r>
          </w:p>
        </w:tc>
        <w:tc>
          <w:tcPr>
            <w:tcW w:w="0" w:type="auto"/>
            <w:vAlign w:val="center"/>
            <w:hideMark/>
          </w:tcPr>
          <w:p w14:paraId="2E157610" w14:textId="77777777" w:rsidR="001B3478" w:rsidRPr="001B3478" w:rsidRDefault="001B3478" w:rsidP="001B3478">
            <w:pPr>
              <w:spacing w:after="0" w:line="240" w:lineRule="auto"/>
              <w:jc w:val="center"/>
              <w:rPr>
                <w:rFonts w:asciiTheme="majorHAnsi" w:eastAsia="Times New Roman" w:hAnsiTheme="majorHAnsi" w:cstheme="majorHAnsi"/>
                <w:b/>
                <w:bCs/>
                <w:sz w:val="24"/>
                <w:szCs w:val="24"/>
                <w:lang w:val="en-GB" w:eastAsia="en-GB"/>
              </w:rPr>
            </w:pPr>
            <w:r w:rsidRPr="001B3478">
              <w:rPr>
                <w:rFonts w:asciiTheme="majorHAnsi" w:eastAsia="Times New Roman" w:hAnsiTheme="majorHAnsi" w:cstheme="majorHAnsi"/>
                <w:b/>
                <w:bCs/>
                <w:sz w:val="24"/>
                <w:szCs w:val="24"/>
                <w:lang w:val="en-GB" w:eastAsia="en-GB"/>
              </w:rPr>
              <w:t>How could it be used in the security system?</w:t>
            </w:r>
          </w:p>
        </w:tc>
      </w:tr>
      <w:tr w:rsidR="001B3478" w:rsidRPr="001B3478" w14:paraId="39109FDC" w14:textId="77777777" w:rsidTr="001B3478">
        <w:trPr>
          <w:trHeight w:val="350"/>
          <w:tblCellSpacing w:w="15" w:type="dxa"/>
        </w:trPr>
        <w:tc>
          <w:tcPr>
            <w:tcW w:w="0" w:type="auto"/>
            <w:vAlign w:val="center"/>
            <w:hideMark/>
          </w:tcPr>
          <w:p w14:paraId="4188FDCB" w14:textId="77777777" w:rsidR="001B3478" w:rsidRPr="001B3478" w:rsidRDefault="001B3478" w:rsidP="00B123C7">
            <w:pPr>
              <w:spacing w:after="0" w:line="240" w:lineRule="auto"/>
              <w:jc w:val="center"/>
              <w:rPr>
                <w:rFonts w:asciiTheme="majorHAnsi" w:eastAsia="Times New Roman" w:hAnsiTheme="majorHAnsi" w:cstheme="majorHAnsi"/>
                <w:sz w:val="20"/>
                <w:szCs w:val="20"/>
                <w:lang w:val="en-GB" w:eastAsia="en-GB"/>
              </w:rPr>
            </w:pPr>
            <w:r w:rsidRPr="001B3478">
              <w:rPr>
                <w:rFonts w:asciiTheme="majorHAnsi" w:eastAsia="Times New Roman" w:hAnsiTheme="majorHAnsi" w:cstheme="majorHAnsi"/>
                <w:sz w:val="20"/>
                <w:szCs w:val="20"/>
                <w:lang w:val="en-GB" w:eastAsia="en-GB"/>
              </w:rPr>
              <w:t>AND</w:t>
            </w:r>
          </w:p>
        </w:tc>
        <w:tc>
          <w:tcPr>
            <w:tcW w:w="0" w:type="auto"/>
            <w:vAlign w:val="center"/>
            <w:hideMark/>
          </w:tcPr>
          <w:p w14:paraId="3F7D200D" w14:textId="77777777" w:rsidR="001B3478" w:rsidRPr="001B3478" w:rsidRDefault="001B3478" w:rsidP="001B3478">
            <w:pPr>
              <w:spacing w:after="0" w:line="240" w:lineRule="auto"/>
              <w:rPr>
                <w:rFonts w:asciiTheme="majorHAnsi" w:eastAsia="Times New Roman" w:hAnsiTheme="majorHAnsi" w:cstheme="majorHAnsi"/>
                <w:sz w:val="20"/>
                <w:szCs w:val="20"/>
                <w:lang w:val="en-GB" w:eastAsia="en-GB"/>
              </w:rPr>
            </w:pPr>
          </w:p>
        </w:tc>
        <w:tc>
          <w:tcPr>
            <w:tcW w:w="0" w:type="auto"/>
            <w:vAlign w:val="center"/>
            <w:hideMark/>
          </w:tcPr>
          <w:p w14:paraId="3E435B41" w14:textId="77777777" w:rsidR="001B3478" w:rsidRPr="001B3478" w:rsidRDefault="001B3478" w:rsidP="001B3478">
            <w:pPr>
              <w:spacing w:after="0" w:line="240" w:lineRule="auto"/>
              <w:rPr>
                <w:rFonts w:asciiTheme="majorHAnsi" w:eastAsia="Times New Roman" w:hAnsiTheme="majorHAnsi" w:cstheme="majorHAnsi"/>
                <w:sz w:val="20"/>
                <w:szCs w:val="20"/>
                <w:lang w:val="en-GB" w:eastAsia="en-GB"/>
              </w:rPr>
            </w:pPr>
          </w:p>
        </w:tc>
      </w:tr>
      <w:tr w:rsidR="001B3478" w:rsidRPr="001B3478" w14:paraId="0B1AD6EF" w14:textId="77777777" w:rsidTr="001B3478">
        <w:trPr>
          <w:trHeight w:val="350"/>
          <w:tblCellSpacing w:w="15" w:type="dxa"/>
        </w:trPr>
        <w:tc>
          <w:tcPr>
            <w:tcW w:w="0" w:type="auto"/>
            <w:vAlign w:val="center"/>
            <w:hideMark/>
          </w:tcPr>
          <w:p w14:paraId="4DD18D31" w14:textId="77777777" w:rsidR="001B3478" w:rsidRPr="001B3478" w:rsidRDefault="001B3478" w:rsidP="00B123C7">
            <w:pPr>
              <w:spacing w:after="0" w:line="240" w:lineRule="auto"/>
              <w:jc w:val="center"/>
              <w:rPr>
                <w:rFonts w:asciiTheme="majorHAnsi" w:eastAsia="Times New Roman" w:hAnsiTheme="majorHAnsi" w:cstheme="majorHAnsi"/>
                <w:sz w:val="20"/>
                <w:szCs w:val="20"/>
                <w:lang w:val="en-GB" w:eastAsia="en-GB"/>
              </w:rPr>
            </w:pPr>
            <w:r w:rsidRPr="001B3478">
              <w:rPr>
                <w:rFonts w:asciiTheme="majorHAnsi" w:eastAsia="Times New Roman" w:hAnsiTheme="majorHAnsi" w:cstheme="majorHAnsi"/>
                <w:sz w:val="20"/>
                <w:szCs w:val="20"/>
                <w:lang w:val="en-GB" w:eastAsia="en-GB"/>
              </w:rPr>
              <w:t>NAND</w:t>
            </w:r>
          </w:p>
        </w:tc>
        <w:tc>
          <w:tcPr>
            <w:tcW w:w="0" w:type="auto"/>
            <w:vAlign w:val="center"/>
            <w:hideMark/>
          </w:tcPr>
          <w:p w14:paraId="7B227B92" w14:textId="77777777" w:rsidR="001B3478" w:rsidRPr="001B3478" w:rsidRDefault="001B3478" w:rsidP="001B3478">
            <w:pPr>
              <w:spacing w:after="0" w:line="240" w:lineRule="auto"/>
              <w:rPr>
                <w:rFonts w:asciiTheme="majorHAnsi" w:eastAsia="Times New Roman" w:hAnsiTheme="majorHAnsi" w:cstheme="majorHAnsi"/>
                <w:sz w:val="20"/>
                <w:szCs w:val="20"/>
                <w:lang w:val="en-GB" w:eastAsia="en-GB"/>
              </w:rPr>
            </w:pPr>
          </w:p>
        </w:tc>
        <w:tc>
          <w:tcPr>
            <w:tcW w:w="0" w:type="auto"/>
            <w:vAlign w:val="center"/>
            <w:hideMark/>
          </w:tcPr>
          <w:p w14:paraId="74EB8A05" w14:textId="77777777" w:rsidR="001B3478" w:rsidRPr="001B3478" w:rsidRDefault="001B3478" w:rsidP="001B3478">
            <w:pPr>
              <w:spacing w:after="0" w:line="240" w:lineRule="auto"/>
              <w:rPr>
                <w:rFonts w:asciiTheme="majorHAnsi" w:eastAsia="Times New Roman" w:hAnsiTheme="majorHAnsi" w:cstheme="majorHAnsi"/>
                <w:sz w:val="20"/>
                <w:szCs w:val="20"/>
                <w:lang w:val="en-GB" w:eastAsia="en-GB"/>
              </w:rPr>
            </w:pPr>
          </w:p>
        </w:tc>
      </w:tr>
      <w:tr w:rsidR="001B3478" w:rsidRPr="001B3478" w14:paraId="6BA6A55E" w14:textId="77777777" w:rsidTr="001B3478">
        <w:trPr>
          <w:trHeight w:val="350"/>
          <w:tblCellSpacing w:w="15" w:type="dxa"/>
        </w:trPr>
        <w:tc>
          <w:tcPr>
            <w:tcW w:w="0" w:type="auto"/>
            <w:vAlign w:val="center"/>
            <w:hideMark/>
          </w:tcPr>
          <w:p w14:paraId="1FB43EB5" w14:textId="77777777" w:rsidR="001B3478" w:rsidRPr="001B3478" w:rsidRDefault="001B3478" w:rsidP="00B123C7">
            <w:pPr>
              <w:spacing w:after="0" w:line="240" w:lineRule="auto"/>
              <w:jc w:val="center"/>
              <w:rPr>
                <w:rFonts w:asciiTheme="majorHAnsi" w:eastAsia="Times New Roman" w:hAnsiTheme="majorHAnsi" w:cstheme="majorHAnsi"/>
                <w:sz w:val="20"/>
                <w:szCs w:val="20"/>
                <w:lang w:val="en-GB" w:eastAsia="en-GB"/>
              </w:rPr>
            </w:pPr>
            <w:r w:rsidRPr="001B3478">
              <w:rPr>
                <w:rFonts w:asciiTheme="majorHAnsi" w:eastAsia="Times New Roman" w:hAnsiTheme="majorHAnsi" w:cstheme="majorHAnsi"/>
                <w:sz w:val="20"/>
                <w:szCs w:val="20"/>
                <w:lang w:val="en-GB" w:eastAsia="en-GB"/>
              </w:rPr>
              <w:t>NOR</w:t>
            </w:r>
          </w:p>
        </w:tc>
        <w:tc>
          <w:tcPr>
            <w:tcW w:w="0" w:type="auto"/>
            <w:vAlign w:val="center"/>
            <w:hideMark/>
          </w:tcPr>
          <w:p w14:paraId="60D65BDA" w14:textId="77777777" w:rsidR="001B3478" w:rsidRPr="001B3478" w:rsidRDefault="001B3478" w:rsidP="001B3478">
            <w:pPr>
              <w:spacing w:after="0" w:line="240" w:lineRule="auto"/>
              <w:rPr>
                <w:rFonts w:asciiTheme="majorHAnsi" w:eastAsia="Times New Roman" w:hAnsiTheme="majorHAnsi" w:cstheme="majorHAnsi"/>
                <w:sz w:val="20"/>
                <w:szCs w:val="20"/>
                <w:lang w:val="en-GB" w:eastAsia="en-GB"/>
              </w:rPr>
            </w:pPr>
          </w:p>
        </w:tc>
        <w:tc>
          <w:tcPr>
            <w:tcW w:w="0" w:type="auto"/>
            <w:vAlign w:val="center"/>
            <w:hideMark/>
          </w:tcPr>
          <w:p w14:paraId="1A8E9995" w14:textId="77777777" w:rsidR="001B3478" w:rsidRPr="001B3478" w:rsidRDefault="001B3478" w:rsidP="001B3478">
            <w:pPr>
              <w:spacing w:after="0" w:line="240" w:lineRule="auto"/>
              <w:rPr>
                <w:rFonts w:asciiTheme="majorHAnsi" w:eastAsia="Times New Roman" w:hAnsiTheme="majorHAnsi" w:cstheme="majorHAnsi"/>
                <w:sz w:val="20"/>
                <w:szCs w:val="20"/>
                <w:lang w:val="en-GB" w:eastAsia="en-GB"/>
              </w:rPr>
            </w:pPr>
          </w:p>
        </w:tc>
      </w:tr>
      <w:tr w:rsidR="001B3478" w:rsidRPr="001B3478" w14:paraId="6B083E2C" w14:textId="77777777" w:rsidTr="001B3478">
        <w:trPr>
          <w:trHeight w:val="350"/>
          <w:tblCellSpacing w:w="15" w:type="dxa"/>
        </w:trPr>
        <w:tc>
          <w:tcPr>
            <w:tcW w:w="0" w:type="auto"/>
            <w:vAlign w:val="center"/>
            <w:hideMark/>
          </w:tcPr>
          <w:p w14:paraId="732308D9" w14:textId="77777777" w:rsidR="001B3478" w:rsidRPr="001B3478" w:rsidRDefault="001B3478" w:rsidP="00B123C7">
            <w:pPr>
              <w:spacing w:after="0" w:line="240" w:lineRule="auto"/>
              <w:jc w:val="center"/>
              <w:rPr>
                <w:rFonts w:asciiTheme="majorHAnsi" w:eastAsia="Times New Roman" w:hAnsiTheme="majorHAnsi" w:cstheme="majorHAnsi"/>
                <w:sz w:val="20"/>
                <w:szCs w:val="20"/>
                <w:lang w:val="en-GB" w:eastAsia="en-GB"/>
              </w:rPr>
            </w:pPr>
            <w:r w:rsidRPr="001B3478">
              <w:rPr>
                <w:rFonts w:asciiTheme="majorHAnsi" w:eastAsia="Times New Roman" w:hAnsiTheme="majorHAnsi" w:cstheme="majorHAnsi"/>
                <w:sz w:val="20"/>
                <w:szCs w:val="20"/>
                <w:lang w:val="en-GB" w:eastAsia="en-GB"/>
              </w:rPr>
              <w:t>NOT</w:t>
            </w:r>
          </w:p>
        </w:tc>
        <w:tc>
          <w:tcPr>
            <w:tcW w:w="0" w:type="auto"/>
            <w:vAlign w:val="center"/>
            <w:hideMark/>
          </w:tcPr>
          <w:p w14:paraId="221756DC" w14:textId="77777777" w:rsidR="001B3478" w:rsidRPr="001B3478" w:rsidRDefault="001B3478" w:rsidP="001B3478">
            <w:pPr>
              <w:spacing w:after="0" w:line="240" w:lineRule="auto"/>
              <w:rPr>
                <w:rFonts w:asciiTheme="majorHAnsi" w:eastAsia="Times New Roman" w:hAnsiTheme="majorHAnsi" w:cstheme="majorHAnsi"/>
                <w:sz w:val="20"/>
                <w:szCs w:val="20"/>
                <w:lang w:val="en-GB" w:eastAsia="en-GB"/>
              </w:rPr>
            </w:pPr>
          </w:p>
        </w:tc>
        <w:tc>
          <w:tcPr>
            <w:tcW w:w="0" w:type="auto"/>
            <w:vAlign w:val="center"/>
            <w:hideMark/>
          </w:tcPr>
          <w:p w14:paraId="746BEA4B" w14:textId="77777777" w:rsidR="001B3478" w:rsidRPr="001B3478" w:rsidRDefault="001B3478" w:rsidP="001B3478">
            <w:pPr>
              <w:spacing w:after="0" w:line="240" w:lineRule="auto"/>
              <w:rPr>
                <w:rFonts w:asciiTheme="majorHAnsi" w:eastAsia="Times New Roman" w:hAnsiTheme="majorHAnsi" w:cstheme="majorHAnsi"/>
                <w:sz w:val="20"/>
                <w:szCs w:val="20"/>
                <w:lang w:val="en-GB" w:eastAsia="en-GB"/>
              </w:rPr>
            </w:pPr>
          </w:p>
        </w:tc>
      </w:tr>
      <w:tr w:rsidR="001B3478" w:rsidRPr="001B3478" w14:paraId="47A81D9C" w14:textId="77777777" w:rsidTr="001B3478">
        <w:trPr>
          <w:trHeight w:val="350"/>
          <w:tblCellSpacing w:w="15" w:type="dxa"/>
        </w:trPr>
        <w:tc>
          <w:tcPr>
            <w:tcW w:w="0" w:type="auto"/>
            <w:vAlign w:val="center"/>
            <w:hideMark/>
          </w:tcPr>
          <w:p w14:paraId="364612CC" w14:textId="77777777" w:rsidR="001B3478" w:rsidRPr="001B3478" w:rsidRDefault="001B3478" w:rsidP="00B123C7">
            <w:pPr>
              <w:spacing w:after="0" w:line="240" w:lineRule="auto"/>
              <w:jc w:val="center"/>
              <w:rPr>
                <w:rFonts w:asciiTheme="majorHAnsi" w:eastAsia="Times New Roman" w:hAnsiTheme="majorHAnsi" w:cstheme="majorHAnsi"/>
                <w:sz w:val="20"/>
                <w:szCs w:val="20"/>
                <w:lang w:val="en-GB" w:eastAsia="en-GB"/>
              </w:rPr>
            </w:pPr>
            <w:r w:rsidRPr="001B3478">
              <w:rPr>
                <w:rFonts w:asciiTheme="majorHAnsi" w:eastAsia="Times New Roman" w:hAnsiTheme="majorHAnsi" w:cstheme="majorHAnsi"/>
                <w:sz w:val="20"/>
                <w:szCs w:val="20"/>
                <w:lang w:val="en-GB" w:eastAsia="en-GB"/>
              </w:rPr>
              <w:t>OR</w:t>
            </w:r>
          </w:p>
        </w:tc>
        <w:tc>
          <w:tcPr>
            <w:tcW w:w="0" w:type="auto"/>
            <w:vAlign w:val="center"/>
            <w:hideMark/>
          </w:tcPr>
          <w:p w14:paraId="394BFCD8" w14:textId="77777777" w:rsidR="001B3478" w:rsidRPr="001B3478" w:rsidRDefault="001B3478" w:rsidP="001B3478">
            <w:pPr>
              <w:spacing w:after="0" w:line="240" w:lineRule="auto"/>
              <w:rPr>
                <w:rFonts w:asciiTheme="majorHAnsi" w:eastAsia="Times New Roman" w:hAnsiTheme="majorHAnsi" w:cstheme="majorHAnsi"/>
                <w:sz w:val="20"/>
                <w:szCs w:val="20"/>
                <w:lang w:val="en-GB" w:eastAsia="en-GB"/>
              </w:rPr>
            </w:pPr>
          </w:p>
        </w:tc>
        <w:tc>
          <w:tcPr>
            <w:tcW w:w="0" w:type="auto"/>
            <w:vAlign w:val="center"/>
            <w:hideMark/>
          </w:tcPr>
          <w:p w14:paraId="332FB10D" w14:textId="77777777" w:rsidR="001B3478" w:rsidRPr="001B3478" w:rsidRDefault="001B3478" w:rsidP="001B3478">
            <w:pPr>
              <w:spacing w:after="0" w:line="240" w:lineRule="auto"/>
              <w:rPr>
                <w:rFonts w:asciiTheme="majorHAnsi" w:eastAsia="Times New Roman" w:hAnsiTheme="majorHAnsi" w:cstheme="majorHAnsi"/>
                <w:sz w:val="20"/>
                <w:szCs w:val="20"/>
                <w:lang w:val="en-GB" w:eastAsia="en-GB"/>
              </w:rPr>
            </w:pPr>
          </w:p>
        </w:tc>
      </w:tr>
      <w:tr w:rsidR="001B3478" w:rsidRPr="001B3478" w14:paraId="22C78B30" w14:textId="77777777" w:rsidTr="001B3478">
        <w:trPr>
          <w:trHeight w:val="336"/>
          <w:tblCellSpacing w:w="15" w:type="dxa"/>
        </w:trPr>
        <w:tc>
          <w:tcPr>
            <w:tcW w:w="0" w:type="auto"/>
            <w:vAlign w:val="center"/>
            <w:hideMark/>
          </w:tcPr>
          <w:p w14:paraId="1784B401" w14:textId="77777777" w:rsidR="001B3478" w:rsidRPr="001B3478" w:rsidRDefault="001B3478" w:rsidP="00B123C7">
            <w:pPr>
              <w:spacing w:after="0" w:line="240" w:lineRule="auto"/>
              <w:jc w:val="center"/>
              <w:rPr>
                <w:rFonts w:asciiTheme="majorHAnsi" w:eastAsia="Times New Roman" w:hAnsiTheme="majorHAnsi" w:cstheme="majorHAnsi"/>
                <w:sz w:val="20"/>
                <w:szCs w:val="20"/>
                <w:lang w:val="en-GB" w:eastAsia="en-GB"/>
              </w:rPr>
            </w:pPr>
            <w:r w:rsidRPr="001B3478">
              <w:rPr>
                <w:rFonts w:asciiTheme="majorHAnsi" w:eastAsia="Times New Roman" w:hAnsiTheme="majorHAnsi" w:cstheme="majorHAnsi"/>
                <w:sz w:val="20"/>
                <w:szCs w:val="20"/>
                <w:lang w:val="en-GB" w:eastAsia="en-GB"/>
              </w:rPr>
              <w:t>XOR</w:t>
            </w:r>
          </w:p>
        </w:tc>
        <w:tc>
          <w:tcPr>
            <w:tcW w:w="0" w:type="auto"/>
            <w:vAlign w:val="center"/>
            <w:hideMark/>
          </w:tcPr>
          <w:p w14:paraId="58FA4508" w14:textId="77777777" w:rsidR="001B3478" w:rsidRPr="001B3478" w:rsidRDefault="001B3478" w:rsidP="001B3478">
            <w:pPr>
              <w:spacing w:after="0" w:line="240" w:lineRule="auto"/>
              <w:rPr>
                <w:rFonts w:asciiTheme="majorHAnsi" w:eastAsia="Times New Roman" w:hAnsiTheme="majorHAnsi" w:cstheme="majorHAnsi"/>
                <w:sz w:val="20"/>
                <w:szCs w:val="20"/>
                <w:lang w:val="en-GB" w:eastAsia="en-GB"/>
              </w:rPr>
            </w:pPr>
          </w:p>
        </w:tc>
        <w:tc>
          <w:tcPr>
            <w:tcW w:w="0" w:type="auto"/>
            <w:vAlign w:val="center"/>
            <w:hideMark/>
          </w:tcPr>
          <w:p w14:paraId="1437265D" w14:textId="77777777" w:rsidR="001B3478" w:rsidRPr="001B3478" w:rsidRDefault="001B3478" w:rsidP="001B3478">
            <w:pPr>
              <w:spacing w:after="0" w:line="240" w:lineRule="auto"/>
              <w:rPr>
                <w:rFonts w:asciiTheme="majorHAnsi" w:eastAsia="Times New Roman" w:hAnsiTheme="majorHAnsi" w:cstheme="majorHAnsi"/>
                <w:sz w:val="20"/>
                <w:szCs w:val="20"/>
                <w:lang w:val="en-GB" w:eastAsia="en-GB"/>
              </w:rPr>
            </w:pPr>
          </w:p>
        </w:tc>
      </w:tr>
    </w:tbl>
    <w:p w14:paraId="6EB72CE2" w14:textId="7F7ECFCB" w:rsidR="00B123C7" w:rsidRPr="00B123C7" w:rsidRDefault="001B3478" w:rsidP="00B123C7">
      <w:pPr>
        <w:pStyle w:val="NormalWeb"/>
        <w:rPr>
          <w:rFonts w:asciiTheme="majorHAnsi" w:hAnsiTheme="majorHAnsi" w:cstheme="majorHAnsi"/>
          <w:sz w:val="20"/>
          <w:szCs w:val="20"/>
        </w:rPr>
      </w:pPr>
      <w:r w:rsidRPr="00B123C7">
        <w:rPr>
          <w:rFonts w:asciiTheme="majorHAnsi" w:hAnsiTheme="majorHAnsi" w:cstheme="majorHAnsi"/>
          <w:sz w:val="20"/>
          <w:szCs w:val="20"/>
        </w:rPr>
        <w:t xml:space="preserve">Q2. </w:t>
      </w:r>
      <w:r w:rsidR="00B123C7" w:rsidRPr="00B123C7">
        <w:rPr>
          <w:rFonts w:asciiTheme="majorHAnsi" w:hAnsiTheme="majorHAnsi" w:cstheme="majorHAnsi"/>
          <w:sz w:val="20"/>
          <w:szCs w:val="20"/>
        </w:rPr>
        <w:t xml:space="preserve">The </w:t>
      </w:r>
      <w:r w:rsidR="00FA1724">
        <w:rPr>
          <w:rFonts w:asciiTheme="majorHAnsi" w:hAnsiTheme="majorHAnsi" w:cstheme="majorHAnsi"/>
          <w:sz w:val="20"/>
          <w:szCs w:val="20"/>
        </w:rPr>
        <w:t>security</w:t>
      </w:r>
      <w:r w:rsidR="00B123C7" w:rsidRPr="00B123C7">
        <w:rPr>
          <w:rFonts w:asciiTheme="majorHAnsi" w:hAnsiTheme="majorHAnsi" w:cstheme="majorHAnsi"/>
          <w:sz w:val="20"/>
          <w:szCs w:val="20"/>
        </w:rPr>
        <w:t xml:space="preserve"> system has the following inputs:</w:t>
      </w:r>
    </w:p>
    <w:p w14:paraId="0441C494" w14:textId="77777777" w:rsidR="00B123C7" w:rsidRPr="00B123C7" w:rsidRDefault="00B123C7" w:rsidP="00B123C7">
      <w:pPr>
        <w:numPr>
          <w:ilvl w:val="0"/>
          <w:numId w:val="17"/>
        </w:numPr>
        <w:spacing w:before="100" w:beforeAutospacing="1" w:after="100" w:afterAutospacing="1" w:line="240" w:lineRule="auto"/>
        <w:rPr>
          <w:rFonts w:asciiTheme="majorHAnsi" w:hAnsiTheme="majorHAnsi" w:cstheme="majorHAnsi"/>
          <w:sz w:val="20"/>
          <w:szCs w:val="20"/>
        </w:rPr>
      </w:pPr>
      <w:r w:rsidRPr="00B123C7">
        <w:rPr>
          <w:rFonts w:asciiTheme="majorHAnsi" w:hAnsiTheme="majorHAnsi" w:cstheme="majorHAnsi"/>
          <w:sz w:val="20"/>
          <w:szCs w:val="20"/>
        </w:rPr>
        <w:t xml:space="preserve">Door sensor (D) </w:t>
      </w:r>
    </w:p>
    <w:p w14:paraId="6A1F1996" w14:textId="77777777" w:rsidR="00B123C7" w:rsidRPr="00B123C7" w:rsidRDefault="00B123C7" w:rsidP="00B123C7">
      <w:pPr>
        <w:numPr>
          <w:ilvl w:val="0"/>
          <w:numId w:val="17"/>
        </w:numPr>
        <w:spacing w:before="100" w:beforeAutospacing="1" w:after="100" w:afterAutospacing="1" w:line="240" w:lineRule="auto"/>
        <w:rPr>
          <w:rFonts w:asciiTheme="majorHAnsi" w:hAnsiTheme="majorHAnsi" w:cstheme="majorHAnsi"/>
          <w:sz w:val="20"/>
          <w:szCs w:val="20"/>
        </w:rPr>
      </w:pPr>
      <w:r w:rsidRPr="00B123C7">
        <w:rPr>
          <w:rFonts w:asciiTheme="majorHAnsi" w:hAnsiTheme="majorHAnsi" w:cstheme="majorHAnsi"/>
          <w:sz w:val="20"/>
          <w:szCs w:val="20"/>
        </w:rPr>
        <w:t xml:space="preserve">Motion sensor (M) </w:t>
      </w:r>
    </w:p>
    <w:p w14:paraId="462575B2" w14:textId="77777777" w:rsidR="00B123C7" w:rsidRPr="00B123C7" w:rsidRDefault="00B123C7" w:rsidP="00B123C7">
      <w:pPr>
        <w:numPr>
          <w:ilvl w:val="0"/>
          <w:numId w:val="17"/>
        </w:numPr>
        <w:spacing w:before="100" w:beforeAutospacing="1" w:after="100" w:afterAutospacing="1" w:line="240" w:lineRule="auto"/>
        <w:rPr>
          <w:rFonts w:asciiTheme="majorHAnsi" w:hAnsiTheme="majorHAnsi" w:cstheme="majorHAnsi"/>
          <w:sz w:val="20"/>
          <w:szCs w:val="20"/>
        </w:rPr>
      </w:pPr>
      <w:r w:rsidRPr="00B123C7">
        <w:rPr>
          <w:rFonts w:asciiTheme="majorHAnsi" w:hAnsiTheme="majorHAnsi" w:cstheme="majorHAnsi"/>
          <w:sz w:val="20"/>
          <w:szCs w:val="20"/>
        </w:rPr>
        <w:t xml:space="preserve">Window sensor (W) </w:t>
      </w:r>
    </w:p>
    <w:p w14:paraId="2620FE37" w14:textId="77777777" w:rsidR="00B123C7" w:rsidRPr="00B123C7" w:rsidRDefault="00B123C7" w:rsidP="00B123C7">
      <w:pPr>
        <w:numPr>
          <w:ilvl w:val="0"/>
          <w:numId w:val="17"/>
        </w:numPr>
        <w:spacing w:before="100" w:beforeAutospacing="1" w:after="100" w:afterAutospacing="1" w:line="240" w:lineRule="auto"/>
        <w:rPr>
          <w:rFonts w:asciiTheme="majorHAnsi" w:hAnsiTheme="majorHAnsi" w:cstheme="majorHAnsi"/>
          <w:sz w:val="20"/>
          <w:szCs w:val="20"/>
        </w:rPr>
      </w:pPr>
      <w:r w:rsidRPr="00B123C7">
        <w:rPr>
          <w:rFonts w:asciiTheme="majorHAnsi" w:hAnsiTheme="majorHAnsi" w:cstheme="majorHAnsi"/>
          <w:sz w:val="20"/>
          <w:szCs w:val="20"/>
        </w:rPr>
        <w:t xml:space="preserve">Alarm override switch (O) </w:t>
      </w:r>
    </w:p>
    <w:p w14:paraId="5AC54192" w14:textId="77777777" w:rsidR="00B123C7" w:rsidRPr="00B123C7" w:rsidRDefault="00B123C7" w:rsidP="00B123C7">
      <w:pPr>
        <w:pStyle w:val="NormalWeb"/>
        <w:rPr>
          <w:rFonts w:asciiTheme="majorHAnsi" w:hAnsiTheme="majorHAnsi" w:cstheme="majorHAnsi"/>
          <w:sz w:val="20"/>
          <w:szCs w:val="20"/>
        </w:rPr>
      </w:pPr>
      <w:r w:rsidRPr="00B123C7">
        <w:rPr>
          <w:rFonts w:asciiTheme="majorHAnsi" w:hAnsiTheme="majorHAnsi" w:cstheme="majorHAnsi"/>
          <w:sz w:val="20"/>
          <w:szCs w:val="20"/>
        </w:rPr>
        <w:t>The alarm should activate when:</w:t>
      </w:r>
    </w:p>
    <w:p w14:paraId="5C7163B7" w14:textId="77777777" w:rsidR="00B123C7" w:rsidRPr="00B123C7" w:rsidRDefault="00B123C7" w:rsidP="00B123C7">
      <w:pPr>
        <w:numPr>
          <w:ilvl w:val="0"/>
          <w:numId w:val="18"/>
        </w:numPr>
        <w:spacing w:before="100" w:beforeAutospacing="1" w:after="100" w:afterAutospacing="1" w:line="240" w:lineRule="auto"/>
        <w:rPr>
          <w:rFonts w:asciiTheme="majorHAnsi" w:hAnsiTheme="majorHAnsi" w:cstheme="majorHAnsi"/>
          <w:sz w:val="20"/>
          <w:szCs w:val="20"/>
        </w:rPr>
      </w:pPr>
      <w:r w:rsidRPr="00B123C7">
        <w:rPr>
          <w:rFonts w:asciiTheme="majorHAnsi" w:hAnsiTheme="majorHAnsi" w:cstheme="majorHAnsi"/>
          <w:sz w:val="20"/>
          <w:szCs w:val="20"/>
        </w:rPr>
        <w:t xml:space="preserve">the door OR window is open AND motion is detected </w:t>
      </w:r>
    </w:p>
    <w:p w14:paraId="050B4FFB" w14:textId="77777777" w:rsidR="00B123C7" w:rsidRPr="00B123C7" w:rsidRDefault="00B123C7" w:rsidP="00B123C7">
      <w:pPr>
        <w:numPr>
          <w:ilvl w:val="0"/>
          <w:numId w:val="18"/>
        </w:numPr>
        <w:spacing w:before="100" w:beforeAutospacing="1" w:after="100" w:afterAutospacing="1" w:line="240" w:lineRule="auto"/>
        <w:rPr>
          <w:rFonts w:asciiTheme="majorHAnsi" w:hAnsiTheme="majorHAnsi" w:cstheme="majorHAnsi"/>
          <w:sz w:val="20"/>
          <w:szCs w:val="20"/>
        </w:rPr>
      </w:pPr>
      <w:r w:rsidRPr="00B123C7">
        <w:rPr>
          <w:rFonts w:asciiTheme="majorHAnsi" w:hAnsiTheme="majorHAnsi" w:cstheme="majorHAnsi"/>
          <w:sz w:val="20"/>
          <w:szCs w:val="20"/>
        </w:rPr>
        <w:t xml:space="preserve">BUT the system must NOT activate if the override switch is ON </w:t>
      </w:r>
    </w:p>
    <w:p w14:paraId="19212149" w14:textId="7DC448FE" w:rsidR="00B123C7" w:rsidRPr="00B123C7" w:rsidRDefault="00B123C7" w:rsidP="00B123C7">
      <w:pPr>
        <w:spacing w:before="100" w:beforeAutospacing="1" w:after="100" w:afterAutospacing="1" w:line="240" w:lineRule="auto"/>
        <w:rPr>
          <w:rFonts w:asciiTheme="majorHAnsi" w:eastAsia="Times New Roman" w:hAnsiTheme="majorHAnsi" w:cstheme="majorHAnsi"/>
          <w:b/>
          <w:bCs/>
          <w:sz w:val="20"/>
          <w:szCs w:val="20"/>
          <w:lang w:val="en-GB" w:eastAsia="en-GB"/>
        </w:rPr>
      </w:pPr>
      <w:r w:rsidRPr="00B123C7">
        <w:rPr>
          <w:rFonts w:asciiTheme="majorHAnsi" w:eastAsia="Times New Roman" w:hAnsiTheme="majorHAnsi" w:cstheme="majorHAnsi"/>
          <w:b/>
          <w:bCs/>
          <w:sz w:val="20"/>
          <w:szCs w:val="20"/>
          <w:lang w:val="en-GB" w:eastAsia="en-GB"/>
        </w:rPr>
        <w:t xml:space="preserve">Draw a logic circuit for the alarm system described in Q2 and </w:t>
      </w:r>
      <w:r w:rsidR="00FA1724">
        <w:rPr>
          <w:rFonts w:asciiTheme="majorHAnsi" w:eastAsia="Times New Roman" w:hAnsiTheme="majorHAnsi" w:cstheme="majorHAnsi"/>
          <w:b/>
          <w:bCs/>
          <w:sz w:val="20"/>
          <w:szCs w:val="20"/>
          <w:lang w:val="en-GB" w:eastAsia="en-GB"/>
        </w:rPr>
        <w:t>w</w:t>
      </w:r>
      <w:r w:rsidRPr="00B123C7">
        <w:rPr>
          <w:rFonts w:asciiTheme="majorHAnsi" w:hAnsiTheme="majorHAnsi" w:cstheme="majorHAnsi"/>
          <w:b/>
          <w:bCs/>
          <w:sz w:val="20"/>
          <w:szCs w:val="20"/>
        </w:rPr>
        <w:t>rite a Boolean expression for the security system.</w:t>
      </w:r>
    </w:p>
    <w:p w14:paraId="27069B9A" w14:textId="77777777" w:rsidR="00B123C7" w:rsidRPr="00B123C7" w:rsidRDefault="00B123C7" w:rsidP="00B123C7">
      <w:pPr>
        <w:spacing w:before="100" w:beforeAutospacing="1" w:after="100" w:afterAutospacing="1" w:line="240" w:lineRule="auto"/>
        <w:rPr>
          <w:rFonts w:asciiTheme="majorHAnsi" w:eastAsia="Times New Roman" w:hAnsiTheme="majorHAnsi" w:cstheme="majorHAnsi"/>
          <w:sz w:val="20"/>
          <w:szCs w:val="20"/>
          <w:lang w:val="en-GB" w:eastAsia="en-GB"/>
        </w:rPr>
      </w:pPr>
      <w:r w:rsidRPr="00B123C7">
        <w:rPr>
          <w:rFonts w:asciiTheme="majorHAnsi" w:eastAsia="Times New Roman" w:hAnsiTheme="majorHAnsi" w:cstheme="majorHAnsi"/>
          <w:sz w:val="20"/>
          <w:szCs w:val="20"/>
          <w:lang w:val="en-GB" w:eastAsia="en-GB"/>
        </w:rPr>
        <w:t>Your diagram should include:</w:t>
      </w:r>
    </w:p>
    <w:p w14:paraId="438C319F" w14:textId="77777777" w:rsidR="00B123C7" w:rsidRPr="00B123C7" w:rsidRDefault="00B123C7" w:rsidP="00B123C7">
      <w:pPr>
        <w:numPr>
          <w:ilvl w:val="0"/>
          <w:numId w:val="19"/>
        </w:numPr>
        <w:spacing w:before="100" w:beforeAutospacing="1" w:after="100" w:afterAutospacing="1" w:line="240" w:lineRule="auto"/>
        <w:rPr>
          <w:rFonts w:asciiTheme="majorHAnsi" w:eastAsia="Times New Roman" w:hAnsiTheme="majorHAnsi" w:cstheme="majorHAnsi"/>
          <w:sz w:val="20"/>
          <w:szCs w:val="20"/>
          <w:lang w:val="en-GB" w:eastAsia="en-GB"/>
        </w:rPr>
      </w:pPr>
      <w:r w:rsidRPr="00B123C7">
        <w:rPr>
          <w:rFonts w:asciiTheme="majorHAnsi" w:eastAsia="Times New Roman" w:hAnsiTheme="majorHAnsi" w:cstheme="majorHAnsi"/>
          <w:sz w:val="20"/>
          <w:szCs w:val="20"/>
          <w:lang w:val="en-GB" w:eastAsia="en-GB"/>
        </w:rPr>
        <w:t xml:space="preserve">correct logic gates </w:t>
      </w:r>
    </w:p>
    <w:p w14:paraId="74586FF5" w14:textId="77777777" w:rsidR="00B123C7" w:rsidRPr="00B123C7" w:rsidRDefault="00B123C7" w:rsidP="00B123C7">
      <w:pPr>
        <w:numPr>
          <w:ilvl w:val="0"/>
          <w:numId w:val="19"/>
        </w:numPr>
        <w:spacing w:before="100" w:beforeAutospacing="1" w:after="100" w:afterAutospacing="1" w:line="240" w:lineRule="auto"/>
        <w:rPr>
          <w:rFonts w:asciiTheme="majorHAnsi" w:eastAsia="Times New Roman" w:hAnsiTheme="majorHAnsi" w:cstheme="majorHAnsi"/>
          <w:sz w:val="20"/>
          <w:szCs w:val="20"/>
          <w:lang w:val="en-GB" w:eastAsia="en-GB"/>
        </w:rPr>
      </w:pPr>
      <w:r w:rsidRPr="00B123C7">
        <w:rPr>
          <w:rFonts w:asciiTheme="majorHAnsi" w:eastAsia="Times New Roman" w:hAnsiTheme="majorHAnsi" w:cstheme="majorHAnsi"/>
          <w:sz w:val="20"/>
          <w:szCs w:val="20"/>
          <w:lang w:val="en-GB" w:eastAsia="en-GB"/>
        </w:rPr>
        <w:t xml:space="preserve">labelled inputs (D, M, W, O) </w:t>
      </w:r>
    </w:p>
    <w:p w14:paraId="7FCC09FA" w14:textId="59336BAA" w:rsidR="00FA1724" w:rsidRDefault="00B123C7" w:rsidP="00B123C7">
      <w:pPr>
        <w:numPr>
          <w:ilvl w:val="0"/>
          <w:numId w:val="19"/>
        </w:numPr>
        <w:spacing w:before="100" w:beforeAutospacing="1" w:after="100" w:afterAutospacing="1" w:line="240" w:lineRule="auto"/>
        <w:rPr>
          <w:rFonts w:asciiTheme="majorHAnsi" w:eastAsia="Times New Roman" w:hAnsiTheme="majorHAnsi" w:cstheme="majorHAnsi"/>
          <w:sz w:val="20"/>
          <w:szCs w:val="20"/>
          <w:lang w:val="en-GB" w:eastAsia="en-GB"/>
        </w:rPr>
      </w:pPr>
      <w:r w:rsidRPr="00B123C7">
        <w:rPr>
          <w:rFonts w:asciiTheme="majorHAnsi" w:eastAsia="Times New Roman" w:hAnsiTheme="majorHAnsi" w:cstheme="majorHAnsi"/>
          <w:sz w:val="20"/>
          <w:szCs w:val="20"/>
          <w:lang w:val="en-GB" w:eastAsia="en-GB"/>
        </w:rPr>
        <w:t>clear output (Alarm ON/OFF)</w:t>
      </w:r>
    </w:p>
    <w:p w14:paraId="6232FD7C" w14:textId="0101583E" w:rsidR="00B123C7" w:rsidRPr="00B123C7" w:rsidRDefault="00FA1724" w:rsidP="00FA1724">
      <w:pPr>
        <w:rPr>
          <w:rFonts w:asciiTheme="majorHAnsi" w:eastAsia="Times New Roman" w:hAnsiTheme="majorHAnsi" w:cstheme="majorHAnsi"/>
          <w:sz w:val="20"/>
          <w:szCs w:val="20"/>
          <w:lang w:val="en-GB" w:eastAsia="en-GB"/>
        </w:rPr>
      </w:pPr>
      <w:r>
        <w:rPr>
          <w:rFonts w:asciiTheme="majorHAnsi" w:eastAsia="Times New Roman" w:hAnsiTheme="majorHAnsi" w:cstheme="majorHAnsi"/>
          <w:sz w:val="20"/>
          <w:szCs w:val="20"/>
          <w:lang w:val="en-GB" w:eastAsia="en-GB"/>
        </w:rPr>
        <w:br w:type="page"/>
      </w:r>
    </w:p>
    <w:p w14:paraId="70A91738" w14:textId="073B9242" w:rsidR="001B3478" w:rsidRPr="00FA1724" w:rsidRDefault="00FA1724" w:rsidP="00B123C7">
      <w:pPr>
        <w:pStyle w:val="NormalWeb"/>
        <w:rPr>
          <w:rFonts w:asciiTheme="majorHAnsi" w:hAnsiTheme="majorHAnsi" w:cstheme="majorHAnsi"/>
          <w:sz w:val="20"/>
          <w:szCs w:val="20"/>
        </w:rPr>
      </w:pPr>
      <w:r w:rsidRPr="00FA1724">
        <w:rPr>
          <w:rFonts w:asciiTheme="majorHAnsi" w:hAnsiTheme="majorHAnsi" w:cstheme="majorHAnsi"/>
          <w:sz w:val="20"/>
          <w:szCs w:val="20"/>
        </w:rPr>
        <w:lastRenderedPageBreak/>
        <w:t>Q3. Explain one advantage and one limitation of using logic gates to design systems like smart alarms instead of using software-based programming.</w:t>
      </w:r>
    </w:p>
    <w:p w14:paraId="72EDD177" w14:textId="77777777" w:rsidR="001B3478" w:rsidRDefault="001B3478" w:rsidP="001B3478">
      <w:pPr>
        <w:pStyle w:val="Heading1"/>
      </w:pPr>
      <w:r>
        <w:t>Task 4 – Emerging Computer Technology</w:t>
      </w:r>
    </w:p>
    <w:p w14:paraId="2889A7D6" w14:textId="77777777" w:rsidR="001B3478" w:rsidRPr="00FE22CC" w:rsidRDefault="001B3478" w:rsidP="001B3478">
      <w:pPr>
        <w:pStyle w:val="isselectedend"/>
        <w:rPr>
          <w:rFonts w:asciiTheme="majorHAnsi" w:hAnsiTheme="majorHAnsi" w:cstheme="majorHAnsi"/>
          <w:sz w:val="20"/>
          <w:szCs w:val="20"/>
        </w:rPr>
      </w:pPr>
      <w:r w:rsidRPr="00FE22CC">
        <w:rPr>
          <w:rFonts w:asciiTheme="majorHAnsi" w:hAnsiTheme="majorHAnsi" w:cstheme="majorHAnsi"/>
          <w:sz w:val="20"/>
          <w:szCs w:val="20"/>
        </w:rPr>
        <w:t xml:space="preserve">Choose </w:t>
      </w:r>
      <w:r w:rsidRPr="00FE22CC">
        <w:rPr>
          <w:rStyle w:val="Strong"/>
          <w:rFonts w:asciiTheme="majorHAnsi" w:hAnsiTheme="majorHAnsi" w:cstheme="majorHAnsi"/>
          <w:sz w:val="20"/>
          <w:szCs w:val="20"/>
        </w:rPr>
        <w:t>ONE</w:t>
      </w:r>
      <w:r w:rsidRPr="00FE22CC">
        <w:rPr>
          <w:rFonts w:asciiTheme="majorHAnsi" w:hAnsiTheme="majorHAnsi" w:cstheme="majorHAnsi"/>
          <w:sz w:val="20"/>
          <w:szCs w:val="20"/>
        </w:rPr>
        <w:t xml:space="preserve"> of the following technologies:</w:t>
      </w:r>
    </w:p>
    <w:p w14:paraId="43F87BE8" w14:textId="77777777" w:rsidR="001B3478" w:rsidRPr="00FE22CC" w:rsidRDefault="001B3478" w:rsidP="001B3478">
      <w:pPr>
        <w:numPr>
          <w:ilvl w:val="0"/>
          <w:numId w:val="12"/>
        </w:numPr>
        <w:spacing w:before="100" w:beforeAutospacing="1" w:after="100" w:afterAutospacing="1" w:line="240" w:lineRule="auto"/>
        <w:rPr>
          <w:rFonts w:asciiTheme="majorHAnsi" w:hAnsiTheme="majorHAnsi" w:cstheme="majorHAnsi"/>
          <w:sz w:val="20"/>
          <w:szCs w:val="20"/>
        </w:rPr>
      </w:pPr>
      <w:r w:rsidRPr="00FE22CC">
        <w:rPr>
          <w:rFonts w:asciiTheme="majorHAnsi" w:hAnsiTheme="majorHAnsi" w:cstheme="majorHAnsi"/>
          <w:sz w:val="20"/>
          <w:szCs w:val="20"/>
        </w:rPr>
        <w:t>Artificial Intelligence (AI)</w:t>
      </w:r>
    </w:p>
    <w:p w14:paraId="2EB651D8" w14:textId="77777777" w:rsidR="001B3478" w:rsidRPr="00FE22CC" w:rsidRDefault="001B3478" w:rsidP="001B3478">
      <w:pPr>
        <w:numPr>
          <w:ilvl w:val="0"/>
          <w:numId w:val="12"/>
        </w:numPr>
        <w:spacing w:before="100" w:beforeAutospacing="1" w:after="100" w:afterAutospacing="1" w:line="240" w:lineRule="auto"/>
        <w:rPr>
          <w:rFonts w:asciiTheme="majorHAnsi" w:hAnsiTheme="majorHAnsi" w:cstheme="majorHAnsi"/>
          <w:sz w:val="20"/>
          <w:szCs w:val="20"/>
        </w:rPr>
      </w:pPr>
      <w:r w:rsidRPr="00FE22CC">
        <w:rPr>
          <w:rFonts w:asciiTheme="majorHAnsi" w:hAnsiTheme="majorHAnsi" w:cstheme="majorHAnsi"/>
          <w:sz w:val="20"/>
          <w:szCs w:val="20"/>
        </w:rPr>
        <w:t>Robotics</w:t>
      </w:r>
    </w:p>
    <w:p w14:paraId="236E87CA" w14:textId="77777777" w:rsidR="001B3478" w:rsidRPr="00FE22CC" w:rsidRDefault="001B3478" w:rsidP="001B3478">
      <w:pPr>
        <w:numPr>
          <w:ilvl w:val="0"/>
          <w:numId w:val="12"/>
        </w:numPr>
        <w:spacing w:before="100" w:beforeAutospacing="1" w:after="100" w:afterAutospacing="1" w:line="240" w:lineRule="auto"/>
        <w:rPr>
          <w:rFonts w:asciiTheme="majorHAnsi" w:hAnsiTheme="majorHAnsi" w:cstheme="majorHAnsi"/>
          <w:sz w:val="20"/>
          <w:szCs w:val="20"/>
        </w:rPr>
      </w:pPr>
      <w:r w:rsidRPr="00FE22CC">
        <w:rPr>
          <w:rFonts w:asciiTheme="majorHAnsi" w:hAnsiTheme="majorHAnsi" w:cstheme="majorHAnsi"/>
          <w:sz w:val="20"/>
          <w:szCs w:val="20"/>
        </w:rPr>
        <w:t>Self-Driving Cars</w:t>
      </w:r>
    </w:p>
    <w:p w14:paraId="625C0C53" w14:textId="77777777" w:rsidR="001B3478" w:rsidRPr="00FE22CC" w:rsidRDefault="001B3478" w:rsidP="001B3478">
      <w:pPr>
        <w:numPr>
          <w:ilvl w:val="0"/>
          <w:numId w:val="12"/>
        </w:numPr>
        <w:spacing w:before="100" w:beforeAutospacing="1" w:after="100" w:afterAutospacing="1" w:line="240" w:lineRule="auto"/>
        <w:rPr>
          <w:rFonts w:asciiTheme="majorHAnsi" w:hAnsiTheme="majorHAnsi" w:cstheme="majorHAnsi"/>
          <w:sz w:val="20"/>
          <w:szCs w:val="20"/>
        </w:rPr>
      </w:pPr>
      <w:r w:rsidRPr="00FE22CC">
        <w:rPr>
          <w:rFonts w:asciiTheme="majorHAnsi" w:hAnsiTheme="majorHAnsi" w:cstheme="majorHAnsi"/>
          <w:sz w:val="20"/>
          <w:szCs w:val="20"/>
        </w:rPr>
        <w:t>Quantum Computing</w:t>
      </w:r>
    </w:p>
    <w:p w14:paraId="0051B1FC" w14:textId="77777777" w:rsidR="001B3478" w:rsidRDefault="001B3478" w:rsidP="001B3478">
      <w:pPr>
        <w:pStyle w:val="Heading3"/>
      </w:pPr>
      <w:r>
        <w:t>Scenario</w:t>
      </w:r>
    </w:p>
    <w:p w14:paraId="5925BE40" w14:textId="77777777" w:rsidR="001B3478" w:rsidRPr="00FE22CC" w:rsidRDefault="001B3478" w:rsidP="001B3478">
      <w:pPr>
        <w:pStyle w:val="isselectedend"/>
        <w:rPr>
          <w:rFonts w:asciiTheme="majorHAnsi" w:hAnsiTheme="majorHAnsi" w:cstheme="majorHAnsi"/>
          <w:sz w:val="20"/>
          <w:szCs w:val="20"/>
        </w:rPr>
      </w:pPr>
      <w:r w:rsidRPr="00FE22CC">
        <w:rPr>
          <w:rFonts w:asciiTheme="majorHAnsi" w:hAnsiTheme="majorHAnsi" w:cstheme="majorHAnsi"/>
          <w:sz w:val="20"/>
          <w:szCs w:val="20"/>
        </w:rPr>
        <w:t xml:space="preserve">Your local council is hosting a </w:t>
      </w:r>
      <w:r w:rsidRPr="00FE22CC">
        <w:rPr>
          <w:rStyle w:val="Strong"/>
          <w:rFonts w:asciiTheme="majorHAnsi" w:hAnsiTheme="majorHAnsi" w:cstheme="majorHAnsi"/>
          <w:sz w:val="20"/>
          <w:szCs w:val="20"/>
        </w:rPr>
        <w:t>Future Technology Exhibition</w:t>
      </w:r>
      <w:r w:rsidRPr="00FE22CC">
        <w:rPr>
          <w:rFonts w:asciiTheme="majorHAnsi" w:hAnsiTheme="majorHAnsi" w:cstheme="majorHAnsi"/>
          <w:sz w:val="20"/>
          <w:szCs w:val="20"/>
        </w:rPr>
        <w:t xml:space="preserve"> to help the public understand how emerging technologies could affect </w:t>
      </w:r>
      <w:r w:rsidRPr="00FE22CC">
        <w:rPr>
          <w:rFonts w:asciiTheme="majorHAnsi" w:hAnsiTheme="majorHAnsi" w:cstheme="majorHAnsi"/>
          <w:b/>
          <w:bCs/>
          <w:sz w:val="20"/>
          <w:szCs w:val="20"/>
        </w:rPr>
        <w:t>everyday life</w:t>
      </w:r>
      <w:r w:rsidRPr="00FE22CC">
        <w:rPr>
          <w:rFonts w:asciiTheme="majorHAnsi" w:hAnsiTheme="majorHAnsi" w:cstheme="majorHAnsi"/>
          <w:sz w:val="20"/>
          <w:szCs w:val="20"/>
        </w:rPr>
        <w:t>. You have been asked to create an information sheet about one technology for visitors.</w:t>
      </w:r>
    </w:p>
    <w:p w14:paraId="69801863" w14:textId="4FDE5AAD" w:rsidR="001B3478" w:rsidRPr="00FE22CC" w:rsidRDefault="004C7AB4" w:rsidP="001B3478">
      <w:pPr>
        <w:pStyle w:val="isselectedend"/>
        <w:rPr>
          <w:rFonts w:asciiTheme="majorHAnsi" w:hAnsiTheme="majorHAnsi" w:cstheme="majorHAnsi"/>
          <w:sz w:val="20"/>
          <w:szCs w:val="20"/>
        </w:rPr>
      </w:pPr>
      <w:r>
        <w:rPr>
          <w:rFonts w:asciiTheme="majorHAnsi" w:hAnsiTheme="majorHAnsi" w:cstheme="majorHAnsi"/>
          <w:sz w:val="20"/>
          <w:szCs w:val="20"/>
        </w:rPr>
        <w:t xml:space="preserve">Q1. </w:t>
      </w:r>
      <w:r w:rsidR="001B3478" w:rsidRPr="00FE22CC">
        <w:rPr>
          <w:rFonts w:asciiTheme="majorHAnsi" w:hAnsiTheme="majorHAnsi" w:cstheme="majorHAnsi"/>
          <w:sz w:val="20"/>
          <w:szCs w:val="20"/>
        </w:rPr>
        <w:t>Introduce your chosen technology by explaining what it is and giving one example of how it is used today.</w:t>
      </w:r>
    </w:p>
    <w:p w14:paraId="64366530" w14:textId="4618D613" w:rsidR="001B3478" w:rsidRPr="00FE22CC" w:rsidRDefault="004C7AB4" w:rsidP="001B3478">
      <w:pPr>
        <w:pStyle w:val="isselectedend"/>
        <w:rPr>
          <w:rFonts w:asciiTheme="majorHAnsi" w:hAnsiTheme="majorHAnsi" w:cstheme="majorHAnsi"/>
          <w:sz w:val="20"/>
          <w:szCs w:val="20"/>
        </w:rPr>
      </w:pPr>
      <w:r>
        <w:rPr>
          <w:rFonts w:asciiTheme="majorHAnsi" w:hAnsiTheme="majorHAnsi" w:cstheme="majorHAnsi"/>
          <w:sz w:val="20"/>
          <w:szCs w:val="20"/>
        </w:rPr>
        <w:t xml:space="preserve">Q2. </w:t>
      </w:r>
      <w:r w:rsidR="001B3478" w:rsidRPr="00FE22CC">
        <w:rPr>
          <w:rFonts w:asciiTheme="majorHAnsi" w:hAnsiTheme="majorHAnsi" w:cstheme="majorHAnsi"/>
          <w:sz w:val="20"/>
          <w:szCs w:val="20"/>
        </w:rPr>
        <w:t>To help visitors understand the impact of your chosen technology, explain:</w:t>
      </w:r>
    </w:p>
    <w:p w14:paraId="15D4DDD9" w14:textId="77777777" w:rsidR="001B3478" w:rsidRPr="00FE22CC" w:rsidRDefault="001B3478" w:rsidP="001B3478">
      <w:pPr>
        <w:numPr>
          <w:ilvl w:val="0"/>
          <w:numId w:val="13"/>
        </w:numPr>
        <w:spacing w:before="100" w:beforeAutospacing="1" w:after="100" w:afterAutospacing="1" w:line="240" w:lineRule="auto"/>
        <w:rPr>
          <w:rFonts w:asciiTheme="majorHAnsi" w:hAnsiTheme="majorHAnsi" w:cstheme="majorHAnsi"/>
          <w:sz w:val="20"/>
          <w:szCs w:val="20"/>
        </w:rPr>
      </w:pPr>
      <w:r w:rsidRPr="00FE22CC">
        <w:rPr>
          <w:rStyle w:val="Strong"/>
          <w:rFonts w:asciiTheme="majorHAnsi" w:hAnsiTheme="majorHAnsi" w:cstheme="majorHAnsi"/>
          <w:sz w:val="20"/>
          <w:szCs w:val="20"/>
        </w:rPr>
        <w:t>One positive</w:t>
      </w:r>
      <w:r w:rsidRPr="00FE22CC">
        <w:rPr>
          <w:rFonts w:asciiTheme="majorHAnsi" w:hAnsiTheme="majorHAnsi" w:cstheme="majorHAnsi"/>
          <w:sz w:val="20"/>
          <w:szCs w:val="20"/>
        </w:rPr>
        <w:t xml:space="preserve"> and </w:t>
      </w:r>
      <w:r w:rsidRPr="00FE22CC">
        <w:rPr>
          <w:rStyle w:val="Strong"/>
          <w:rFonts w:asciiTheme="majorHAnsi" w:hAnsiTheme="majorHAnsi" w:cstheme="majorHAnsi"/>
          <w:sz w:val="20"/>
          <w:szCs w:val="20"/>
        </w:rPr>
        <w:t>one negative</w:t>
      </w:r>
      <w:r w:rsidRPr="00FE22CC">
        <w:rPr>
          <w:rFonts w:asciiTheme="majorHAnsi" w:hAnsiTheme="majorHAnsi" w:cstheme="majorHAnsi"/>
          <w:sz w:val="20"/>
          <w:szCs w:val="20"/>
        </w:rPr>
        <w:t xml:space="preserve"> Social, Moral, Cultural or Ethical (SMCE) impact.</w:t>
      </w:r>
    </w:p>
    <w:p w14:paraId="224F8787" w14:textId="77777777" w:rsidR="001B3478" w:rsidRPr="00FE22CC" w:rsidRDefault="001B3478" w:rsidP="001B3478">
      <w:pPr>
        <w:numPr>
          <w:ilvl w:val="0"/>
          <w:numId w:val="13"/>
        </w:numPr>
        <w:spacing w:before="100" w:beforeAutospacing="1" w:after="100" w:afterAutospacing="1" w:line="240" w:lineRule="auto"/>
        <w:rPr>
          <w:rFonts w:asciiTheme="majorHAnsi" w:hAnsiTheme="majorHAnsi" w:cstheme="majorHAnsi"/>
          <w:sz w:val="20"/>
          <w:szCs w:val="20"/>
        </w:rPr>
      </w:pPr>
      <w:r w:rsidRPr="00FE22CC">
        <w:rPr>
          <w:rFonts w:asciiTheme="majorHAnsi" w:hAnsiTheme="majorHAnsi" w:cstheme="majorHAnsi"/>
          <w:sz w:val="20"/>
          <w:szCs w:val="20"/>
        </w:rPr>
        <w:t xml:space="preserve">For each impact, identify whether it is </w:t>
      </w:r>
      <w:r w:rsidRPr="00FE22CC">
        <w:rPr>
          <w:rStyle w:val="Strong"/>
          <w:rFonts w:asciiTheme="majorHAnsi" w:hAnsiTheme="majorHAnsi" w:cstheme="majorHAnsi"/>
          <w:sz w:val="20"/>
          <w:szCs w:val="20"/>
        </w:rPr>
        <w:t>Social, Moral, Cultural or Ethical</w:t>
      </w:r>
      <w:r w:rsidRPr="00FE22CC">
        <w:rPr>
          <w:rFonts w:asciiTheme="majorHAnsi" w:hAnsiTheme="majorHAnsi" w:cstheme="majorHAnsi"/>
          <w:sz w:val="20"/>
          <w:szCs w:val="20"/>
        </w:rPr>
        <w:t xml:space="preserve"> and explain your reasoning.</w:t>
      </w:r>
    </w:p>
    <w:p w14:paraId="3E7DBBD4" w14:textId="27919F98" w:rsidR="001B3478" w:rsidRPr="00FE22CC" w:rsidRDefault="004C7AB4" w:rsidP="001B3478">
      <w:pPr>
        <w:pStyle w:val="NormalWeb"/>
        <w:rPr>
          <w:rFonts w:asciiTheme="majorHAnsi" w:hAnsiTheme="majorHAnsi" w:cstheme="majorHAnsi"/>
          <w:sz w:val="20"/>
          <w:szCs w:val="20"/>
        </w:rPr>
      </w:pPr>
      <w:r>
        <w:rPr>
          <w:rFonts w:asciiTheme="majorHAnsi" w:hAnsiTheme="majorHAnsi" w:cstheme="majorHAnsi"/>
          <w:sz w:val="20"/>
          <w:szCs w:val="20"/>
        </w:rPr>
        <w:t xml:space="preserve">Q3. </w:t>
      </w:r>
      <w:r w:rsidR="001B3478" w:rsidRPr="00FE22CC">
        <w:rPr>
          <w:rFonts w:asciiTheme="majorHAnsi" w:hAnsiTheme="majorHAnsi" w:cstheme="majorHAnsi"/>
          <w:sz w:val="20"/>
          <w:szCs w:val="20"/>
        </w:rPr>
        <w:t xml:space="preserve">The exhibition also includes a </w:t>
      </w:r>
      <w:r w:rsidR="001B3478" w:rsidRPr="00FE22CC">
        <w:rPr>
          <w:rStyle w:val="Strong"/>
          <w:rFonts w:asciiTheme="majorHAnsi" w:hAnsiTheme="majorHAnsi" w:cstheme="majorHAnsi"/>
          <w:sz w:val="20"/>
          <w:szCs w:val="20"/>
        </w:rPr>
        <w:t>"Technology in 10 Years"</w:t>
      </w:r>
      <w:r w:rsidR="001B3478" w:rsidRPr="00FE22CC">
        <w:rPr>
          <w:rFonts w:asciiTheme="majorHAnsi" w:hAnsiTheme="majorHAnsi" w:cstheme="majorHAnsi"/>
          <w:sz w:val="20"/>
          <w:szCs w:val="20"/>
        </w:rPr>
        <w:t xml:space="preserve"> section. Predict how your chosen technology could develop over the next 10 years and explain how it might affect people, businesses, or society.</w:t>
      </w:r>
    </w:p>
    <w:p w14:paraId="789B7AF8" w14:textId="77777777" w:rsidR="001B3478" w:rsidRDefault="001B3478" w:rsidP="001B3478"/>
    <w:p w14:paraId="7FC97CD1" w14:textId="77777777" w:rsidR="001B3478" w:rsidRDefault="001B3478" w:rsidP="001B3478"/>
    <w:p w14:paraId="75A720EB" w14:textId="77777777" w:rsidR="00680699" w:rsidRDefault="00680699">
      <w:pPr>
        <w:rPr>
          <w:rFonts w:asciiTheme="majorHAnsi" w:eastAsiaTheme="majorEastAsia" w:hAnsiTheme="majorHAnsi" w:cstheme="majorBidi"/>
          <w:b/>
          <w:bCs/>
          <w:color w:val="365F91" w:themeColor="accent1" w:themeShade="BF"/>
          <w:sz w:val="28"/>
          <w:szCs w:val="28"/>
        </w:rPr>
      </w:pPr>
      <w:r>
        <w:br w:type="page"/>
      </w:r>
    </w:p>
    <w:p w14:paraId="6FC66086" w14:textId="27A6CDD6" w:rsidR="001B3478" w:rsidRDefault="00680699" w:rsidP="00680699">
      <w:pPr>
        <w:pStyle w:val="Heading1"/>
      </w:pPr>
      <w:r>
        <w:lastRenderedPageBreak/>
        <w:t>Task 5 – Programming Task</w:t>
      </w:r>
    </w:p>
    <w:p w14:paraId="453344F6" w14:textId="5AE97060" w:rsidR="00680699" w:rsidRDefault="00680699" w:rsidP="00680699"/>
    <w:p w14:paraId="4888F901" w14:textId="34DE1B92" w:rsidR="00680699" w:rsidRDefault="00680699" w:rsidP="00680699">
      <w:pPr>
        <w:rPr>
          <w:rFonts w:asciiTheme="majorHAnsi" w:hAnsiTheme="majorHAnsi" w:cstheme="majorHAnsi"/>
          <w:b/>
          <w:bCs/>
          <w:color w:val="C0504D" w:themeColor="accent2"/>
          <w:sz w:val="24"/>
          <w:szCs w:val="24"/>
        </w:rPr>
      </w:pPr>
      <w:r w:rsidRPr="00680699">
        <w:rPr>
          <w:rFonts w:asciiTheme="majorHAnsi" w:hAnsiTheme="majorHAnsi" w:cstheme="majorHAnsi"/>
          <w:b/>
          <w:bCs/>
          <w:color w:val="C0504D" w:themeColor="accent2"/>
          <w:sz w:val="24"/>
          <w:szCs w:val="24"/>
        </w:rPr>
        <w:t xml:space="preserve">Adventure Game Development </w:t>
      </w:r>
    </w:p>
    <w:p w14:paraId="5C5311E2" w14:textId="77777777" w:rsidR="00680699" w:rsidRPr="00AD7C77" w:rsidRDefault="00680699" w:rsidP="00680699">
      <w:pPr>
        <w:pStyle w:val="pdq2pgselectionanchorcontainer"/>
        <w:rPr>
          <w:rFonts w:asciiTheme="majorHAnsi" w:hAnsiTheme="majorHAnsi" w:cstheme="majorHAnsi"/>
          <w:sz w:val="20"/>
          <w:szCs w:val="20"/>
        </w:rPr>
      </w:pPr>
      <w:r w:rsidRPr="00AD7C77">
        <w:rPr>
          <w:rFonts w:asciiTheme="majorHAnsi" w:hAnsiTheme="majorHAnsi" w:cstheme="majorHAnsi"/>
          <w:sz w:val="20"/>
          <w:szCs w:val="20"/>
        </w:rPr>
        <w:t xml:space="preserve">You are designing a </w:t>
      </w:r>
      <w:r w:rsidRPr="00AD7C77">
        <w:rPr>
          <w:rStyle w:val="Strong"/>
          <w:rFonts w:asciiTheme="majorHAnsi" w:hAnsiTheme="majorHAnsi" w:cstheme="majorHAnsi"/>
          <w:sz w:val="20"/>
          <w:szCs w:val="20"/>
        </w:rPr>
        <w:t>text-based adventure game</w:t>
      </w:r>
      <w:r w:rsidRPr="00AD7C77">
        <w:rPr>
          <w:rFonts w:asciiTheme="majorHAnsi" w:hAnsiTheme="majorHAnsi" w:cstheme="majorHAnsi"/>
          <w:sz w:val="20"/>
          <w:szCs w:val="20"/>
        </w:rPr>
        <w:t xml:space="preserve"> for a beginner programming project. The game should allow a player to progress through a story by making decisions that affect the outcome.</w:t>
      </w:r>
    </w:p>
    <w:p w14:paraId="79E20515" w14:textId="4C6503D0" w:rsidR="00680699" w:rsidRPr="00AD7C77" w:rsidRDefault="00680699" w:rsidP="00680699">
      <w:pPr>
        <w:pStyle w:val="NormalWeb"/>
        <w:rPr>
          <w:rFonts w:asciiTheme="majorHAnsi" w:hAnsiTheme="majorHAnsi" w:cstheme="majorHAnsi"/>
          <w:sz w:val="20"/>
          <w:szCs w:val="20"/>
        </w:rPr>
      </w:pPr>
      <w:r w:rsidRPr="00AD7C77">
        <w:rPr>
          <w:rFonts w:asciiTheme="majorHAnsi" w:hAnsiTheme="majorHAnsi" w:cstheme="majorHAnsi"/>
          <w:sz w:val="20"/>
          <w:szCs w:val="20"/>
        </w:rPr>
        <w:t xml:space="preserve">You may use any </w:t>
      </w:r>
      <w:r w:rsidRPr="00AD7C77">
        <w:rPr>
          <w:rStyle w:val="Strong"/>
          <w:rFonts w:asciiTheme="majorHAnsi" w:hAnsiTheme="majorHAnsi" w:cstheme="majorHAnsi"/>
          <w:sz w:val="20"/>
          <w:szCs w:val="20"/>
        </w:rPr>
        <w:t>high-level procedural programming language</w:t>
      </w:r>
      <w:r w:rsidRPr="00AD7C77">
        <w:rPr>
          <w:rFonts w:asciiTheme="majorHAnsi" w:hAnsiTheme="majorHAnsi" w:cstheme="majorHAnsi"/>
          <w:sz w:val="20"/>
          <w:szCs w:val="20"/>
        </w:rPr>
        <w:t xml:space="preserve"> (e.g. Python, Java, C#, etc.).</w:t>
      </w:r>
      <w:r w:rsidR="00AD7C77">
        <w:rPr>
          <w:rFonts w:asciiTheme="majorHAnsi" w:hAnsiTheme="majorHAnsi" w:cstheme="majorHAnsi"/>
          <w:sz w:val="20"/>
          <w:szCs w:val="20"/>
        </w:rPr>
        <w:t xml:space="preserve"> Your program file will need to be submitted during your computing lesson.</w:t>
      </w:r>
    </w:p>
    <w:p w14:paraId="46FD9DC5" w14:textId="77777777" w:rsidR="00680699" w:rsidRPr="00AD7C77" w:rsidRDefault="00680699" w:rsidP="00AD7C77">
      <w:pPr>
        <w:rPr>
          <w:rFonts w:asciiTheme="majorHAnsi" w:hAnsiTheme="majorHAnsi" w:cstheme="majorHAnsi"/>
          <w:b/>
          <w:bCs/>
          <w:sz w:val="20"/>
          <w:szCs w:val="20"/>
        </w:rPr>
      </w:pPr>
      <w:r w:rsidRPr="00AD7C77">
        <w:rPr>
          <w:rFonts w:asciiTheme="majorHAnsi" w:hAnsiTheme="majorHAnsi" w:cstheme="majorHAnsi"/>
          <w:b/>
          <w:bCs/>
          <w:sz w:val="20"/>
          <w:szCs w:val="20"/>
        </w:rPr>
        <w:t>Success Criteria</w:t>
      </w:r>
    </w:p>
    <w:p w14:paraId="0A9A5A79" w14:textId="77777777" w:rsidR="00680699" w:rsidRPr="00AD7C77" w:rsidRDefault="00680699" w:rsidP="00680699">
      <w:pPr>
        <w:pStyle w:val="NormalWeb"/>
        <w:rPr>
          <w:rFonts w:asciiTheme="majorHAnsi" w:hAnsiTheme="majorHAnsi" w:cstheme="majorHAnsi"/>
          <w:sz w:val="20"/>
          <w:szCs w:val="20"/>
        </w:rPr>
      </w:pPr>
      <w:r w:rsidRPr="00AD7C77">
        <w:rPr>
          <w:rFonts w:asciiTheme="majorHAnsi" w:hAnsiTheme="majorHAnsi" w:cstheme="majorHAnsi"/>
          <w:sz w:val="20"/>
          <w:szCs w:val="20"/>
        </w:rPr>
        <w:t>Your program must meet the following requirements:</w:t>
      </w:r>
    </w:p>
    <w:p w14:paraId="5E8D8782" w14:textId="77777777" w:rsidR="00680699" w:rsidRPr="00AD7C77" w:rsidRDefault="00680699" w:rsidP="00680699">
      <w:pPr>
        <w:numPr>
          <w:ilvl w:val="0"/>
          <w:numId w:val="20"/>
        </w:numPr>
        <w:spacing w:before="100" w:beforeAutospacing="1" w:after="100" w:afterAutospacing="1" w:line="240" w:lineRule="auto"/>
        <w:rPr>
          <w:rFonts w:asciiTheme="majorHAnsi" w:hAnsiTheme="majorHAnsi" w:cstheme="majorHAnsi"/>
          <w:sz w:val="20"/>
          <w:szCs w:val="20"/>
        </w:rPr>
      </w:pPr>
      <w:r w:rsidRPr="00AD7C77">
        <w:rPr>
          <w:rFonts w:asciiTheme="majorHAnsi" w:hAnsiTheme="majorHAnsi" w:cstheme="majorHAnsi"/>
          <w:sz w:val="20"/>
          <w:szCs w:val="20"/>
        </w:rPr>
        <w:t xml:space="preserve">A start screen is displayed </w:t>
      </w:r>
    </w:p>
    <w:p w14:paraId="76945EDD" w14:textId="77777777" w:rsidR="00680699" w:rsidRPr="00AD7C77" w:rsidRDefault="00680699" w:rsidP="00680699">
      <w:pPr>
        <w:numPr>
          <w:ilvl w:val="0"/>
          <w:numId w:val="20"/>
        </w:numPr>
        <w:spacing w:before="100" w:beforeAutospacing="1" w:after="100" w:afterAutospacing="1" w:line="240" w:lineRule="auto"/>
        <w:rPr>
          <w:rFonts w:asciiTheme="majorHAnsi" w:hAnsiTheme="majorHAnsi" w:cstheme="majorHAnsi"/>
          <w:sz w:val="20"/>
          <w:szCs w:val="20"/>
        </w:rPr>
      </w:pPr>
      <w:r w:rsidRPr="00AD7C77">
        <w:rPr>
          <w:rFonts w:asciiTheme="majorHAnsi" w:hAnsiTheme="majorHAnsi" w:cstheme="majorHAnsi"/>
          <w:sz w:val="20"/>
          <w:szCs w:val="20"/>
        </w:rPr>
        <w:t xml:space="preserve">The player is asked for their name and greeted personally </w:t>
      </w:r>
    </w:p>
    <w:p w14:paraId="35083FEB" w14:textId="33BCEF78" w:rsidR="00680699" w:rsidRPr="00AD7C77" w:rsidRDefault="00680699" w:rsidP="00680699">
      <w:pPr>
        <w:numPr>
          <w:ilvl w:val="0"/>
          <w:numId w:val="20"/>
        </w:numPr>
        <w:spacing w:before="100" w:beforeAutospacing="1" w:after="100" w:afterAutospacing="1" w:line="240" w:lineRule="auto"/>
        <w:rPr>
          <w:rFonts w:asciiTheme="majorHAnsi" w:hAnsiTheme="majorHAnsi" w:cstheme="majorHAnsi"/>
          <w:sz w:val="20"/>
          <w:szCs w:val="20"/>
        </w:rPr>
      </w:pPr>
      <w:r w:rsidRPr="00AD7C77">
        <w:rPr>
          <w:rFonts w:asciiTheme="majorHAnsi" w:hAnsiTheme="majorHAnsi" w:cstheme="majorHAnsi"/>
          <w:sz w:val="20"/>
          <w:szCs w:val="20"/>
        </w:rPr>
        <w:t xml:space="preserve">The game includes at least </w:t>
      </w:r>
      <w:r w:rsidR="00AD7C77" w:rsidRPr="00AD7C77">
        <w:rPr>
          <w:rFonts w:asciiTheme="majorHAnsi" w:hAnsiTheme="majorHAnsi" w:cstheme="majorHAnsi"/>
          <w:sz w:val="20"/>
          <w:szCs w:val="20"/>
        </w:rPr>
        <w:t>2</w:t>
      </w:r>
      <w:r w:rsidRPr="00AD7C77">
        <w:rPr>
          <w:rFonts w:asciiTheme="majorHAnsi" w:hAnsiTheme="majorHAnsi" w:cstheme="majorHAnsi"/>
          <w:sz w:val="20"/>
          <w:szCs w:val="20"/>
        </w:rPr>
        <w:t xml:space="preserve"> chapters/sections</w:t>
      </w:r>
      <w:r w:rsidR="00AD7C77" w:rsidRPr="00AD7C77">
        <w:rPr>
          <w:rFonts w:asciiTheme="majorHAnsi" w:hAnsiTheme="majorHAnsi" w:cstheme="majorHAnsi"/>
          <w:sz w:val="20"/>
          <w:szCs w:val="20"/>
        </w:rPr>
        <w:t>/levels</w:t>
      </w:r>
      <w:r w:rsidRPr="00AD7C77">
        <w:rPr>
          <w:rFonts w:asciiTheme="majorHAnsi" w:hAnsiTheme="majorHAnsi" w:cstheme="majorHAnsi"/>
          <w:sz w:val="20"/>
          <w:szCs w:val="20"/>
        </w:rPr>
        <w:t xml:space="preserve"> </w:t>
      </w:r>
    </w:p>
    <w:p w14:paraId="1888E920" w14:textId="77777777" w:rsidR="00680699" w:rsidRPr="00AD7C77" w:rsidRDefault="00680699" w:rsidP="00680699">
      <w:pPr>
        <w:numPr>
          <w:ilvl w:val="0"/>
          <w:numId w:val="20"/>
        </w:numPr>
        <w:spacing w:before="100" w:beforeAutospacing="1" w:after="100" w:afterAutospacing="1" w:line="240" w:lineRule="auto"/>
        <w:rPr>
          <w:rFonts w:asciiTheme="majorHAnsi" w:hAnsiTheme="majorHAnsi" w:cstheme="majorHAnsi"/>
          <w:sz w:val="20"/>
          <w:szCs w:val="20"/>
        </w:rPr>
      </w:pPr>
      <w:r w:rsidRPr="00AD7C77">
        <w:rPr>
          <w:rFonts w:asciiTheme="majorHAnsi" w:hAnsiTheme="majorHAnsi" w:cstheme="majorHAnsi"/>
          <w:sz w:val="20"/>
          <w:szCs w:val="20"/>
        </w:rPr>
        <w:t xml:space="preserve">The player makes decisions that affect the storyline </w:t>
      </w:r>
    </w:p>
    <w:p w14:paraId="5764206E" w14:textId="77777777" w:rsidR="00680699" w:rsidRPr="00AD7C77" w:rsidRDefault="00680699" w:rsidP="00680699">
      <w:pPr>
        <w:numPr>
          <w:ilvl w:val="0"/>
          <w:numId w:val="20"/>
        </w:numPr>
        <w:spacing w:before="100" w:beforeAutospacing="1" w:after="100" w:afterAutospacing="1" w:line="240" w:lineRule="auto"/>
        <w:rPr>
          <w:rFonts w:asciiTheme="majorHAnsi" w:hAnsiTheme="majorHAnsi" w:cstheme="majorHAnsi"/>
          <w:sz w:val="20"/>
          <w:szCs w:val="20"/>
        </w:rPr>
      </w:pPr>
      <w:r w:rsidRPr="00AD7C77">
        <w:rPr>
          <w:rFonts w:asciiTheme="majorHAnsi" w:hAnsiTheme="majorHAnsi" w:cstheme="majorHAnsi"/>
          <w:sz w:val="20"/>
          <w:szCs w:val="20"/>
        </w:rPr>
        <w:t xml:space="preserve">The program includes at least one win/lose or multiple ending outcomes </w:t>
      </w:r>
    </w:p>
    <w:p w14:paraId="373CF174" w14:textId="77777777" w:rsidR="00680699" w:rsidRPr="00AD7C77" w:rsidRDefault="00680699" w:rsidP="00680699">
      <w:pPr>
        <w:numPr>
          <w:ilvl w:val="0"/>
          <w:numId w:val="20"/>
        </w:numPr>
        <w:spacing w:before="100" w:beforeAutospacing="1" w:after="100" w:afterAutospacing="1" w:line="240" w:lineRule="auto"/>
        <w:rPr>
          <w:rFonts w:asciiTheme="majorHAnsi" w:hAnsiTheme="majorHAnsi" w:cstheme="majorHAnsi"/>
          <w:sz w:val="20"/>
          <w:szCs w:val="20"/>
        </w:rPr>
      </w:pPr>
      <w:r w:rsidRPr="00AD7C77">
        <w:rPr>
          <w:rFonts w:asciiTheme="majorHAnsi" w:hAnsiTheme="majorHAnsi" w:cstheme="majorHAnsi"/>
          <w:sz w:val="20"/>
          <w:szCs w:val="20"/>
        </w:rPr>
        <w:t xml:space="preserve">The game includes an option to play again </w:t>
      </w:r>
    </w:p>
    <w:p w14:paraId="3807D2A5" w14:textId="77777777" w:rsidR="00680699" w:rsidRPr="00AD7C77" w:rsidRDefault="00680699" w:rsidP="00680699">
      <w:pPr>
        <w:numPr>
          <w:ilvl w:val="0"/>
          <w:numId w:val="20"/>
        </w:numPr>
        <w:spacing w:before="100" w:beforeAutospacing="1" w:after="100" w:afterAutospacing="1" w:line="240" w:lineRule="auto"/>
        <w:rPr>
          <w:rFonts w:asciiTheme="majorHAnsi" w:hAnsiTheme="majorHAnsi" w:cstheme="majorHAnsi"/>
          <w:sz w:val="20"/>
          <w:szCs w:val="20"/>
        </w:rPr>
      </w:pPr>
      <w:r w:rsidRPr="00AD7C77">
        <w:rPr>
          <w:rFonts w:asciiTheme="majorHAnsi" w:hAnsiTheme="majorHAnsi" w:cstheme="majorHAnsi"/>
          <w:sz w:val="20"/>
          <w:szCs w:val="20"/>
        </w:rPr>
        <w:t>The program runs without errors</w:t>
      </w:r>
    </w:p>
    <w:p w14:paraId="47D4835C" w14:textId="32A273F8" w:rsidR="00680699" w:rsidRPr="00AD7C77" w:rsidRDefault="00AD7C77" w:rsidP="00680699">
      <w:pPr>
        <w:rPr>
          <w:rFonts w:asciiTheme="majorHAnsi" w:hAnsiTheme="majorHAnsi" w:cstheme="majorHAnsi"/>
          <w:sz w:val="20"/>
          <w:szCs w:val="20"/>
        </w:rPr>
      </w:pPr>
      <w:r w:rsidRPr="00AD7C77">
        <w:rPr>
          <w:rFonts w:asciiTheme="majorHAnsi" w:hAnsiTheme="majorHAnsi" w:cstheme="majorHAnsi"/>
          <w:b/>
          <w:bCs/>
          <w:sz w:val="20"/>
          <w:szCs w:val="20"/>
        </w:rPr>
        <w:t>Game Design</w:t>
      </w:r>
      <w:r w:rsidRPr="00AD7C77">
        <w:rPr>
          <w:rFonts w:asciiTheme="majorHAnsi" w:hAnsiTheme="majorHAnsi" w:cstheme="majorHAnsi"/>
          <w:sz w:val="20"/>
          <w:szCs w:val="20"/>
        </w:rPr>
        <w:t xml:space="preserve"> (Flowchart OR Pseudocode)</w:t>
      </w:r>
    </w:p>
    <w:p w14:paraId="457F5762" w14:textId="6B6234D0" w:rsidR="00AD7C77" w:rsidRPr="00AD7C77" w:rsidRDefault="00AD7C77" w:rsidP="00AD7C77">
      <w:pPr>
        <w:pStyle w:val="NormalWeb"/>
        <w:rPr>
          <w:rFonts w:asciiTheme="majorHAnsi" w:hAnsiTheme="majorHAnsi" w:cstheme="majorHAnsi"/>
          <w:sz w:val="20"/>
          <w:szCs w:val="20"/>
        </w:rPr>
      </w:pPr>
      <w:r w:rsidRPr="00AD7C77">
        <w:rPr>
          <w:rFonts w:asciiTheme="majorHAnsi" w:hAnsiTheme="majorHAnsi" w:cstheme="majorHAnsi"/>
          <w:b/>
          <w:bCs/>
          <w:sz w:val="20"/>
          <w:szCs w:val="20"/>
        </w:rPr>
        <w:t xml:space="preserve">Implementation </w:t>
      </w:r>
      <w:r w:rsidRPr="00AD7C77">
        <w:rPr>
          <w:rFonts w:asciiTheme="majorHAnsi" w:hAnsiTheme="majorHAnsi" w:cstheme="majorHAnsi"/>
          <w:sz w:val="20"/>
          <w:szCs w:val="20"/>
        </w:rPr>
        <w:t>with code annotation(comments)</w:t>
      </w:r>
    </w:p>
    <w:p w14:paraId="1D47B5CE" w14:textId="0BB12BD2" w:rsidR="00AD7C77" w:rsidRDefault="00AD7C77" w:rsidP="00AD7C77">
      <w:pPr>
        <w:pStyle w:val="NormalWeb"/>
        <w:rPr>
          <w:rFonts w:asciiTheme="majorHAnsi" w:hAnsiTheme="majorHAnsi" w:cstheme="majorHAnsi"/>
          <w:sz w:val="20"/>
          <w:szCs w:val="20"/>
        </w:rPr>
      </w:pPr>
      <w:r w:rsidRPr="00AD7C77">
        <w:rPr>
          <w:rFonts w:asciiTheme="majorHAnsi" w:hAnsiTheme="majorHAnsi" w:cstheme="majorHAnsi"/>
          <w:sz w:val="20"/>
          <w:szCs w:val="20"/>
        </w:rPr>
        <w:t>Write the full program for your adventure game. Use the different constructs of programming and subroutines.</w:t>
      </w:r>
    </w:p>
    <w:p w14:paraId="26EAD4BC" w14:textId="6E24705E" w:rsidR="00AD7C77" w:rsidRPr="00AD7C77" w:rsidRDefault="00AD7C77" w:rsidP="00AD7C77">
      <w:pPr>
        <w:pStyle w:val="NormalWeb"/>
        <w:rPr>
          <w:rFonts w:asciiTheme="majorHAnsi" w:hAnsiTheme="majorHAnsi" w:cstheme="majorHAnsi"/>
          <w:b/>
          <w:bCs/>
          <w:sz w:val="20"/>
          <w:szCs w:val="20"/>
        </w:rPr>
      </w:pPr>
      <w:r w:rsidRPr="00AD7C77">
        <w:rPr>
          <w:rFonts w:asciiTheme="majorHAnsi" w:hAnsiTheme="majorHAnsi" w:cstheme="majorHAnsi"/>
          <w:b/>
          <w:bCs/>
          <w:sz w:val="20"/>
          <w:szCs w:val="20"/>
        </w:rPr>
        <w:t>Evidence of Testing</w:t>
      </w:r>
    </w:p>
    <w:p w14:paraId="220B2525" w14:textId="28B90C59" w:rsidR="00AD7C77" w:rsidRPr="00AD7C77" w:rsidRDefault="00AD7C77" w:rsidP="00AD7C77">
      <w:pPr>
        <w:spacing w:before="100" w:beforeAutospacing="1" w:after="100" w:afterAutospacing="1" w:line="240" w:lineRule="auto"/>
        <w:rPr>
          <w:rFonts w:asciiTheme="majorHAnsi" w:eastAsia="Times New Roman" w:hAnsiTheme="majorHAnsi" w:cstheme="majorHAnsi"/>
          <w:sz w:val="20"/>
          <w:szCs w:val="20"/>
          <w:lang w:val="en-GB" w:eastAsia="en-GB"/>
        </w:rPr>
      </w:pPr>
      <w:r w:rsidRPr="00AD7C77">
        <w:rPr>
          <w:rFonts w:asciiTheme="majorHAnsi" w:eastAsia="Times New Roman" w:hAnsiTheme="majorHAnsi" w:cstheme="majorHAnsi"/>
          <w:sz w:val="20"/>
          <w:szCs w:val="20"/>
          <w:lang w:val="en-GB" w:eastAsia="en-GB"/>
        </w:rPr>
        <w:t>You must demonstrate that your program has been tested thoroughly.</w:t>
      </w:r>
      <w:r>
        <w:rPr>
          <w:rFonts w:asciiTheme="majorHAnsi" w:eastAsia="Times New Roman" w:hAnsiTheme="majorHAnsi" w:cstheme="majorHAnsi"/>
          <w:sz w:val="20"/>
          <w:szCs w:val="20"/>
          <w:lang w:val="en-GB" w:eastAsia="en-GB"/>
        </w:rPr>
        <w:t xml:space="preserve"> Use the test plan to provide:</w:t>
      </w:r>
    </w:p>
    <w:p w14:paraId="37FB6630" w14:textId="77777777" w:rsidR="00AD7C77" w:rsidRPr="00AD7C77" w:rsidRDefault="00AD7C77" w:rsidP="00AD7C77">
      <w:pPr>
        <w:numPr>
          <w:ilvl w:val="0"/>
          <w:numId w:val="22"/>
        </w:numPr>
        <w:spacing w:before="100" w:beforeAutospacing="1" w:after="100" w:afterAutospacing="1" w:line="240" w:lineRule="auto"/>
        <w:rPr>
          <w:rFonts w:asciiTheme="majorHAnsi" w:eastAsia="Times New Roman" w:hAnsiTheme="majorHAnsi" w:cstheme="majorHAnsi"/>
          <w:sz w:val="20"/>
          <w:szCs w:val="20"/>
          <w:lang w:val="en-GB" w:eastAsia="en-GB"/>
        </w:rPr>
      </w:pPr>
      <w:r w:rsidRPr="00AD7C77">
        <w:rPr>
          <w:rFonts w:asciiTheme="majorHAnsi" w:eastAsia="Times New Roman" w:hAnsiTheme="majorHAnsi" w:cstheme="majorHAnsi"/>
          <w:sz w:val="20"/>
          <w:szCs w:val="20"/>
          <w:lang w:val="en-GB" w:eastAsia="en-GB"/>
        </w:rPr>
        <w:t xml:space="preserve">Screenshots of your code </w:t>
      </w:r>
    </w:p>
    <w:p w14:paraId="428C12E8" w14:textId="77777777" w:rsidR="00AD7C77" w:rsidRPr="00AD7C77" w:rsidRDefault="00AD7C77" w:rsidP="00AD7C77">
      <w:pPr>
        <w:numPr>
          <w:ilvl w:val="0"/>
          <w:numId w:val="22"/>
        </w:numPr>
        <w:spacing w:before="100" w:beforeAutospacing="1" w:after="100" w:afterAutospacing="1" w:line="240" w:lineRule="auto"/>
        <w:rPr>
          <w:rFonts w:asciiTheme="majorHAnsi" w:eastAsia="Times New Roman" w:hAnsiTheme="majorHAnsi" w:cstheme="majorHAnsi"/>
          <w:sz w:val="20"/>
          <w:szCs w:val="20"/>
          <w:lang w:val="en-GB" w:eastAsia="en-GB"/>
        </w:rPr>
      </w:pPr>
      <w:r w:rsidRPr="00AD7C77">
        <w:rPr>
          <w:rFonts w:asciiTheme="majorHAnsi" w:eastAsia="Times New Roman" w:hAnsiTheme="majorHAnsi" w:cstheme="majorHAnsi"/>
          <w:sz w:val="20"/>
          <w:szCs w:val="20"/>
          <w:lang w:val="en-GB" w:eastAsia="en-GB"/>
        </w:rPr>
        <w:t xml:space="preserve">Screenshots of your program running </w:t>
      </w:r>
    </w:p>
    <w:p w14:paraId="12BE3576" w14:textId="77777777" w:rsidR="00AD7C77" w:rsidRPr="00AD7C77" w:rsidRDefault="00AD7C77" w:rsidP="00AD7C77">
      <w:pPr>
        <w:numPr>
          <w:ilvl w:val="0"/>
          <w:numId w:val="22"/>
        </w:numPr>
        <w:spacing w:before="100" w:beforeAutospacing="1" w:after="100" w:afterAutospacing="1" w:line="240" w:lineRule="auto"/>
        <w:rPr>
          <w:rFonts w:asciiTheme="majorHAnsi" w:eastAsia="Times New Roman" w:hAnsiTheme="majorHAnsi" w:cstheme="majorHAnsi"/>
          <w:sz w:val="20"/>
          <w:szCs w:val="20"/>
          <w:lang w:val="en-GB" w:eastAsia="en-GB"/>
        </w:rPr>
      </w:pPr>
      <w:r w:rsidRPr="00AD7C77">
        <w:rPr>
          <w:rFonts w:asciiTheme="majorHAnsi" w:eastAsia="Times New Roman" w:hAnsiTheme="majorHAnsi" w:cstheme="majorHAnsi"/>
          <w:sz w:val="20"/>
          <w:szCs w:val="20"/>
          <w:lang w:val="en-GB" w:eastAsia="en-GB"/>
        </w:rPr>
        <w:t>Annotated explanations of your screenshots</w:t>
      </w:r>
    </w:p>
    <w:p w14:paraId="20A31302" w14:textId="77777777" w:rsidR="00AD7C77" w:rsidRDefault="00AD7C77" w:rsidP="00AD7C77">
      <w:pPr>
        <w:rPr>
          <w:rFonts w:asciiTheme="majorHAnsi" w:eastAsia="Times New Roman" w:hAnsiTheme="majorHAnsi" w:cstheme="majorHAnsi"/>
          <w:b/>
          <w:bCs/>
          <w:sz w:val="20"/>
          <w:szCs w:val="20"/>
          <w:lang w:val="en-GB" w:eastAsia="en-GB"/>
        </w:rPr>
      </w:pPr>
    </w:p>
    <w:p w14:paraId="0EC4A8BB" w14:textId="77777777" w:rsidR="00AD7C77" w:rsidRDefault="00AD7C77">
      <w:pPr>
        <w:rPr>
          <w:rFonts w:asciiTheme="majorHAnsi" w:eastAsia="Times New Roman" w:hAnsiTheme="majorHAnsi" w:cstheme="majorHAnsi"/>
          <w:b/>
          <w:bCs/>
          <w:sz w:val="20"/>
          <w:szCs w:val="20"/>
          <w:lang w:val="en-GB" w:eastAsia="en-GB"/>
        </w:rPr>
      </w:pPr>
      <w:r>
        <w:rPr>
          <w:rFonts w:asciiTheme="majorHAnsi" w:eastAsia="Times New Roman" w:hAnsiTheme="majorHAnsi" w:cstheme="majorHAnsi"/>
          <w:b/>
          <w:bCs/>
          <w:sz w:val="20"/>
          <w:szCs w:val="20"/>
          <w:lang w:val="en-GB" w:eastAsia="en-GB"/>
        </w:rPr>
        <w:br w:type="page"/>
      </w:r>
    </w:p>
    <w:p w14:paraId="4DDAEFEF" w14:textId="2B1CE688" w:rsidR="00AD7C77" w:rsidRPr="00AD7C77" w:rsidRDefault="00AD7C77" w:rsidP="00AD7C77">
      <w:pPr>
        <w:rPr>
          <w:rFonts w:asciiTheme="majorHAnsi" w:eastAsia="Times New Roman" w:hAnsiTheme="majorHAnsi" w:cstheme="majorHAnsi"/>
          <w:b/>
          <w:bCs/>
          <w:sz w:val="20"/>
          <w:szCs w:val="20"/>
          <w:lang w:val="en-GB" w:eastAsia="en-GB"/>
        </w:rPr>
      </w:pPr>
      <w:r w:rsidRPr="00AD7C77">
        <w:rPr>
          <w:rFonts w:asciiTheme="majorHAnsi" w:eastAsia="Times New Roman" w:hAnsiTheme="majorHAnsi" w:cstheme="majorHAnsi"/>
          <w:b/>
          <w:bCs/>
          <w:sz w:val="20"/>
          <w:szCs w:val="20"/>
          <w:lang w:val="en-GB" w:eastAsia="en-GB"/>
        </w:rPr>
        <w:lastRenderedPageBreak/>
        <w:t>Test Plan</w:t>
      </w:r>
    </w:p>
    <w:p w14:paraId="6333806F" w14:textId="0581176D" w:rsidR="00AD7C77" w:rsidRPr="00AD7C77" w:rsidRDefault="00AD7C77" w:rsidP="00AD7C77">
      <w:pPr>
        <w:pStyle w:val="NormalWeb"/>
        <w:rPr>
          <w:rFonts w:asciiTheme="majorHAnsi" w:hAnsiTheme="majorHAnsi" w:cstheme="majorHAnsi"/>
          <w:sz w:val="20"/>
          <w:szCs w:val="20"/>
        </w:rPr>
      </w:pPr>
      <w:r w:rsidRPr="00AD7C77">
        <w:rPr>
          <w:rFonts w:asciiTheme="majorHAnsi" w:hAnsiTheme="majorHAnsi" w:cstheme="majorHAnsi"/>
          <w:sz w:val="20"/>
          <w:szCs w:val="20"/>
        </w:rPr>
        <w:t>Complete the test plan below based on your success criteria.</w:t>
      </w:r>
    </w:p>
    <w:tbl>
      <w:tblPr>
        <w:tblW w:w="9603"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425"/>
        <w:gridCol w:w="2238"/>
        <w:gridCol w:w="1174"/>
        <w:gridCol w:w="2017"/>
        <w:gridCol w:w="1736"/>
        <w:gridCol w:w="1013"/>
      </w:tblGrid>
      <w:tr w:rsidR="00AD7C77" w:rsidRPr="00AD7C77" w14:paraId="421D22A4" w14:textId="77777777" w:rsidTr="00AD7C77">
        <w:trPr>
          <w:trHeight w:val="693"/>
          <w:tblHeader/>
          <w:tblCellSpacing w:w="15" w:type="dxa"/>
        </w:trPr>
        <w:tc>
          <w:tcPr>
            <w:tcW w:w="0" w:type="auto"/>
            <w:vAlign w:val="center"/>
            <w:hideMark/>
          </w:tcPr>
          <w:p w14:paraId="0298E043" w14:textId="77777777" w:rsidR="00AD7C77" w:rsidRPr="00AD7C77" w:rsidRDefault="00AD7C77" w:rsidP="00AD7C77">
            <w:pPr>
              <w:spacing w:after="0" w:line="240" w:lineRule="auto"/>
              <w:jc w:val="center"/>
              <w:rPr>
                <w:rFonts w:asciiTheme="majorHAnsi" w:eastAsia="Times New Roman" w:hAnsiTheme="majorHAnsi" w:cstheme="majorHAnsi"/>
                <w:b/>
                <w:bCs/>
                <w:sz w:val="20"/>
                <w:szCs w:val="20"/>
                <w:lang w:val="en-GB" w:eastAsia="en-GB"/>
              </w:rPr>
            </w:pPr>
            <w:r w:rsidRPr="00AD7C77">
              <w:rPr>
                <w:rFonts w:asciiTheme="majorHAnsi" w:eastAsia="Times New Roman" w:hAnsiTheme="majorHAnsi" w:cstheme="majorHAnsi"/>
                <w:b/>
                <w:bCs/>
                <w:sz w:val="20"/>
                <w:szCs w:val="20"/>
                <w:lang w:val="en-GB" w:eastAsia="en-GB"/>
              </w:rPr>
              <w:t>Test Number</w:t>
            </w:r>
          </w:p>
        </w:tc>
        <w:tc>
          <w:tcPr>
            <w:tcW w:w="0" w:type="auto"/>
            <w:vAlign w:val="center"/>
            <w:hideMark/>
          </w:tcPr>
          <w:p w14:paraId="3DE01D37" w14:textId="77777777" w:rsidR="00AD7C77" w:rsidRPr="00AD7C77" w:rsidRDefault="00AD7C77" w:rsidP="00AD7C77">
            <w:pPr>
              <w:spacing w:after="0" w:line="240" w:lineRule="auto"/>
              <w:jc w:val="center"/>
              <w:rPr>
                <w:rFonts w:asciiTheme="majorHAnsi" w:eastAsia="Times New Roman" w:hAnsiTheme="majorHAnsi" w:cstheme="majorHAnsi"/>
                <w:b/>
                <w:bCs/>
                <w:sz w:val="20"/>
                <w:szCs w:val="20"/>
                <w:lang w:val="en-GB" w:eastAsia="en-GB"/>
              </w:rPr>
            </w:pPr>
            <w:r w:rsidRPr="00AD7C77">
              <w:rPr>
                <w:rFonts w:asciiTheme="majorHAnsi" w:eastAsia="Times New Roman" w:hAnsiTheme="majorHAnsi" w:cstheme="majorHAnsi"/>
                <w:b/>
                <w:bCs/>
                <w:sz w:val="20"/>
                <w:szCs w:val="20"/>
                <w:lang w:val="en-GB" w:eastAsia="en-GB"/>
              </w:rPr>
              <w:t>Feature Being Tested</w:t>
            </w:r>
          </w:p>
        </w:tc>
        <w:tc>
          <w:tcPr>
            <w:tcW w:w="0" w:type="auto"/>
            <w:vAlign w:val="center"/>
            <w:hideMark/>
          </w:tcPr>
          <w:p w14:paraId="59CDADA2" w14:textId="77777777" w:rsidR="00AD7C77" w:rsidRPr="00AD7C77" w:rsidRDefault="00AD7C77" w:rsidP="00AD7C77">
            <w:pPr>
              <w:spacing w:after="0" w:line="240" w:lineRule="auto"/>
              <w:jc w:val="center"/>
              <w:rPr>
                <w:rFonts w:asciiTheme="majorHAnsi" w:eastAsia="Times New Roman" w:hAnsiTheme="majorHAnsi" w:cstheme="majorHAnsi"/>
                <w:b/>
                <w:bCs/>
                <w:sz w:val="20"/>
                <w:szCs w:val="20"/>
                <w:lang w:val="en-GB" w:eastAsia="en-GB"/>
              </w:rPr>
            </w:pPr>
            <w:r w:rsidRPr="00AD7C77">
              <w:rPr>
                <w:rFonts w:asciiTheme="majorHAnsi" w:eastAsia="Times New Roman" w:hAnsiTheme="majorHAnsi" w:cstheme="majorHAnsi"/>
                <w:b/>
                <w:bCs/>
                <w:sz w:val="20"/>
                <w:szCs w:val="20"/>
                <w:lang w:val="en-GB" w:eastAsia="en-GB"/>
              </w:rPr>
              <w:t>Input Data</w:t>
            </w:r>
          </w:p>
        </w:tc>
        <w:tc>
          <w:tcPr>
            <w:tcW w:w="0" w:type="auto"/>
            <w:vAlign w:val="center"/>
            <w:hideMark/>
          </w:tcPr>
          <w:p w14:paraId="428B0AD9" w14:textId="77777777" w:rsidR="00AD7C77" w:rsidRPr="00AD7C77" w:rsidRDefault="00AD7C77" w:rsidP="00AD7C77">
            <w:pPr>
              <w:spacing w:after="0" w:line="240" w:lineRule="auto"/>
              <w:jc w:val="center"/>
              <w:rPr>
                <w:rFonts w:asciiTheme="majorHAnsi" w:eastAsia="Times New Roman" w:hAnsiTheme="majorHAnsi" w:cstheme="majorHAnsi"/>
                <w:b/>
                <w:bCs/>
                <w:sz w:val="20"/>
                <w:szCs w:val="20"/>
                <w:lang w:val="en-GB" w:eastAsia="en-GB"/>
              </w:rPr>
            </w:pPr>
            <w:r w:rsidRPr="00AD7C77">
              <w:rPr>
                <w:rFonts w:asciiTheme="majorHAnsi" w:eastAsia="Times New Roman" w:hAnsiTheme="majorHAnsi" w:cstheme="majorHAnsi"/>
                <w:b/>
                <w:bCs/>
                <w:sz w:val="20"/>
                <w:szCs w:val="20"/>
                <w:lang w:val="en-GB" w:eastAsia="en-GB"/>
              </w:rPr>
              <w:t>Expected Outcome</w:t>
            </w:r>
          </w:p>
        </w:tc>
        <w:tc>
          <w:tcPr>
            <w:tcW w:w="0" w:type="auto"/>
            <w:vAlign w:val="center"/>
            <w:hideMark/>
          </w:tcPr>
          <w:p w14:paraId="6B2C0F5B" w14:textId="77777777" w:rsidR="00AD7C77" w:rsidRPr="00AD7C77" w:rsidRDefault="00AD7C77" w:rsidP="00AD7C77">
            <w:pPr>
              <w:spacing w:after="0" w:line="240" w:lineRule="auto"/>
              <w:jc w:val="center"/>
              <w:rPr>
                <w:rFonts w:asciiTheme="majorHAnsi" w:eastAsia="Times New Roman" w:hAnsiTheme="majorHAnsi" w:cstheme="majorHAnsi"/>
                <w:b/>
                <w:bCs/>
                <w:sz w:val="20"/>
                <w:szCs w:val="20"/>
                <w:lang w:val="en-GB" w:eastAsia="en-GB"/>
              </w:rPr>
            </w:pPr>
            <w:r w:rsidRPr="00AD7C77">
              <w:rPr>
                <w:rFonts w:asciiTheme="majorHAnsi" w:eastAsia="Times New Roman" w:hAnsiTheme="majorHAnsi" w:cstheme="majorHAnsi"/>
                <w:b/>
                <w:bCs/>
                <w:sz w:val="20"/>
                <w:szCs w:val="20"/>
                <w:lang w:val="en-GB" w:eastAsia="en-GB"/>
              </w:rPr>
              <w:t>Actual Outcome</w:t>
            </w:r>
          </w:p>
        </w:tc>
        <w:tc>
          <w:tcPr>
            <w:tcW w:w="0" w:type="auto"/>
            <w:vAlign w:val="center"/>
            <w:hideMark/>
          </w:tcPr>
          <w:p w14:paraId="1455FED0" w14:textId="77777777" w:rsidR="00AD7C77" w:rsidRPr="00AD7C77" w:rsidRDefault="00AD7C77" w:rsidP="00AD7C77">
            <w:pPr>
              <w:spacing w:after="0" w:line="240" w:lineRule="auto"/>
              <w:jc w:val="center"/>
              <w:rPr>
                <w:rFonts w:asciiTheme="majorHAnsi" w:eastAsia="Times New Roman" w:hAnsiTheme="majorHAnsi" w:cstheme="majorHAnsi"/>
                <w:b/>
                <w:bCs/>
                <w:sz w:val="20"/>
                <w:szCs w:val="20"/>
                <w:lang w:val="en-GB" w:eastAsia="en-GB"/>
              </w:rPr>
            </w:pPr>
            <w:r w:rsidRPr="00AD7C77">
              <w:rPr>
                <w:rFonts w:asciiTheme="majorHAnsi" w:eastAsia="Times New Roman" w:hAnsiTheme="majorHAnsi" w:cstheme="majorHAnsi"/>
                <w:b/>
                <w:bCs/>
                <w:sz w:val="20"/>
                <w:szCs w:val="20"/>
                <w:lang w:val="en-GB" w:eastAsia="en-GB"/>
              </w:rPr>
              <w:t>Pass/Fail</w:t>
            </w:r>
          </w:p>
        </w:tc>
      </w:tr>
      <w:tr w:rsidR="00AD7C77" w:rsidRPr="00AD7C77" w14:paraId="086D870F" w14:textId="77777777" w:rsidTr="00AD7C77">
        <w:trPr>
          <w:trHeight w:val="724"/>
          <w:tblCellSpacing w:w="15" w:type="dxa"/>
        </w:trPr>
        <w:tc>
          <w:tcPr>
            <w:tcW w:w="0" w:type="auto"/>
            <w:vAlign w:val="center"/>
            <w:hideMark/>
          </w:tcPr>
          <w:p w14:paraId="72C6C671" w14:textId="77777777" w:rsidR="00AD7C77" w:rsidRPr="00AD7C77" w:rsidRDefault="00AD7C77" w:rsidP="00AD7C77">
            <w:pPr>
              <w:spacing w:after="0" w:line="240" w:lineRule="auto"/>
              <w:rPr>
                <w:rFonts w:asciiTheme="majorHAnsi" w:eastAsia="Times New Roman" w:hAnsiTheme="majorHAnsi" w:cstheme="majorHAnsi"/>
                <w:sz w:val="20"/>
                <w:szCs w:val="20"/>
                <w:lang w:val="en-GB" w:eastAsia="en-GB"/>
              </w:rPr>
            </w:pPr>
            <w:r w:rsidRPr="00AD7C77">
              <w:rPr>
                <w:rFonts w:asciiTheme="majorHAnsi" w:eastAsia="Times New Roman" w:hAnsiTheme="majorHAnsi" w:cstheme="majorHAnsi"/>
                <w:sz w:val="20"/>
                <w:szCs w:val="20"/>
                <w:lang w:val="en-GB" w:eastAsia="en-GB"/>
              </w:rPr>
              <w:t>1</w:t>
            </w:r>
          </w:p>
        </w:tc>
        <w:tc>
          <w:tcPr>
            <w:tcW w:w="0" w:type="auto"/>
            <w:vAlign w:val="center"/>
            <w:hideMark/>
          </w:tcPr>
          <w:p w14:paraId="4EB7C739" w14:textId="77777777" w:rsidR="00AD7C77" w:rsidRPr="00AD7C77" w:rsidRDefault="00AD7C77" w:rsidP="00AD7C77">
            <w:pPr>
              <w:spacing w:after="0" w:line="240" w:lineRule="auto"/>
              <w:rPr>
                <w:rFonts w:asciiTheme="majorHAnsi" w:eastAsia="Times New Roman" w:hAnsiTheme="majorHAnsi" w:cstheme="majorHAnsi"/>
                <w:sz w:val="20"/>
                <w:szCs w:val="20"/>
                <w:lang w:val="en-GB" w:eastAsia="en-GB"/>
              </w:rPr>
            </w:pPr>
          </w:p>
        </w:tc>
        <w:tc>
          <w:tcPr>
            <w:tcW w:w="0" w:type="auto"/>
            <w:vAlign w:val="center"/>
            <w:hideMark/>
          </w:tcPr>
          <w:p w14:paraId="7B62BE61" w14:textId="77777777" w:rsidR="00AD7C77" w:rsidRPr="00AD7C77" w:rsidRDefault="00AD7C77" w:rsidP="00AD7C77">
            <w:pPr>
              <w:spacing w:after="0" w:line="240" w:lineRule="auto"/>
              <w:rPr>
                <w:rFonts w:asciiTheme="majorHAnsi" w:eastAsia="Times New Roman" w:hAnsiTheme="majorHAnsi" w:cstheme="majorHAnsi"/>
                <w:sz w:val="20"/>
                <w:szCs w:val="20"/>
                <w:lang w:val="en-GB" w:eastAsia="en-GB"/>
              </w:rPr>
            </w:pPr>
          </w:p>
        </w:tc>
        <w:tc>
          <w:tcPr>
            <w:tcW w:w="0" w:type="auto"/>
            <w:vAlign w:val="center"/>
            <w:hideMark/>
          </w:tcPr>
          <w:p w14:paraId="162E85ED" w14:textId="77777777" w:rsidR="00AD7C77" w:rsidRPr="00AD7C77" w:rsidRDefault="00AD7C77" w:rsidP="00AD7C77">
            <w:pPr>
              <w:spacing w:after="0" w:line="240" w:lineRule="auto"/>
              <w:rPr>
                <w:rFonts w:asciiTheme="majorHAnsi" w:eastAsia="Times New Roman" w:hAnsiTheme="majorHAnsi" w:cstheme="majorHAnsi"/>
                <w:sz w:val="20"/>
                <w:szCs w:val="20"/>
                <w:lang w:val="en-GB" w:eastAsia="en-GB"/>
              </w:rPr>
            </w:pPr>
          </w:p>
        </w:tc>
        <w:tc>
          <w:tcPr>
            <w:tcW w:w="0" w:type="auto"/>
            <w:vAlign w:val="center"/>
            <w:hideMark/>
          </w:tcPr>
          <w:p w14:paraId="11D4A426" w14:textId="77777777" w:rsidR="00AD7C77" w:rsidRPr="00AD7C77" w:rsidRDefault="00AD7C77" w:rsidP="00AD7C77">
            <w:pPr>
              <w:spacing w:after="0" w:line="240" w:lineRule="auto"/>
              <w:rPr>
                <w:rFonts w:asciiTheme="majorHAnsi" w:eastAsia="Times New Roman" w:hAnsiTheme="majorHAnsi" w:cstheme="majorHAnsi"/>
                <w:sz w:val="20"/>
                <w:szCs w:val="20"/>
                <w:lang w:val="en-GB" w:eastAsia="en-GB"/>
              </w:rPr>
            </w:pPr>
          </w:p>
        </w:tc>
        <w:tc>
          <w:tcPr>
            <w:tcW w:w="0" w:type="auto"/>
            <w:vAlign w:val="center"/>
            <w:hideMark/>
          </w:tcPr>
          <w:p w14:paraId="25AA117C" w14:textId="77777777" w:rsidR="00AD7C77" w:rsidRPr="00AD7C77" w:rsidRDefault="00AD7C77" w:rsidP="00AD7C77">
            <w:pPr>
              <w:spacing w:after="0" w:line="240" w:lineRule="auto"/>
              <w:rPr>
                <w:rFonts w:asciiTheme="majorHAnsi" w:eastAsia="Times New Roman" w:hAnsiTheme="majorHAnsi" w:cstheme="majorHAnsi"/>
                <w:sz w:val="20"/>
                <w:szCs w:val="20"/>
                <w:lang w:val="en-GB" w:eastAsia="en-GB"/>
              </w:rPr>
            </w:pPr>
          </w:p>
        </w:tc>
      </w:tr>
      <w:tr w:rsidR="00AD7C77" w:rsidRPr="00AD7C77" w14:paraId="2E2412C6" w14:textId="77777777" w:rsidTr="00AD7C77">
        <w:trPr>
          <w:trHeight w:val="759"/>
          <w:tblCellSpacing w:w="15" w:type="dxa"/>
        </w:trPr>
        <w:tc>
          <w:tcPr>
            <w:tcW w:w="0" w:type="auto"/>
            <w:vAlign w:val="center"/>
            <w:hideMark/>
          </w:tcPr>
          <w:p w14:paraId="6CE30916" w14:textId="77777777" w:rsidR="00AD7C77" w:rsidRPr="00AD7C77" w:rsidRDefault="00AD7C77" w:rsidP="00AD7C77">
            <w:pPr>
              <w:spacing w:after="0" w:line="240" w:lineRule="auto"/>
              <w:rPr>
                <w:rFonts w:asciiTheme="majorHAnsi" w:eastAsia="Times New Roman" w:hAnsiTheme="majorHAnsi" w:cstheme="majorHAnsi"/>
                <w:sz w:val="20"/>
                <w:szCs w:val="20"/>
                <w:lang w:val="en-GB" w:eastAsia="en-GB"/>
              </w:rPr>
            </w:pPr>
            <w:r w:rsidRPr="00AD7C77">
              <w:rPr>
                <w:rFonts w:asciiTheme="majorHAnsi" w:eastAsia="Times New Roman" w:hAnsiTheme="majorHAnsi" w:cstheme="majorHAnsi"/>
                <w:sz w:val="20"/>
                <w:szCs w:val="20"/>
                <w:lang w:val="en-GB" w:eastAsia="en-GB"/>
              </w:rPr>
              <w:t>2</w:t>
            </w:r>
          </w:p>
        </w:tc>
        <w:tc>
          <w:tcPr>
            <w:tcW w:w="0" w:type="auto"/>
            <w:vAlign w:val="center"/>
            <w:hideMark/>
          </w:tcPr>
          <w:p w14:paraId="5CE08B80" w14:textId="77777777" w:rsidR="00AD7C77" w:rsidRPr="00AD7C77" w:rsidRDefault="00AD7C77" w:rsidP="00AD7C77">
            <w:pPr>
              <w:spacing w:after="0" w:line="240" w:lineRule="auto"/>
              <w:rPr>
                <w:rFonts w:asciiTheme="majorHAnsi" w:eastAsia="Times New Roman" w:hAnsiTheme="majorHAnsi" w:cstheme="majorHAnsi"/>
                <w:sz w:val="20"/>
                <w:szCs w:val="20"/>
                <w:lang w:val="en-GB" w:eastAsia="en-GB"/>
              </w:rPr>
            </w:pPr>
          </w:p>
        </w:tc>
        <w:tc>
          <w:tcPr>
            <w:tcW w:w="0" w:type="auto"/>
            <w:vAlign w:val="center"/>
            <w:hideMark/>
          </w:tcPr>
          <w:p w14:paraId="2D5486BE" w14:textId="77777777" w:rsidR="00AD7C77" w:rsidRPr="00AD7C77" w:rsidRDefault="00AD7C77" w:rsidP="00AD7C77">
            <w:pPr>
              <w:spacing w:after="0" w:line="240" w:lineRule="auto"/>
              <w:rPr>
                <w:rFonts w:asciiTheme="majorHAnsi" w:eastAsia="Times New Roman" w:hAnsiTheme="majorHAnsi" w:cstheme="majorHAnsi"/>
                <w:sz w:val="20"/>
                <w:szCs w:val="20"/>
                <w:lang w:val="en-GB" w:eastAsia="en-GB"/>
              </w:rPr>
            </w:pPr>
          </w:p>
        </w:tc>
        <w:tc>
          <w:tcPr>
            <w:tcW w:w="0" w:type="auto"/>
            <w:vAlign w:val="center"/>
            <w:hideMark/>
          </w:tcPr>
          <w:p w14:paraId="1EC1E750" w14:textId="77777777" w:rsidR="00AD7C77" w:rsidRPr="00AD7C77" w:rsidRDefault="00AD7C77" w:rsidP="00AD7C77">
            <w:pPr>
              <w:spacing w:after="0" w:line="240" w:lineRule="auto"/>
              <w:rPr>
                <w:rFonts w:asciiTheme="majorHAnsi" w:eastAsia="Times New Roman" w:hAnsiTheme="majorHAnsi" w:cstheme="majorHAnsi"/>
                <w:sz w:val="20"/>
                <w:szCs w:val="20"/>
                <w:lang w:val="en-GB" w:eastAsia="en-GB"/>
              </w:rPr>
            </w:pPr>
          </w:p>
        </w:tc>
        <w:tc>
          <w:tcPr>
            <w:tcW w:w="0" w:type="auto"/>
            <w:vAlign w:val="center"/>
            <w:hideMark/>
          </w:tcPr>
          <w:p w14:paraId="0FD3BC0F" w14:textId="77777777" w:rsidR="00AD7C77" w:rsidRPr="00AD7C77" w:rsidRDefault="00AD7C77" w:rsidP="00AD7C77">
            <w:pPr>
              <w:spacing w:after="0" w:line="240" w:lineRule="auto"/>
              <w:rPr>
                <w:rFonts w:asciiTheme="majorHAnsi" w:eastAsia="Times New Roman" w:hAnsiTheme="majorHAnsi" w:cstheme="majorHAnsi"/>
                <w:sz w:val="20"/>
                <w:szCs w:val="20"/>
                <w:lang w:val="en-GB" w:eastAsia="en-GB"/>
              </w:rPr>
            </w:pPr>
          </w:p>
        </w:tc>
        <w:tc>
          <w:tcPr>
            <w:tcW w:w="0" w:type="auto"/>
            <w:vAlign w:val="center"/>
            <w:hideMark/>
          </w:tcPr>
          <w:p w14:paraId="48E256AD" w14:textId="77777777" w:rsidR="00AD7C77" w:rsidRPr="00AD7C77" w:rsidRDefault="00AD7C77" w:rsidP="00AD7C77">
            <w:pPr>
              <w:spacing w:after="0" w:line="240" w:lineRule="auto"/>
              <w:rPr>
                <w:rFonts w:asciiTheme="majorHAnsi" w:eastAsia="Times New Roman" w:hAnsiTheme="majorHAnsi" w:cstheme="majorHAnsi"/>
                <w:sz w:val="20"/>
                <w:szCs w:val="20"/>
                <w:lang w:val="en-GB" w:eastAsia="en-GB"/>
              </w:rPr>
            </w:pPr>
          </w:p>
        </w:tc>
      </w:tr>
      <w:tr w:rsidR="00AD7C77" w:rsidRPr="00AD7C77" w14:paraId="67D9DD62" w14:textId="77777777" w:rsidTr="00AD7C77">
        <w:trPr>
          <w:trHeight w:val="724"/>
          <w:tblCellSpacing w:w="15" w:type="dxa"/>
        </w:trPr>
        <w:tc>
          <w:tcPr>
            <w:tcW w:w="0" w:type="auto"/>
            <w:vAlign w:val="center"/>
            <w:hideMark/>
          </w:tcPr>
          <w:p w14:paraId="38F10D4C" w14:textId="77777777" w:rsidR="00AD7C77" w:rsidRPr="00AD7C77" w:rsidRDefault="00AD7C77" w:rsidP="00AD7C77">
            <w:pPr>
              <w:spacing w:after="0" w:line="240" w:lineRule="auto"/>
              <w:rPr>
                <w:rFonts w:asciiTheme="majorHAnsi" w:eastAsia="Times New Roman" w:hAnsiTheme="majorHAnsi" w:cstheme="majorHAnsi"/>
                <w:sz w:val="20"/>
                <w:szCs w:val="20"/>
                <w:lang w:val="en-GB" w:eastAsia="en-GB"/>
              </w:rPr>
            </w:pPr>
            <w:r w:rsidRPr="00AD7C77">
              <w:rPr>
                <w:rFonts w:asciiTheme="majorHAnsi" w:eastAsia="Times New Roman" w:hAnsiTheme="majorHAnsi" w:cstheme="majorHAnsi"/>
                <w:sz w:val="20"/>
                <w:szCs w:val="20"/>
                <w:lang w:val="en-GB" w:eastAsia="en-GB"/>
              </w:rPr>
              <w:t>3</w:t>
            </w:r>
          </w:p>
        </w:tc>
        <w:tc>
          <w:tcPr>
            <w:tcW w:w="0" w:type="auto"/>
            <w:vAlign w:val="center"/>
            <w:hideMark/>
          </w:tcPr>
          <w:p w14:paraId="1297EE82" w14:textId="77777777" w:rsidR="00AD7C77" w:rsidRPr="00AD7C77" w:rsidRDefault="00AD7C77" w:rsidP="00AD7C77">
            <w:pPr>
              <w:spacing w:after="0" w:line="240" w:lineRule="auto"/>
              <w:rPr>
                <w:rFonts w:asciiTheme="majorHAnsi" w:eastAsia="Times New Roman" w:hAnsiTheme="majorHAnsi" w:cstheme="majorHAnsi"/>
                <w:sz w:val="20"/>
                <w:szCs w:val="20"/>
                <w:lang w:val="en-GB" w:eastAsia="en-GB"/>
              </w:rPr>
            </w:pPr>
          </w:p>
        </w:tc>
        <w:tc>
          <w:tcPr>
            <w:tcW w:w="0" w:type="auto"/>
            <w:vAlign w:val="center"/>
            <w:hideMark/>
          </w:tcPr>
          <w:p w14:paraId="69A5B928" w14:textId="77777777" w:rsidR="00AD7C77" w:rsidRPr="00AD7C77" w:rsidRDefault="00AD7C77" w:rsidP="00AD7C77">
            <w:pPr>
              <w:spacing w:after="0" w:line="240" w:lineRule="auto"/>
              <w:rPr>
                <w:rFonts w:asciiTheme="majorHAnsi" w:eastAsia="Times New Roman" w:hAnsiTheme="majorHAnsi" w:cstheme="majorHAnsi"/>
                <w:sz w:val="20"/>
                <w:szCs w:val="20"/>
                <w:lang w:val="en-GB" w:eastAsia="en-GB"/>
              </w:rPr>
            </w:pPr>
          </w:p>
        </w:tc>
        <w:tc>
          <w:tcPr>
            <w:tcW w:w="0" w:type="auto"/>
            <w:vAlign w:val="center"/>
            <w:hideMark/>
          </w:tcPr>
          <w:p w14:paraId="15BD1BC2" w14:textId="77777777" w:rsidR="00AD7C77" w:rsidRPr="00AD7C77" w:rsidRDefault="00AD7C77" w:rsidP="00AD7C77">
            <w:pPr>
              <w:spacing w:after="0" w:line="240" w:lineRule="auto"/>
              <w:rPr>
                <w:rFonts w:asciiTheme="majorHAnsi" w:eastAsia="Times New Roman" w:hAnsiTheme="majorHAnsi" w:cstheme="majorHAnsi"/>
                <w:sz w:val="20"/>
                <w:szCs w:val="20"/>
                <w:lang w:val="en-GB" w:eastAsia="en-GB"/>
              </w:rPr>
            </w:pPr>
          </w:p>
        </w:tc>
        <w:tc>
          <w:tcPr>
            <w:tcW w:w="0" w:type="auto"/>
            <w:vAlign w:val="center"/>
            <w:hideMark/>
          </w:tcPr>
          <w:p w14:paraId="12DEAE5B" w14:textId="77777777" w:rsidR="00AD7C77" w:rsidRPr="00AD7C77" w:rsidRDefault="00AD7C77" w:rsidP="00AD7C77">
            <w:pPr>
              <w:spacing w:after="0" w:line="240" w:lineRule="auto"/>
              <w:rPr>
                <w:rFonts w:asciiTheme="majorHAnsi" w:eastAsia="Times New Roman" w:hAnsiTheme="majorHAnsi" w:cstheme="majorHAnsi"/>
                <w:sz w:val="20"/>
                <w:szCs w:val="20"/>
                <w:lang w:val="en-GB" w:eastAsia="en-GB"/>
              </w:rPr>
            </w:pPr>
          </w:p>
        </w:tc>
        <w:tc>
          <w:tcPr>
            <w:tcW w:w="0" w:type="auto"/>
            <w:vAlign w:val="center"/>
            <w:hideMark/>
          </w:tcPr>
          <w:p w14:paraId="03D39A7A" w14:textId="77777777" w:rsidR="00AD7C77" w:rsidRPr="00AD7C77" w:rsidRDefault="00AD7C77" w:rsidP="00AD7C77">
            <w:pPr>
              <w:spacing w:after="0" w:line="240" w:lineRule="auto"/>
              <w:rPr>
                <w:rFonts w:asciiTheme="majorHAnsi" w:eastAsia="Times New Roman" w:hAnsiTheme="majorHAnsi" w:cstheme="majorHAnsi"/>
                <w:sz w:val="20"/>
                <w:szCs w:val="20"/>
                <w:lang w:val="en-GB" w:eastAsia="en-GB"/>
              </w:rPr>
            </w:pPr>
          </w:p>
        </w:tc>
      </w:tr>
      <w:tr w:rsidR="00AD7C77" w:rsidRPr="00AD7C77" w14:paraId="7AC9B4FA" w14:textId="77777777" w:rsidTr="00AD7C77">
        <w:trPr>
          <w:trHeight w:val="724"/>
          <w:tblCellSpacing w:w="15" w:type="dxa"/>
        </w:trPr>
        <w:tc>
          <w:tcPr>
            <w:tcW w:w="0" w:type="auto"/>
            <w:vAlign w:val="center"/>
            <w:hideMark/>
          </w:tcPr>
          <w:p w14:paraId="2C0EF91B" w14:textId="77777777" w:rsidR="00AD7C77" w:rsidRPr="00AD7C77" w:rsidRDefault="00AD7C77" w:rsidP="00AD7C77">
            <w:pPr>
              <w:spacing w:after="0" w:line="240" w:lineRule="auto"/>
              <w:rPr>
                <w:rFonts w:asciiTheme="majorHAnsi" w:eastAsia="Times New Roman" w:hAnsiTheme="majorHAnsi" w:cstheme="majorHAnsi"/>
                <w:sz w:val="20"/>
                <w:szCs w:val="20"/>
                <w:lang w:val="en-GB" w:eastAsia="en-GB"/>
              </w:rPr>
            </w:pPr>
            <w:r w:rsidRPr="00AD7C77">
              <w:rPr>
                <w:rFonts w:asciiTheme="majorHAnsi" w:eastAsia="Times New Roman" w:hAnsiTheme="majorHAnsi" w:cstheme="majorHAnsi"/>
                <w:sz w:val="20"/>
                <w:szCs w:val="20"/>
                <w:lang w:val="en-GB" w:eastAsia="en-GB"/>
              </w:rPr>
              <w:t>4</w:t>
            </w:r>
          </w:p>
        </w:tc>
        <w:tc>
          <w:tcPr>
            <w:tcW w:w="0" w:type="auto"/>
            <w:vAlign w:val="center"/>
            <w:hideMark/>
          </w:tcPr>
          <w:p w14:paraId="557747FD" w14:textId="77777777" w:rsidR="00AD7C77" w:rsidRPr="00AD7C77" w:rsidRDefault="00AD7C77" w:rsidP="00AD7C77">
            <w:pPr>
              <w:spacing w:after="0" w:line="240" w:lineRule="auto"/>
              <w:rPr>
                <w:rFonts w:asciiTheme="majorHAnsi" w:eastAsia="Times New Roman" w:hAnsiTheme="majorHAnsi" w:cstheme="majorHAnsi"/>
                <w:sz w:val="20"/>
                <w:szCs w:val="20"/>
                <w:lang w:val="en-GB" w:eastAsia="en-GB"/>
              </w:rPr>
            </w:pPr>
          </w:p>
        </w:tc>
        <w:tc>
          <w:tcPr>
            <w:tcW w:w="0" w:type="auto"/>
            <w:vAlign w:val="center"/>
            <w:hideMark/>
          </w:tcPr>
          <w:p w14:paraId="5C11A42D" w14:textId="77777777" w:rsidR="00AD7C77" w:rsidRPr="00AD7C77" w:rsidRDefault="00AD7C77" w:rsidP="00AD7C77">
            <w:pPr>
              <w:spacing w:after="0" w:line="240" w:lineRule="auto"/>
              <w:rPr>
                <w:rFonts w:asciiTheme="majorHAnsi" w:eastAsia="Times New Roman" w:hAnsiTheme="majorHAnsi" w:cstheme="majorHAnsi"/>
                <w:sz w:val="20"/>
                <w:szCs w:val="20"/>
                <w:lang w:val="en-GB" w:eastAsia="en-GB"/>
              </w:rPr>
            </w:pPr>
          </w:p>
        </w:tc>
        <w:tc>
          <w:tcPr>
            <w:tcW w:w="0" w:type="auto"/>
            <w:vAlign w:val="center"/>
            <w:hideMark/>
          </w:tcPr>
          <w:p w14:paraId="2BD44870" w14:textId="77777777" w:rsidR="00AD7C77" w:rsidRPr="00AD7C77" w:rsidRDefault="00AD7C77" w:rsidP="00AD7C77">
            <w:pPr>
              <w:spacing w:after="0" w:line="240" w:lineRule="auto"/>
              <w:rPr>
                <w:rFonts w:asciiTheme="majorHAnsi" w:eastAsia="Times New Roman" w:hAnsiTheme="majorHAnsi" w:cstheme="majorHAnsi"/>
                <w:sz w:val="20"/>
                <w:szCs w:val="20"/>
                <w:lang w:val="en-GB" w:eastAsia="en-GB"/>
              </w:rPr>
            </w:pPr>
          </w:p>
        </w:tc>
        <w:tc>
          <w:tcPr>
            <w:tcW w:w="0" w:type="auto"/>
            <w:vAlign w:val="center"/>
            <w:hideMark/>
          </w:tcPr>
          <w:p w14:paraId="09EBAE5B" w14:textId="77777777" w:rsidR="00AD7C77" w:rsidRPr="00AD7C77" w:rsidRDefault="00AD7C77" w:rsidP="00AD7C77">
            <w:pPr>
              <w:spacing w:after="0" w:line="240" w:lineRule="auto"/>
              <w:rPr>
                <w:rFonts w:asciiTheme="majorHAnsi" w:eastAsia="Times New Roman" w:hAnsiTheme="majorHAnsi" w:cstheme="majorHAnsi"/>
                <w:sz w:val="20"/>
                <w:szCs w:val="20"/>
                <w:lang w:val="en-GB" w:eastAsia="en-GB"/>
              </w:rPr>
            </w:pPr>
          </w:p>
        </w:tc>
        <w:tc>
          <w:tcPr>
            <w:tcW w:w="0" w:type="auto"/>
            <w:vAlign w:val="center"/>
            <w:hideMark/>
          </w:tcPr>
          <w:p w14:paraId="318C9F58" w14:textId="77777777" w:rsidR="00AD7C77" w:rsidRPr="00AD7C77" w:rsidRDefault="00AD7C77" w:rsidP="00AD7C77">
            <w:pPr>
              <w:spacing w:after="0" w:line="240" w:lineRule="auto"/>
              <w:rPr>
                <w:rFonts w:asciiTheme="majorHAnsi" w:eastAsia="Times New Roman" w:hAnsiTheme="majorHAnsi" w:cstheme="majorHAnsi"/>
                <w:sz w:val="20"/>
                <w:szCs w:val="20"/>
                <w:lang w:val="en-GB" w:eastAsia="en-GB"/>
              </w:rPr>
            </w:pPr>
          </w:p>
        </w:tc>
      </w:tr>
      <w:tr w:rsidR="00AD7C77" w:rsidRPr="00AD7C77" w14:paraId="03B90DD8" w14:textId="77777777" w:rsidTr="00AD7C77">
        <w:trPr>
          <w:trHeight w:val="724"/>
          <w:tblCellSpacing w:w="15" w:type="dxa"/>
        </w:trPr>
        <w:tc>
          <w:tcPr>
            <w:tcW w:w="0" w:type="auto"/>
            <w:vAlign w:val="center"/>
            <w:hideMark/>
          </w:tcPr>
          <w:p w14:paraId="2730DC00" w14:textId="77777777" w:rsidR="00AD7C77" w:rsidRPr="00AD7C77" w:rsidRDefault="00AD7C77" w:rsidP="00AD7C77">
            <w:pPr>
              <w:spacing w:after="0" w:line="240" w:lineRule="auto"/>
              <w:rPr>
                <w:rFonts w:asciiTheme="majorHAnsi" w:eastAsia="Times New Roman" w:hAnsiTheme="majorHAnsi" w:cstheme="majorHAnsi"/>
                <w:sz w:val="20"/>
                <w:szCs w:val="20"/>
                <w:lang w:val="en-GB" w:eastAsia="en-GB"/>
              </w:rPr>
            </w:pPr>
            <w:r w:rsidRPr="00AD7C77">
              <w:rPr>
                <w:rFonts w:asciiTheme="majorHAnsi" w:eastAsia="Times New Roman" w:hAnsiTheme="majorHAnsi" w:cstheme="majorHAnsi"/>
                <w:sz w:val="20"/>
                <w:szCs w:val="20"/>
                <w:lang w:val="en-GB" w:eastAsia="en-GB"/>
              </w:rPr>
              <w:t>5</w:t>
            </w:r>
          </w:p>
        </w:tc>
        <w:tc>
          <w:tcPr>
            <w:tcW w:w="0" w:type="auto"/>
            <w:vAlign w:val="center"/>
            <w:hideMark/>
          </w:tcPr>
          <w:p w14:paraId="1874A52C" w14:textId="77777777" w:rsidR="00AD7C77" w:rsidRPr="00AD7C77" w:rsidRDefault="00AD7C77" w:rsidP="00AD7C77">
            <w:pPr>
              <w:spacing w:after="0" w:line="240" w:lineRule="auto"/>
              <w:rPr>
                <w:rFonts w:asciiTheme="majorHAnsi" w:eastAsia="Times New Roman" w:hAnsiTheme="majorHAnsi" w:cstheme="majorHAnsi"/>
                <w:sz w:val="20"/>
                <w:szCs w:val="20"/>
                <w:lang w:val="en-GB" w:eastAsia="en-GB"/>
              </w:rPr>
            </w:pPr>
          </w:p>
        </w:tc>
        <w:tc>
          <w:tcPr>
            <w:tcW w:w="0" w:type="auto"/>
            <w:vAlign w:val="center"/>
            <w:hideMark/>
          </w:tcPr>
          <w:p w14:paraId="4DF1532A" w14:textId="77777777" w:rsidR="00AD7C77" w:rsidRPr="00AD7C77" w:rsidRDefault="00AD7C77" w:rsidP="00AD7C77">
            <w:pPr>
              <w:spacing w:after="0" w:line="240" w:lineRule="auto"/>
              <w:rPr>
                <w:rFonts w:asciiTheme="majorHAnsi" w:eastAsia="Times New Roman" w:hAnsiTheme="majorHAnsi" w:cstheme="majorHAnsi"/>
                <w:sz w:val="20"/>
                <w:szCs w:val="20"/>
                <w:lang w:val="en-GB" w:eastAsia="en-GB"/>
              </w:rPr>
            </w:pPr>
          </w:p>
        </w:tc>
        <w:tc>
          <w:tcPr>
            <w:tcW w:w="0" w:type="auto"/>
            <w:vAlign w:val="center"/>
            <w:hideMark/>
          </w:tcPr>
          <w:p w14:paraId="3E10455B" w14:textId="77777777" w:rsidR="00AD7C77" w:rsidRPr="00AD7C77" w:rsidRDefault="00AD7C77" w:rsidP="00AD7C77">
            <w:pPr>
              <w:spacing w:after="0" w:line="240" w:lineRule="auto"/>
              <w:rPr>
                <w:rFonts w:asciiTheme="majorHAnsi" w:eastAsia="Times New Roman" w:hAnsiTheme="majorHAnsi" w:cstheme="majorHAnsi"/>
                <w:sz w:val="20"/>
                <w:szCs w:val="20"/>
                <w:lang w:val="en-GB" w:eastAsia="en-GB"/>
              </w:rPr>
            </w:pPr>
          </w:p>
        </w:tc>
        <w:tc>
          <w:tcPr>
            <w:tcW w:w="0" w:type="auto"/>
            <w:vAlign w:val="center"/>
            <w:hideMark/>
          </w:tcPr>
          <w:p w14:paraId="11417865" w14:textId="77777777" w:rsidR="00AD7C77" w:rsidRPr="00AD7C77" w:rsidRDefault="00AD7C77" w:rsidP="00AD7C77">
            <w:pPr>
              <w:spacing w:after="0" w:line="240" w:lineRule="auto"/>
              <w:rPr>
                <w:rFonts w:asciiTheme="majorHAnsi" w:eastAsia="Times New Roman" w:hAnsiTheme="majorHAnsi" w:cstheme="majorHAnsi"/>
                <w:sz w:val="20"/>
                <w:szCs w:val="20"/>
                <w:lang w:val="en-GB" w:eastAsia="en-GB"/>
              </w:rPr>
            </w:pPr>
          </w:p>
        </w:tc>
        <w:tc>
          <w:tcPr>
            <w:tcW w:w="0" w:type="auto"/>
            <w:vAlign w:val="center"/>
            <w:hideMark/>
          </w:tcPr>
          <w:p w14:paraId="17B48759" w14:textId="77777777" w:rsidR="00AD7C77" w:rsidRPr="00AD7C77" w:rsidRDefault="00AD7C77" w:rsidP="00AD7C77">
            <w:pPr>
              <w:spacing w:after="0" w:line="240" w:lineRule="auto"/>
              <w:rPr>
                <w:rFonts w:asciiTheme="majorHAnsi" w:eastAsia="Times New Roman" w:hAnsiTheme="majorHAnsi" w:cstheme="majorHAnsi"/>
                <w:sz w:val="20"/>
                <w:szCs w:val="20"/>
                <w:lang w:val="en-GB" w:eastAsia="en-GB"/>
              </w:rPr>
            </w:pPr>
          </w:p>
        </w:tc>
      </w:tr>
      <w:tr w:rsidR="00AD7C77" w:rsidRPr="00AD7C77" w14:paraId="0F58F18A" w14:textId="77777777" w:rsidTr="00AD7C77">
        <w:trPr>
          <w:trHeight w:val="724"/>
          <w:tblCellSpacing w:w="15" w:type="dxa"/>
        </w:trPr>
        <w:tc>
          <w:tcPr>
            <w:tcW w:w="0" w:type="auto"/>
            <w:vAlign w:val="center"/>
            <w:hideMark/>
          </w:tcPr>
          <w:p w14:paraId="6D54C6E5" w14:textId="77777777" w:rsidR="00AD7C77" w:rsidRPr="00AD7C77" w:rsidRDefault="00AD7C77" w:rsidP="00AD7C77">
            <w:pPr>
              <w:spacing w:after="0" w:line="240" w:lineRule="auto"/>
              <w:rPr>
                <w:rFonts w:asciiTheme="majorHAnsi" w:eastAsia="Times New Roman" w:hAnsiTheme="majorHAnsi" w:cstheme="majorHAnsi"/>
                <w:sz w:val="20"/>
                <w:szCs w:val="20"/>
                <w:lang w:val="en-GB" w:eastAsia="en-GB"/>
              </w:rPr>
            </w:pPr>
            <w:r w:rsidRPr="00AD7C77">
              <w:rPr>
                <w:rFonts w:asciiTheme="majorHAnsi" w:eastAsia="Times New Roman" w:hAnsiTheme="majorHAnsi" w:cstheme="majorHAnsi"/>
                <w:sz w:val="20"/>
                <w:szCs w:val="20"/>
                <w:lang w:val="en-GB" w:eastAsia="en-GB"/>
              </w:rPr>
              <w:t>6</w:t>
            </w:r>
          </w:p>
        </w:tc>
        <w:tc>
          <w:tcPr>
            <w:tcW w:w="0" w:type="auto"/>
            <w:vAlign w:val="center"/>
            <w:hideMark/>
          </w:tcPr>
          <w:p w14:paraId="685F3E91" w14:textId="77777777" w:rsidR="00AD7C77" w:rsidRPr="00AD7C77" w:rsidRDefault="00AD7C77" w:rsidP="00AD7C77">
            <w:pPr>
              <w:spacing w:after="0" w:line="240" w:lineRule="auto"/>
              <w:rPr>
                <w:rFonts w:asciiTheme="majorHAnsi" w:eastAsia="Times New Roman" w:hAnsiTheme="majorHAnsi" w:cstheme="majorHAnsi"/>
                <w:sz w:val="20"/>
                <w:szCs w:val="20"/>
                <w:lang w:val="en-GB" w:eastAsia="en-GB"/>
              </w:rPr>
            </w:pPr>
          </w:p>
        </w:tc>
        <w:tc>
          <w:tcPr>
            <w:tcW w:w="0" w:type="auto"/>
            <w:vAlign w:val="center"/>
            <w:hideMark/>
          </w:tcPr>
          <w:p w14:paraId="28F038CA" w14:textId="77777777" w:rsidR="00AD7C77" w:rsidRPr="00AD7C77" w:rsidRDefault="00AD7C77" w:rsidP="00AD7C77">
            <w:pPr>
              <w:spacing w:after="0" w:line="240" w:lineRule="auto"/>
              <w:rPr>
                <w:rFonts w:asciiTheme="majorHAnsi" w:eastAsia="Times New Roman" w:hAnsiTheme="majorHAnsi" w:cstheme="majorHAnsi"/>
                <w:sz w:val="20"/>
                <w:szCs w:val="20"/>
                <w:lang w:val="en-GB" w:eastAsia="en-GB"/>
              </w:rPr>
            </w:pPr>
          </w:p>
        </w:tc>
        <w:tc>
          <w:tcPr>
            <w:tcW w:w="0" w:type="auto"/>
            <w:vAlign w:val="center"/>
            <w:hideMark/>
          </w:tcPr>
          <w:p w14:paraId="22BF5761" w14:textId="77777777" w:rsidR="00AD7C77" w:rsidRPr="00AD7C77" w:rsidRDefault="00AD7C77" w:rsidP="00AD7C77">
            <w:pPr>
              <w:spacing w:after="0" w:line="240" w:lineRule="auto"/>
              <w:rPr>
                <w:rFonts w:asciiTheme="majorHAnsi" w:eastAsia="Times New Roman" w:hAnsiTheme="majorHAnsi" w:cstheme="majorHAnsi"/>
                <w:sz w:val="20"/>
                <w:szCs w:val="20"/>
                <w:lang w:val="en-GB" w:eastAsia="en-GB"/>
              </w:rPr>
            </w:pPr>
          </w:p>
        </w:tc>
        <w:tc>
          <w:tcPr>
            <w:tcW w:w="0" w:type="auto"/>
            <w:vAlign w:val="center"/>
            <w:hideMark/>
          </w:tcPr>
          <w:p w14:paraId="2187EE58" w14:textId="77777777" w:rsidR="00AD7C77" w:rsidRPr="00AD7C77" w:rsidRDefault="00AD7C77" w:rsidP="00AD7C77">
            <w:pPr>
              <w:spacing w:after="0" w:line="240" w:lineRule="auto"/>
              <w:rPr>
                <w:rFonts w:asciiTheme="majorHAnsi" w:eastAsia="Times New Roman" w:hAnsiTheme="majorHAnsi" w:cstheme="majorHAnsi"/>
                <w:sz w:val="20"/>
                <w:szCs w:val="20"/>
                <w:lang w:val="en-GB" w:eastAsia="en-GB"/>
              </w:rPr>
            </w:pPr>
          </w:p>
        </w:tc>
        <w:tc>
          <w:tcPr>
            <w:tcW w:w="0" w:type="auto"/>
            <w:vAlign w:val="center"/>
            <w:hideMark/>
          </w:tcPr>
          <w:p w14:paraId="76CF7218" w14:textId="77777777" w:rsidR="00AD7C77" w:rsidRPr="00AD7C77" w:rsidRDefault="00AD7C77" w:rsidP="00AD7C77">
            <w:pPr>
              <w:spacing w:after="0" w:line="240" w:lineRule="auto"/>
              <w:rPr>
                <w:rFonts w:asciiTheme="majorHAnsi" w:eastAsia="Times New Roman" w:hAnsiTheme="majorHAnsi" w:cstheme="majorHAnsi"/>
                <w:sz w:val="20"/>
                <w:szCs w:val="20"/>
                <w:lang w:val="en-GB" w:eastAsia="en-GB"/>
              </w:rPr>
            </w:pPr>
          </w:p>
        </w:tc>
      </w:tr>
    </w:tbl>
    <w:p w14:paraId="446C6D24" w14:textId="77777777" w:rsidR="00AD7C77" w:rsidRDefault="00AD7C77" w:rsidP="00AD7C77">
      <w:pPr>
        <w:pStyle w:val="NormalWeb"/>
      </w:pPr>
    </w:p>
    <w:p w14:paraId="06F7B040" w14:textId="77777777" w:rsidR="00AD7C77" w:rsidRPr="00AD7C77" w:rsidRDefault="00AD7C77" w:rsidP="00AD7C77">
      <w:pPr>
        <w:pStyle w:val="NormalWeb"/>
        <w:rPr>
          <w:rFonts w:asciiTheme="majorHAnsi" w:hAnsiTheme="majorHAnsi" w:cstheme="majorHAnsi"/>
          <w:sz w:val="20"/>
          <w:szCs w:val="20"/>
        </w:rPr>
      </w:pPr>
    </w:p>
    <w:sectPr w:rsidR="00AD7C77" w:rsidRPr="00AD7C77" w:rsidSect="00034616">
      <w:headerReference w:type="default" r:id="rId8"/>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0EC077" w14:textId="77777777" w:rsidR="008C7897" w:rsidRDefault="008C7897" w:rsidP="008C7897">
      <w:pPr>
        <w:spacing w:after="0" w:line="240" w:lineRule="auto"/>
      </w:pPr>
      <w:r>
        <w:separator/>
      </w:r>
    </w:p>
  </w:endnote>
  <w:endnote w:type="continuationSeparator" w:id="0">
    <w:p w14:paraId="571C3E24" w14:textId="77777777" w:rsidR="008C7897" w:rsidRDefault="008C7897" w:rsidP="008C78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0A9125" w14:textId="77777777" w:rsidR="008C7897" w:rsidRDefault="008C7897" w:rsidP="008C7897">
      <w:pPr>
        <w:spacing w:after="0" w:line="240" w:lineRule="auto"/>
      </w:pPr>
      <w:r>
        <w:separator/>
      </w:r>
    </w:p>
  </w:footnote>
  <w:footnote w:type="continuationSeparator" w:id="0">
    <w:p w14:paraId="0A8C045B" w14:textId="77777777" w:rsidR="008C7897" w:rsidRDefault="008C7897" w:rsidP="008C789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EFFB91" w14:textId="564C8795" w:rsidR="008C7897" w:rsidRDefault="008C7897">
    <w:pPr>
      <w:pStyle w:val="Header"/>
    </w:pPr>
    <w:r>
      <w:t xml:space="preserve">Herschel Grammar School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169505FF"/>
    <w:multiLevelType w:val="hybridMultilevel"/>
    <w:tmpl w:val="A8A4300A"/>
    <w:lvl w:ilvl="0" w:tplc="E4A2D018">
      <w:start w:val="1"/>
      <w:numFmt w:val="decimal"/>
      <w:lvlText w:val="%1."/>
      <w:lvlJc w:val="left"/>
      <w:pPr>
        <w:ind w:left="720" w:hanging="360"/>
      </w:pPr>
      <w:rPr>
        <w:rFonts w:ascii="Times New Roman" w:eastAsia="Times New Roman" w:hAnsi="Times New Roman" w:cs="Times New Roman" w:hint="default"/>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2B64AD8"/>
    <w:multiLevelType w:val="multilevel"/>
    <w:tmpl w:val="EED878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4731074"/>
    <w:multiLevelType w:val="multilevel"/>
    <w:tmpl w:val="BE543D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89E6B9A"/>
    <w:multiLevelType w:val="multilevel"/>
    <w:tmpl w:val="8B968C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58D171A"/>
    <w:multiLevelType w:val="multilevel"/>
    <w:tmpl w:val="0F1849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71C69D5"/>
    <w:multiLevelType w:val="multilevel"/>
    <w:tmpl w:val="BA3AE5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7FA3D4E"/>
    <w:multiLevelType w:val="multilevel"/>
    <w:tmpl w:val="52B8CB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75B2D08"/>
    <w:multiLevelType w:val="hybridMultilevel"/>
    <w:tmpl w:val="07D83D1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540A5AC9"/>
    <w:multiLevelType w:val="multilevel"/>
    <w:tmpl w:val="1D580D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B447A21"/>
    <w:multiLevelType w:val="multilevel"/>
    <w:tmpl w:val="45EE2A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80E37E0"/>
    <w:multiLevelType w:val="multilevel"/>
    <w:tmpl w:val="823222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3374652"/>
    <w:multiLevelType w:val="multilevel"/>
    <w:tmpl w:val="077A36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57E354E"/>
    <w:multiLevelType w:val="multilevel"/>
    <w:tmpl w:val="691836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12"/>
  </w:num>
  <w:num w:numId="11">
    <w:abstractNumId w:val="13"/>
  </w:num>
  <w:num w:numId="12">
    <w:abstractNumId w:val="10"/>
  </w:num>
  <w:num w:numId="13">
    <w:abstractNumId w:val="18"/>
  </w:num>
  <w:num w:numId="14">
    <w:abstractNumId w:val="9"/>
  </w:num>
  <w:num w:numId="15">
    <w:abstractNumId w:val="16"/>
  </w:num>
  <w:num w:numId="16">
    <w:abstractNumId w:val="21"/>
  </w:num>
  <w:num w:numId="17">
    <w:abstractNumId w:val="19"/>
  </w:num>
  <w:num w:numId="18">
    <w:abstractNumId w:val="11"/>
  </w:num>
  <w:num w:numId="19">
    <w:abstractNumId w:val="14"/>
  </w:num>
  <w:num w:numId="20">
    <w:abstractNumId w:val="15"/>
  </w:num>
  <w:num w:numId="21">
    <w:abstractNumId w:val="17"/>
  </w:num>
  <w:num w:numId="2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1B3478"/>
    <w:rsid w:val="0029639D"/>
    <w:rsid w:val="00326F90"/>
    <w:rsid w:val="004C7AB4"/>
    <w:rsid w:val="00680699"/>
    <w:rsid w:val="00843B02"/>
    <w:rsid w:val="008C7897"/>
    <w:rsid w:val="009A3AE7"/>
    <w:rsid w:val="009D47D9"/>
    <w:rsid w:val="00AA1D8D"/>
    <w:rsid w:val="00AD7C77"/>
    <w:rsid w:val="00B123C7"/>
    <w:rsid w:val="00B25894"/>
    <w:rsid w:val="00B47730"/>
    <w:rsid w:val="00BC3883"/>
    <w:rsid w:val="00CB0664"/>
    <w:rsid w:val="00DA7DCF"/>
    <w:rsid w:val="00E21D80"/>
    <w:rsid w:val="00E76872"/>
    <w:rsid w:val="00FA1724"/>
    <w:rsid w:val="00FC693F"/>
    <w:rsid w:val="00FE22CC"/>
    <w:rsid w:val="0C268888"/>
    <w:rsid w:val="0CA4101F"/>
    <w:rsid w:val="1A036294"/>
    <w:rsid w:val="1EDFFA19"/>
    <w:rsid w:val="318C046B"/>
    <w:rsid w:val="32AA100F"/>
    <w:rsid w:val="382CBEA0"/>
    <w:rsid w:val="386008DD"/>
    <w:rsid w:val="3FE64120"/>
    <w:rsid w:val="434B490C"/>
    <w:rsid w:val="49E19102"/>
    <w:rsid w:val="4AEBE615"/>
    <w:rsid w:val="51A22AD7"/>
    <w:rsid w:val="51A2466B"/>
    <w:rsid w:val="56780395"/>
    <w:rsid w:val="56A71568"/>
    <w:rsid w:val="58101CC4"/>
    <w:rsid w:val="5A930715"/>
    <w:rsid w:val="68008DD5"/>
    <w:rsid w:val="6C208528"/>
    <w:rsid w:val="6C4455CA"/>
    <w:rsid w:val="6E741873"/>
    <w:rsid w:val="75522F42"/>
    <w:rsid w:val="78A13EB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40D493C"/>
  <w14:defaultImageDpi w14:val="300"/>
  <w15:docId w15:val="{555C0C3A-476A-4759-B603-32B3D66024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pdq2pgselectionanchorcontainer">
    <w:name w:val="pdq2pg_selectionanchorcontainer"/>
    <w:basedOn w:val="Normal"/>
    <w:rsid w:val="00E21D80"/>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styleId="NormalWeb">
    <w:name w:val="Normal (Web)"/>
    <w:basedOn w:val="Normal"/>
    <w:uiPriority w:val="99"/>
    <w:unhideWhenUsed/>
    <w:rsid w:val="00E21D80"/>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styleId="Hyperlink">
    <w:name w:val="Hyperlink"/>
    <w:basedOn w:val="DefaultParagraphFont"/>
    <w:uiPriority w:val="99"/>
    <w:unhideWhenUsed/>
    <w:rsid w:val="1EDFFA19"/>
    <w:rPr>
      <w:color w:val="0000FF"/>
      <w:u w:val="single"/>
    </w:rPr>
  </w:style>
  <w:style w:type="paragraph" w:customStyle="1" w:styleId="isselectedend">
    <w:name w:val="isselectedend"/>
    <w:basedOn w:val="Normal"/>
    <w:rsid w:val="00843B02"/>
    <w:pPr>
      <w:spacing w:before="100" w:beforeAutospacing="1" w:after="100" w:afterAutospacing="1" w:line="240" w:lineRule="auto"/>
    </w:pPr>
    <w:rPr>
      <w:rFonts w:ascii="Times New Roman" w:eastAsia="Times New Roman" w:hAnsi="Times New Roman" w:cs="Times New Roman"/>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6217866">
      <w:bodyDiv w:val="1"/>
      <w:marLeft w:val="0"/>
      <w:marRight w:val="0"/>
      <w:marTop w:val="0"/>
      <w:marBottom w:val="0"/>
      <w:divBdr>
        <w:top w:val="none" w:sz="0" w:space="0" w:color="auto"/>
        <w:left w:val="none" w:sz="0" w:space="0" w:color="auto"/>
        <w:bottom w:val="none" w:sz="0" w:space="0" w:color="auto"/>
        <w:right w:val="none" w:sz="0" w:space="0" w:color="auto"/>
      </w:divBdr>
    </w:div>
    <w:div w:id="226385537">
      <w:bodyDiv w:val="1"/>
      <w:marLeft w:val="0"/>
      <w:marRight w:val="0"/>
      <w:marTop w:val="0"/>
      <w:marBottom w:val="0"/>
      <w:divBdr>
        <w:top w:val="none" w:sz="0" w:space="0" w:color="auto"/>
        <w:left w:val="none" w:sz="0" w:space="0" w:color="auto"/>
        <w:bottom w:val="none" w:sz="0" w:space="0" w:color="auto"/>
        <w:right w:val="none" w:sz="0" w:space="0" w:color="auto"/>
      </w:divBdr>
    </w:div>
    <w:div w:id="357312744">
      <w:bodyDiv w:val="1"/>
      <w:marLeft w:val="0"/>
      <w:marRight w:val="0"/>
      <w:marTop w:val="0"/>
      <w:marBottom w:val="0"/>
      <w:divBdr>
        <w:top w:val="none" w:sz="0" w:space="0" w:color="auto"/>
        <w:left w:val="none" w:sz="0" w:space="0" w:color="auto"/>
        <w:bottom w:val="none" w:sz="0" w:space="0" w:color="auto"/>
        <w:right w:val="none" w:sz="0" w:space="0" w:color="auto"/>
      </w:divBdr>
    </w:div>
    <w:div w:id="601887207">
      <w:bodyDiv w:val="1"/>
      <w:marLeft w:val="0"/>
      <w:marRight w:val="0"/>
      <w:marTop w:val="0"/>
      <w:marBottom w:val="0"/>
      <w:divBdr>
        <w:top w:val="none" w:sz="0" w:space="0" w:color="auto"/>
        <w:left w:val="none" w:sz="0" w:space="0" w:color="auto"/>
        <w:bottom w:val="none" w:sz="0" w:space="0" w:color="auto"/>
        <w:right w:val="none" w:sz="0" w:space="0" w:color="auto"/>
      </w:divBdr>
    </w:div>
    <w:div w:id="620459331">
      <w:bodyDiv w:val="1"/>
      <w:marLeft w:val="0"/>
      <w:marRight w:val="0"/>
      <w:marTop w:val="0"/>
      <w:marBottom w:val="0"/>
      <w:divBdr>
        <w:top w:val="none" w:sz="0" w:space="0" w:color="auto"/>
        <w:left w:val="none" w:sz="0" w:space="0" w:color="auto"/>
        <w:bottom w:val="none" w:sz="0" w:space="0" w:color="auto"/>
        <w:right w:val="none" w:sz="0" w:space="0" w:color="auto"/>
      </w:divBdr>
    </w:div>
    <w:div w:id="622229325">
      <w:bodyDiv w:val="1"/>
      <w:marLeft w:val="0"/>
      <w:marRight w:val="0"/>
      <w:marTop w:val="0"/>
      <w:marBottom w:val="0"/>
      <w:divBdr>
        <w:top w:val="none" w:sz="0" w:space="0" w:color="auto"/>
        <w:left w:val="none" w:sz="0" w:space="0" w:color="auto"/>
        <w:bottom w:val="none" w:sz="0" w:space="0" w:color="auto"/>
        <w:right w:val="none" w:sz="0" w:space="0" w:color="auto"/>
      </w:divBdr>
    </w:div>
    <w:div w:id="711657846">
      <w:bodyDiv w:val="1"/>
      <w:marLeft w:val="0"/>
      <w:marRight w:val="0"/>
      <w:marTop w:val="0"/>
      <w:marBottom w:val="0"/>
      <w:divBdr>
        <w:top w:val="none" w:sz="0" w:space="0" w:color="auto"/>
        <w:left w:val="none" w:sz="0" w:space="0" w:color="auto"/>
        <w:bottom w:val="none" w:sz="0" w:space="0" w:color="auto"/>
        <w:right w:val="none" w:sz="0" w:space="0" w:color="auto"/>
      </w:divBdr>
    </w:div>
    <w:div w:id="954797113">
      <w:bodyDiv w:val="1"/>
      <w:marLeft w:val="0"/>
      <w:marRight w:val="0"/>
      <w:marTop w:val="0"/>
      <w:marBottom w:val="0"/>
      <w:divBdr>
        <w:top w:val="none" w:sz="0" w:space="0" w:color="auto"/>
        <w:left w:val="none" w:sz="0" w:space="0" w:color="auto"/>
        <w:bottom w:val="none" w:sz="0" w:space="0" w:color="auto"/>
        <w:right w:val="none" w:sz="0" w:space="0" w:color="auto"/>
      </w:divBdr>
    </w:div>
    <w:div w:id="1165432802">
      <w:bodyDiv w:val="1"/>
      <w:marLeft w:val="0"/>
      <w:marRight w:val="0"/>
      <w:marTop w:val="0"/>
      <w:marBottom w:val="0"/>
      <w:divBdr>
        <w:top w:val="none" w:sz="0" w:space="0" w:color="auto"/>
        <w:left w:val="none" w:sz="0" w:space="0" w:color="auto"/>
        <w:bottom w:val="none" w:sz="0" w:space="0" w:color="auto"/>
        <w:right w:val="none" w:sz="0" w:space="0" w:color="auto"/>
      </w:divBdr>
    </w:div>
    <w:div w:id="1180389883">
      <w:bodyDiv w:val="1"/>
      <w:marLeft w:val="0"/>
      <w:marRight w:val="0"/>
      <w:marTop w:val="0"/>
      <w:marBottom w:val="0"/>
      <w:divBdr>
        <w:top w:val="none" w:sz="0" w:space="0" w:color="auto"/>
        <w:left w:val="none" w:sz="0" w:space="0" w:color="auto"/>
        <w:bottom w:val="none" w:sz="0" w:space="0" w:color="auto"/>
        <w:right w:val="none" w:sz="0" w:space="0" w:color="auto"/>
      </w:divBdr>
    </w:div>
    <w:div w:id="1470248001">
      <w:bodyDiv w:val="1"/>
      <w:marLeft w:val="0"/>
      <w:marRight w:val="0"/>
      <w:marTop w:val="0"/>
      <w:marBottom w:val="0"/>
      <w:divBdr>
        <w:top w:val="none" w:sz="0" w:space="0" w:color="auto"/>
        <w:left w:val="none" w:sz="0" w:space="0" w:color="auto"/>
        <w:bottom w:val="none" w:sz="0" w:space="0" w:color="auto"/>
        <w:right w:val="none" w:sz="0" w:space="0" w:color="auto"/>
      </w:divBdr>
    </w:div>
    <w:div w:id="1519275081">
      <w:bodyDiv w:val="1"/>
      <w:marLeft w:val="0"/>
      <w:marRight w:val="0"/>
      <w:marTop w:val="0"/>
      <w:marBottom w:val="0"/>
      <w:divBdr>
        <w:top w:val="none" w:sz="0" w:space="0" w:color="auto"/>
        <w:left w:val="none" w:sz="0" w:space="0" w:color="auto"/>
        <w:bottom w:val="none" w:sz="0" w:space="0" w:color="auto"/>
        <w:right w:val="none" w:sz="0" w:space="0" w:color="auto"/>
      </w:divBdr>
    </w:div>
    <w:div w:id="1538658052">
      <w:bodyDiv w:val="1"/>
      <w:marLeft w:val="0"/>
      <w:marRight w:val="0"/>
      <w:marTop w:val="0"/>
      <w:marBottom w:val="0"/>
      <w:divBdr>
        <w:top w:val="none" w:sz="0" w:space="0" w:color="auto"/>
        <w:left w:val="none" w:sz="0" w:space="0" w:color="auto"/>
        <w:bottom w:val="none" w:sz="0" w:space="0" w:color="auto"/>
        <w:right w:val="none" w:sz="0" w:space="0" w:color="auto"/>
      </w:divBdr>
    </w:div>
    <w:div w:id="1569459089">
      <w:bodyDiv w:val="1"/>
      <w:marLeft w:val="0"/>
      <w:marRight w:val="0"/>
      <w:marTop w:val="0"/>
      <w:marBottom w:val="0"/>
      <w:divBdr>
        <w:top w:val="none" w:sz="0" w:space="0" w:color="auto"/>
        <w:left w:val="none" w:sz="0" w:space="0" w:color="auto"/>
        <w:bottom w:val="none" w:sz="0" w:space="0" w:color="auto"/>
        <w:right w:val="none" w:sz="0" w:space="0" w:color="auto"/>
      </w:divBdr>
    </w:div>
    <w:div w:id="1693144598">
      <w:bodyDiv w:val="1"/>
      <w:marLeft w:val="0"/>
      <w:marRight w:val="0"/>
      <w:marTop w:val="0"/>
      <w:marBottom w:val="0"/>
      <w:divBdr>
        <w:top w:val="none" w:sz="0" w:space="0" w:color="auto"/>
        <w:left w:val="none" w:sz="0" w:space="0" w:color="auto"/>
        <w:bottom w:val="none" w:sz="0" w:space="0" w:color="auto"/>
        <w:right w:val="none" w:sz="0" w:space="0" w:color="auto"/>
      </w:divBdr>
    </w:div>
    <w:div w:id="2053580664">
      <w:bodyDiv w:val="1"/>
      <w:marLeft w:val="0"/>
      <w:marRight w:val="0"/>
      <w:marTop w:val="0"/>
      <w:marBottom w:val="0"/>
      <w:divBdr>
        <w:top w:val="none" w:sz="0" w:space="0" w:color="auto"/>
        <w:left w:val="none" w:sz="0" w:space="0" w:color="auto"/>
        <w:bottom w:val="none" w:sz="0" w:space="0" w:color="auto"/>
        <w:right w:val="none" w:sz="0" w:space="0" w:color="auto"/>
      </w:divBdr>
    </w:div>
    <w:div w:id="2098626361">
      <w:bodyDiv w:val="1"/>
      <w:marLeft w:val="0"/>
      <w:marRight w:val="0"/>
      <w:marTop w:val="0"/>
      <w:marBottom w:val="0"/>
      <w:divBdr>
        <w:top w:val="none" w:sz="0" w:space="0" w:color="auto"/>
        <w:left w:val="none" w:sz="0" w:space="0" w:color="auto"/>
        <w:bottom w:val="none" w:sz="0" w:space="0" w:color="auto"/>
        <w:right w:val="none" w:sz="0" w:space="0" w:color="auto"/>
      </w:divBdr>
    </w:div>
    <w:div w:id="211852503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ustomXml" Target="../customXml/item2.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EF72971A5F888D44870DA285370BD84E" ma:contentTypeVersion="24" ma:contentTypeDescription="Create a new document." ma:contentTypeScope="" ma:versionID="b03b783b074f78aaf5426d28ba7582c3">
  <xsd:schema xmlns:xsd="http://www.w3.org/2001/XMLSchema" xmlns:xs="http://www.w3.org/2001/XMLSchema" xmlns:p="http://schemas.microsoft.com/office/2006/metadata/properties" xmlns:ns1="http://schemas.microsoft.com/sharepoint/v3" xmlns:ns2="21dd3ef8-1695-46ac-a5ac-b29956ee6e6c" xmlns:ns3="0e13e326-e107-4f2e-953a-3dca85e15630" targetNamespace="http://schemas.microsoft.com/office/2006/metadata/properties" ma:root="true" ma:fieldsID="7ea8391c6ac5263b55d3ae58003134c3" ns1:_="" ns2:_="" ns3:_="">
    <xsd:import namespace="http://schemas.microsoft.com/sharepoint/v3"/>
    <xsd:import namespace="21dd3ef8-1695-46ac-a5ac-b29956ee6e6c"/>
    <xsd:import namespace="0e13e326-e107-4f2e-953a-3dca85e15630"/>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1:_ip_UnifiedCompliancePolicyProperties" minOccurs="0"/>
                <xsd:element ref="ns1:_ip_UnifiedCompliancePolicyUIAction"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ObjectDetectorVersions" minOccurs="0"/>
                <xsd:element ref="ns3:Note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8" nillable="true" ma:displayName="Unified Compliance Policy Properties" ma:hidden="true" ma:internalName="_ip_UnifiedCompliancePolicyProperties">
      <xsd:simpleType>
        <xsd:restriction base="dms:Note"/>
      </xsd:simpleType>
    </xsd:element>
    <xsd:element name="_ip_UnifiedCompliancePolicyUIAction" ma:index="1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1dd3ef8-1695-46ac-a5ac-b29956ee6e6c"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LastSharedByUser" ma:index="10" nillable="true" ma:displayName="Last Shared By User" ma:description="" ma:internalName="LastSharedByUser" ma:readOnly="true">
      <xsd:simpleType>
        <xsd:restriction base="dms:Note">
          <xsd:maxLength value="255"/>
        </xsd:restriction>
      </xsd:simpleType>
    </xsd:element>
    <xsd:element name="LastSharedByTime" ma:index="11" nillable="true" ma:displayName="Last Shared By Time" ma:description="" ma:internalName="LastSharedByTime" ma:readOnly="true">
      <xsd:simpleType>
        <xsd:restriction base="dms:DateTime"/>
      </xsd:simpleType>
    </xsd:element>
    <xsd:element name="TaxCatchAll" ma:index="27" nillable="true" ma:displayName="Taxonomy Catch All Column" ma:hidden="true" ma:list="{51efd739-2f1c-4563-a493-abc95d63e0af}" ma:internalName="TaxCatchAll" ma:showField="CatchAllData" ma:web="21dd3ef8-1695-46ac-a5ac-b29956ee6e6c">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e13e326-e107-4f2e-953a-3dca85e15630"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AutoTags" ma:index="15" nillable="true" ma:displayName="MediaServiceAutoTags" ma:description="" ma:internalName="MediaServiceAutoTags"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Location" ma:index="17" nillable="true" ma:displayName="MediaServiceLocation" ma:internalName="MediaServiceLocation" ma:readOnly="true">
      <xsd:simpleType>
        <xsd:restriction base="dms:Text"/>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LengthInSeconds" ma:index="24" nillable="true" ma:displayName="Length (seconds)" ma:internalName="MediaLengthInSeconds" ma:readOnly="true">
      <xsd:simpleType>
        <xsd:restriction base="dms:Unknown"/>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78b13d03-f9a5-4f3b-a49e-c0a1d124fb1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Notes" ma:index="29" nillable="true" ma:displayName="Notes" ma:description="Has it been brailled&#10;Is it on SD card&#10;Gone for modification" ma:format="Dropdown" ma:internalName="Notes">
      <xsd:simpleType>
        <xsd:restriction base="dms:Note">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MediaServiceBillingMetadata" ma:index="31"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21dd3ef8-1695-46ac-a5ac-b29956ee6e6c" xsi:nil="true"/>
    <_ip_UnifiedCompliancePolicyProperties xmlns="http://schemas.microsoft.com/sharepoint/v3" xsi:nil="true"/>
    <lcf76f155ced4ddcb4097134ff3c332f xmlns="0e13e326-e107-4f2e-953a-3dca85e15630">
      <Terms xmlns="http://schemas.microsoft.com/office/infopath/2007/PartnerControls"/>
    </lcf76f155ced4ddcb4097134ff3c332f>
    <Notes xmlns="0e13e326-e107-4f2e-953a-3dca85e15630" xsi:nil="true"/>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0954D156-75E8-4CD6-8FEA-511009FFDE4D}"/>
</file>

<file path=customXml/itemProps3.xml><?xml version="1.0" encoding="utf-8"?>
<ds:datastoreItem xmlns:ds="http://schemas.openxmlformats.org/officeDocument/2006/customXml" ds:itemID="{23890326-1412-49D0-A830-D4B36877E88E}"/>
</file>

<file path=customXml/itemProps4.xml><?xml version="1.0" encoding="utf-8"?>
<ds:datastoreItem xmlns:ds="http://schemas.openxmlformats.org/officeDocument/2006/customXml" ds:itemID="{39879D18-8DD0-48B2-AFBE-212E7F1D6109}"/>
</file>

<file path=docProps/app.xml><?xml version="1.0" encoding="utf-8"?>
<Properties xmlns="http://schemas.openxmlformats.org/officeDocument/2006/extended-properties" xmlns:vt="http://schemas.openxmlformats.org/officeDocument/2006/docPropsVTypes">
  <Template>Normal</Template>
  <TotalTime>64</TotalTime>
  <Pages>6</Pages>
  <Words>754</Words>
  <Characters>4303</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5047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Supritha Rao</cp:lastModifiedBy>
  <cp:revision>9</cp:revision>
  <dcterms:created xsi:type="dcterms:W3CDTF">2026-06-24T10:43:00Z</dcterms:created>
  <dcterms:modified xsi:type="dcterms:W3CDTF">2026-06-30T10:05:00Z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0x010100EF72971A5F888D44870DA285370BD84E</vt:lpwstr>
  </property>
</Properties>
</file>